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30 câu hỏi trắc nghiệm và 20 câu hỏi điền...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Nghệ thuật Hy Lạp và La Mã gồm ba mặt chủ yếu là:</w:t>
      </w:r>
    </w:p>
    <w:p>
      <w:pPr>
        <w:pStyle w:val="ListParagraph"/>
      </w:pPr>
      <w:r>
        <w:rPr>
          <w:sz w:val="22"/>
        </w:rPr>
        <w:t>A. Kiến trúc, điêu khắc, hội họa</w:t>
      </w:r>
    </w:p>
    <w:p>
      <w:pPr>
        <w:pStyle w:val="ListParagraph"/>
      </w:pPr>
      <w:r>
        <w:rPr>
          <w:sz w:val="22"/>
        </w:rPr>
        <w:t>B. Kiến trúc, điêu khắc, âm nhạc</w:t>
      </w:r>
    </w:p>
    <w:p>
      <w:pPr>
        <w:pStyle w:val="ListParagraph"/>
      </w:pPr>
      <w:r>
        <w:rPr>
          <w:sz w:val="22"/>
        </w:rPr>
        <w:t>C. Hội họa, điêu khắc, thơ ca</w:t>
      </w:r>
    </w:p>
    <w:p>
      <w:pPr>
        <w:pStyle w:val="ListParagraph"/>
      </w:pPr>
      <w:r>
        <w:rPr>
          <w:sz w:val="22"/>
        </w:rPr>
        <w:t>D. Kiến trúc, hội họa, sân khấu</w:t>
      </w:r>
    </w:p>
    <w:p/>
    <w:p>
      <w:r>
        <w:rPr>
          <w:b/>
          <w:sz w:val="24"/>
        </w:rPr>
        <w:t>Câu 2: Đền Páctênông được xây dựng vào thời:</w:t>
      </w:r>
    </w:p>
    <w:p>
      <w:pPr>
        <w:pStyle w:val="ListParagraph"/>
      </w:pPr>
      <w:r>
        <w:rPr>
          <w:sz w:val="22"/>
        </w:rPr>
        <w:t>A. Ôgút</w:t>
      </w:r>
    </w:p>
    <w:p>
      <w:pPr>
        <w:pStyle w:val="ListParagraph"/>
      </w:pPr>
      <w:r>
        <w:rPr>
          <w:sz w:val="22"/>
        </w:rPr>
        <w:t>B. Pêriclét</w:t>
      </w:r>
    </w:p>
    <w:p>
      <w:pPr>
        <w:pStyle w:val="ListParagraph"/>
      </w:pPr>
      <w:r>
        <w:rPr>
          <w:sz w:val="22"/>
        </w:rPr>
        <w:t>C. Tôragian</w:t>
      </w:r>
    </w:p>
    <w:p>
      <w:pPr>
        <w:pStyle w:val="ListParagraph"/>
      </w:pPr>
      <w:r>
        <w:rPr>
          <w:sz w:val="22"/>
        </w:rPr>
        <w:t>D. Titút</w:t>
      </w:r>
    </w:p>
    <w:p/>
    <w:p>
      <w:r>
        <w:rPr>
          <w:b/>
          <w:sz w:val="24"/>
        </w:rPr>
        <w:t>Câu 3: Lúc đầu, nghệ thuật Hy Lạp học tập từ:</w:t>
      </w:r>
    </w:p>
    <w:p>
      <w:pPr>
        <w:pStyle w:val="ListParagraph"/>
      </w:pPr>
      <w:r>
        <w:rPr>
          <w:sz w:val="22"/>
        </w:rPr>
        <w:t>A. La Mã và Crét</w:t>
      </w:r>
    </w:p>
    <w:p>
      <w:pPr>
        <w:pStyle w:val="ListParagraph"/>
      </w:pPr>
      <w:r>
        <w:rPr>
          <w:sz w:val="22"/>
        </w:rPr>
        <w:t>B. Ai Cập và La Mã</w:t>
      </w:r>
    </w:p>
    <w:p>
      <w:pPr>
        <w:pStyle w:val="ListParagraph"/>
      </w:pPr>
      <w:r>
        <w:rPr>
          <w:sz w:val="22"/>
        </w:rPr>
        <w:t>C. Ai Cập và Crét</w:t>
      </w:r>
    </w:p>
    <w:p>
      <w:pPr>
        <w:pStyle w:val="ListParagraph"/>
      </w:pPr>
      <w:r>
        <w:rPr>
          <w:sz w:val="22"/>
        </w:rPr>
        <w:t>D. Crét và Đông Âu</w:t>
      </w:r>
    </w:p>
    <w:p/>
    <w:p>
      <w:r>
        <w:rPr>
          <w:b/>
          <w:sz w:val="24"/>
        </w:rPr>
        <w:t>Câu 4: Đến thế kỉ V, IV TCN, nghệ thuật Hy Lạp đã vươn tới:</w:t>
      </w:r>
    </w:p>
    <w:p>
      <w:pPr>
        <w:pStyle w:val="ListParagraph"/>
      </w:pPr>
      <w:r>
        <w:rPr>
          <w:sz w:val="22"/>
        </w:rPr>
        <w:t>A. Chủ nghĩa tượng trưng</w:t>
      </w:r>
    </w:p>
    <w:p>
      <w:pPr>
        <w:pStyle w:val="ListParagraph"/>
      </w:pPr>
      <w:r>
        <w:rPr>
          <w:sz w:val="22"/>
        </w:rPr>
        <w:t>B. Chủ nghĩa hiện thực</w:t>
      </w:r>
    </w:p>
    <w:p>
      <w:pPr>
        <w:pStyle w:val="ListParagraph"/>
      </w:pPr>
      <w:r>
        <w:rPr>
          <w:sz w:val="22"/>
        </w:rPr>
        <w:t>C. Chủ nghĩa công thức</w:t>
      </w:r>
    </w:p>
    <w:p>
      <w:pPr>
        <w:pStyle w:val="ListParagraph"/>
      </w:pPr>
      <w:r>
        <w:rPr>
          <w:sz w:val="22"/>
        </w:rPr>
        <w:t>D. Chủ nghĩa lãng mạn</w:t>
      </w:r>
    </w:p>
    <w:p/>
    <w:p>
      <w:r>
        <w:rPr>
          <w:b/>
          <w:sz w:val="24"/>
        </w:rPr>
        <w:t>Câu 5: Đền Páctênông được xây bằng:</w:t>
      </w:r>
    </w:p>
    <w:p>
      <w:pPr>
        <w:pStyle w:val="ListParagraph"/>
      </w:pPr>
      <w:r>
        <w:rPr>
          <w:sz w:val="22"/>
        </w:rPr>
        <w:t>A. Đá cẩm thạch</w:t>
      </w:r>
    </w:p>
    <w:p>
      <w:pPr>
        <w:pStyle w:val="ListParagraph"/>
      </w:pPr>
      <w:r>
        <w:rPr>
          <w:sz w:val="22"/>
        </w:rPr>
        <w:t>B. Đá vôi</w:t>
      </w:r>
    </w:p>
    <w:p>
      <w:pPr>
        <w:pStyle w:val="ListParagraph"/>
      </w:pPr>
      <w:r>
        <w:rPr>
          <w:sz w:val="22"/>
        </w:rPr>
        <w:t>C. Đá trắng</w:t>
      </w:r>
    </w:p>
    <w:p>
      <w:pPr>
        <w:pStyle w:val="ListParagraph"/>
      </w:pPr>
      <w:r>
        <w:rPr>
          <w:sz w:val="22"/>
        </w:rPr>
        <w:t>D. Gạch</w:t>
      </w:r>
    </w:p>
    <w:p/>
    <w:p>
      <w:r>
        <w:rPr>
          <w:b/>
          <w:sz w:val="24"/>
        </w:rPr>
        <w:t>Câu 6: Xung quanh hành lang đền Páctênông có bao nhiêu cột tròn?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46</w:t>
      </w:r>
    </w:p>
    <w:p>
      <w:pPr>
        <w:pStyle w:val="ListParagraph"/>
      </w:pPr>
      <w:r>
        <w:rPr>
          <w:sz w:val="22"/>
        </w:rPr>
        <w:t>C. 80</w:t>
      </w:r>
    </w:p>
    <w:p>
      <w:pPr>
        <w:pStyle w:val="ListParagraph"/>
      </w:pPr>
      <w:r>
        <w:rPr>
          <w:sz w:val="22"/>
        </w:rPr>
        <w:t>D. 276</w:t>
      </w:r>
    </w:p>
    <w:p/>
    <w:p>
      <w:r>
        <w:rPr>
          <w:b/>
          <w:sz w:val="24"/>
        </w:rPr>
        <w:t>Câu 7: Trên bức tường dài 276m của đền Páctênông là các bức phù điêu về đề tài:</w:t>
      </w:r>
    </w:p>
    <w:p>
      <w:pPr>
        <w:pStyle w:val="ListParagraph"/>
      </w:pPr>
      <w:r>
        <w:rPr>
          <w:sz w:val="22"/>
        </w:rPr>
        <w:t>A. Thần thoại và sinh hoạt xã hội Aten</w:t>
      </w:r>
    </w:p>
    <w:p>
      <w:pPr>
        <w:pStyle w:val="ListParagraph"/>
      </w:pPr>
      <w:r>
        <w:rPr>
          <w:sz w:val="22"/>
        </w:rPr>
        <w:t>B. Chiến tranh và chinh phục</w:t>
      </w:r>
    </w:p>
    <w:p>
      <w:pPr>
        <w:pStyle w:val="ListParagraph"/>
      </w:pPr>
      <w:r>
        <w:rPr>
          <w:sz w:val="22"/>
        </w:rPr>
        <w:t>C. Các vị thần và quái vật</w:t>
      </w:r>
    </w:p>
    <w:p>
      <w:pPr>
        <w:pStyle w:val="ListParagraph"/>
      </w:pPr>
      <w:r>
        <w:rPr>
          <w:sz w:val="22"/>
        </w:rPr>
        <w:t>D. Cảnh nông nghiệp và đời sống</w:t>
      </w:r>
    </w:p>
    <w:p/>
    <w:p>
      <w:r>
        <w:rPr>
          <w:b/>
          <w:sz w:val="24"/>
        </w:rPr>
        <w:t>Câu 8: Ai là kiến trúc sư chỉ đạo kĩ thuật xây đền Páctênông?</w:t>
      </w:r>
    </w:p>
    <w:p>
      <w:pPr>
        <w:pStyle w:val="ListParagraph"/>
      </w:pPr>
      <w:r>
        <w:rPr>
          <w:sz w:val="22"/>
        </w:rPr>
        <w:t>A. Phiđiát</w:t>
      </w:r>
    </w:p>
    <w:p>
      <w:pPr>
        <w:pStyle w:val="ListParagraph"/>
      </w:pPr>
      <w:r>
        <w:rPr>
          <w:sz w:val="22"/>
        </w:rPr>
        <w:t>B. Mirông</w:t>
      </w:r>
    </w:p>
    <w:p>
      <w:pPr>
        <w:pStyle w:val="ListParagraph"/>
      </w:pPr>
      <w:r>
        <w:rPr>
          <w:sz w:val="22"/>
        </w:rPr>
        <w:t>C. Ichtinút</w:t>
      </w:r>
    </w:p>
    <w:p>
      <w:pPr>
        <w:pStyle w:val="ListParagraph"/>
      </w:pPr>
      <w:r>
        <w:rPr>
          <w:sz w:val="22"/>
        </w:rPr>
        <w:t>D. Pôliclét</w:t>
      </w:r>
    </w:p>
    <w:p/>
    <w:p>
      <w:r>
        <w:rPr>
          <w:b/>
          <w:sz w:val="24"/>
        </w:rPr>
        <w:t>Câu 9: Vào cuối thế kỉ XVII, đền Páctênông bị cướp đi nhiều hiện vật trong thời chiến tranh giữa:</w:t>
      </w:r>
    </w:p>
    <w:p>
      <w:pPr>
        <w:pStyle w:val="ListParagraph"/>
      </w:pPr>
      <w:r>
        <w:rPr>
          <w:sz w:val="22"/>
        </w:rPr>
        <w:t>A. Thổ Nhĩ Kì và Vênêxia</w:t>
      </w:r>
    </w:p>
    <w:p>
      <w:pPr>
        <w:pStyle w:val="ListParagraph"/>
      </w:pPr>
      <w:r>
        <w:rPr>
          <w:sz w:val="22"/>
        </w:rPr>
        <w:t>B. Hy Lạp và La Mã</w:t>
      </w:r>
    </w:p>
    <w:p>
      <w:pPr>
        <w:pStyle w:val="ListParagraph"/>
      </w:pPr>
      <w:r>
        <w:rPr>
          <w:sz w:val="22"/>
        </w:rPr>
        <w:t>C. Anh và Pháp</w:t>
      </w:r>
    </w:p>
    <w:p>
      <w:pPr>
        <w:pStyle w:val="ListParagraph"/>
      </w:pPr>
      <w:r>
        <w:rPr>
          <w:sz w:val="22"/>
        </w:rPr>
        <w:t>D. La Mã và Thổ Nhĩ Kì</w:t>
      </w:r>
    </w:p>
    <w:p/>
    <w:p>
      <w:r>
        <w:rPr>
          <w:b/>
          <w:sz w:val="24"/>
        </w:rPr>
        <w:t>Câu 10: Hoàng đế La Mã nào tự hào đã biến La Mã bằng gạch thành đá cẩm thạch?</w:t>
      </w:r>
    </w:p>
    <w:p>
      <w:pPr>
        <w:pStyle w:val="ListParagraph"/>
      </w:pPr>
      <w:r>
        <w:rPr>
          <w:sz w:val="22"/>
        </w:rPr>
        <w:t>A. Titút</w:t>
      </w:r>
    </w:p>
    <w:p>
      <w:pPr>
        <w:pStyle w:val="ListParagraph"/>
      </w:pPr>
      <w:r>
        <w:rPr>
          <w:sz w:val="22"/>
        </w:rPr>
        <w:t>B. Tôragian</w:t>
      </w:r>
    </w:p>
    <w:p>
      <w:pPr>
        <w:pStyle w:val="ListParagraph"/>
      </w:pPr>
      <w:r>
        <w:rPr>
          <w:sz w:val="22"/>
        </w:rPr>
        <w:t>C. Ôctaviút</w:t>
      </w:r>
    </w:p>
    <w:p>
      <w:pPr>
        <w:pStyle w:val="ListParagraph"/>
      </w:pPr>
      <w:r>
        <w:rPr>
          <w:sz w:val="22"/>
        </w:rPr>
        <w:t>D. Nê-rô</w:t>
      </w:r>
    </w:p>
    <w:p/>
    <w:p>
      <w:r>
        <w:rPr>
          <w:b/>
          <w:sz w:val="24"/>
        </w:rPr>
        <w:t>Câu 11: Nghệ thuật Hy Lạp và La Mã bao gồm ba mặt chủ yếu là kiến trúc, điêu khắc và ______.</w:t>
      </w:r>
    </w:p>
    <w:p>
      <w:pPr>
        <w:pStyle w:val="ListParagraph"/>
      </w:pPr>
      <w:r>
        <w:rPr>
          <w:sz w:val="22"/>
        </w:rPr>
        <w:t>A. hội họa</w:t>
      </w:r>
    </w:p>
    <w:p>
      <w:pPr>
        <w:pStyle w:val="ListParagraph"/>
      </w:pPr>
      <w:r>
        <w:rPr>
          <w:sz w:val="22"/>
        </w:rPr>
        <w:t>B. âm nhạc</w:t>
      </w:r>
    </w:p>
    <w:p>
      <w:pPr>
        <w:pStyle w:val="ListParagraph"/>
      </w:pPr>
      <w:r>
        <w:rPr>
          <w:sz w:val="22"/>
        </w:rPr>
        <w:t>C. thơ ca</w:t>
      </w:r>
    </w:p>
    <w:p>
      <w:pPr>
        <w:pStyle w:val="ListParagraph"/>
      </w:pPr>
      <w:r>
        <w:rPr>
          <w:sz w:val="22"/>
        </w:rPr>
        <w:t>D. sân khấu</w:t>
      </w:r>
    </w:p>
    <w:p/>
    <w:p>
      <w:r>
        <w:rPr>
          <w:b/>
          <w:sz w:val="24"/>
        </w:rPr>
        <w:t>Câu 12: Đền Páctênông được xây dựng bằng đá ______.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cẩm thạch</w:t>
      </w:r>
    </w:p>
    <w:p>
      <w:pPr>
        <w:pStyle w:val="ListParagraph"/>
      </w:pPr>
      <w:r>
        <w:rPr>
          <w:sz w:val="22"/>
        </w:rPr>
        <w:t>C. trắng</w:t>
      </w:r>
    </w:p>
    <w:p>
      <w:pPr>
        <w:pStyle w:val="ListParagraph"/>
      </w:pPr>
      <w:r>
        <w:rPr>
          <w:sz w:val="22"/>
        </w:rPr>
        <w:t>D. xanh</w:t>
      </w:r>
    </w:p>
    <w:p/>
    <w:p>
      <w:r>
        <w:rPr>
          <w:b/>
          <w:sz w:val="24"/>
        </w:rPr>
        <w:t>Câu 13: Các công trình kiến trúc của La Mã gồm tường thành, đền miếu, cung điện, rạp hát, khải hoàn môn, cột kỉ niệm, cầu đường và ______.</w:t>
      </w:r>
    </w:p>
    <w:p>
      <w:pPr>
        <w:pStyle w:val="ListParagraph"/>
      </w:pPr>
      <w:r>
        <w:rPr>
          <w:sz w:val="22"/>
        </w:rPr>
        <w:t>A. ống dẫn nước</w:t>
      </w:r>
    </w:p>
    <w:p>
      <w:pPr>
        <w:pStyle w:val="ListParagraph"/>
      </w:pPr>
      <w:r>
        <w:rPr>
          <w:sz w:val="22"/>
        </w:rPr>
        <w:t>B. đền Páctênông</w:t>
      </w:r>
    </w:p>
    <w:p>
      <w:pPr>
        <w:pStyle w:val="ListParagraph"/>
      </w:pPr>
      <w:r>
        <w:rPr>
          <w:sz w:val="22"/>
        </w:rPr>
        <w:t>C. kim tự tháp</w:t>
      </w:r>
    </w:p>
    <w:p>
      <w:pPr>
        <w:pStyle w:val="ListParagraph"/>
      </w:pPr>
      <w:r>
        <w:rPr>
          <w:sz w:val="22"/>
        </w:rPr>
        <w:t>D. hải cảng</w:t>
      </w:r>
    </w:p>
    <w:p/>
    <w:p>
      <w:r>
        <w:rPr>
          <w:b/>
          <w:sz w:val="24"/>
        </w:rPr>
        <w:t>Câu 14: Đền Păngtênông của La Mã được xây theo hình ______.</w:t>
      </w:r>
    </w:p>
    <w:p>
      <w:pPr>
        <w:pStyle w:val="ListParagraph"/>
      </w:pPr>
      <w:r>
        <w:rPr>
          <w:sz w:val="22"/>
        </w:rPr>
        <w:t>A. vuông</w:t>
      </w:r>
    </w:p>
    <w:p>
      <w:pPr>
        <w:pStyle w:val="ListParagraph"/>
      </w:pPr>
      <w:r>
        <w:rPr>
          <w:sz w:val="22"/>
        </w:rPr>
        <w:t>B. chữ nhật</w:t>
      </w:r>
    </w:p>
    <w:p>
      <w:pPr>
        <w:pStyle w:val="ListParagraph"/>
      </w:pPr>
      <w:r>
        <w:rPr>
          <w:sz w:val="22"/>
        </w:rPr>
        <w:t>C. tròn</w:t>
      </w:r>
    </w:p>
    <w:p>
      <w:pPr>
        <w:pStyle w:val="ListParagraph"/>
      </w:pPr>
      <w:r>
        <w:rPr>
          <w:sz w:val="22"/>
        </w:rPr>
        <w:t>D. bát giác</w:t>
      </w:r>
    </w:p>
    <w:p/>
    <w:p>
      <w:r>
        <w:rPr>
          <w:b/>
          <w:sz w:val="24"/>
        </w:rPr>
        <w:t>Câu 15: Nhà hát hình tròn của La Mã có mấy tầng cột kiểu Hy Lạp?</w:t>
      </w:r>
    </w:p>
    <w:p>
      <w:pPr>
        <w:pStyle w:val="ListParagraph"/>
      </w:pPr>
      <w:r>
        <w:rPr>
          <w:sz w:val="22"/>
        </w:rPr>
        <w:t>A. 3 tầng, mỗi tầng 80 cột</w:t>
      </w:r>
    </w:p>
    <w:p>
      <w:pPr>
        <w:pStyle w:val="ListParagraph"/>
      </w:pPr>
      <w:r>
        <w:rPr>
          <w:sz w:val="22"/>
        </w:rPr>
        <w:t>B. 3 tầng, mỗi tầng 46 cột</w:t>
      </w:r>
    </w:p>
    <w:p>
      <w:pPr>
        <w:pStyle w:val="ListParagraph"/>
      </w:pPr>
      <w:r>
        <w:rPr>
          <w:sz w:val="22"/>
        </w:rPr>
        <w:t>C. 5 tầng, mỗi tầng 80 cột</w:t>
      </w:r>
    </w:p>
    <w:p>
      <w:pPr>
        <w:pStyle w:val="ListParagraph"/>
      </w:pPr>
      <w:r>
        <w:rPr>
          <w:sz w:val="22"/>
        </w:rPr>
        <w:t>D. 2 tầng, mỗi tầng 100 cột</w:t>
      </w:r>
    </w:p>
    <w:p/>
    <w:p>
      <w:r>
        <w:rPr>
          <w:b/>
          <w:sz w:val="24"/>
        </w:rPr>
        <w:t>Câu 16: Trong lễ hội ở nhà hát hình tròn, ngoài đua xe và đấu thú còn có trò ______.</w:t>
      </w:r>
    </w:p>
    <w:p>
      <w:pPr>
        <w:pStyle w:val="ListParagraph"/>
      </w:pPr>
      <w:r>
        <w:rPr>
          <w:sz w:val="22"/>
        </w:rPr>
        <w:t>A. hải chiến</w:t>
      </w:r>
    </w:p>
    <w:p>
      <w:pPr>
        <w:pStyle w:val="ListParagraph"/>
      </w:pPr>
      <w:r>
        <w:rPr>
          <w:sz w:val="22"/>
        </w:rPr>
        <w:t>B. đấu kiếm</w:t>
      </w:r>
    </w:p>
    <w:p>
      <w:pPr>
        <w:pStyle w:val="ListParagraph"/>
      </w:pPr>
      <w:r>
        <w:rPr>
          <w:sz w:val="22"/>
        </w:rPr>
        <w:t>C. bắn cung</w:t>
      </w:r>
    </w:p>
    <w:p>
      <w:pPr>
        <w:pStyle w:val="ListParagraph"/>
      </w:pPr>
      <w:r>
        <w:rPr>
          <w:sz w:val="22"/>
        </w:rPr>
        <w:t>D. đua ngựa</w:t>
      </w:r>
    </w:p>
    <w:p/>
    <w:p>
      <w:r>
        <w:rPr>
          <w:b/>
          <w:sz w:val="24"/>
        </w:rPr>
        <w:t>Câu 17: Các khải hoàn môn của La Mã được xây theo kiểu ______.</w:t>
      </w:r>
    </w:p>
    <w:p>
      <w:pPr>
        <w:pStyle w:val="ListParagraph"/>
      </w:pPr>
      <w:r>
        <w:rPr>
          <w:sz w:val="22"/>
        </w:rPr>
        <w:t>A. cột trụ</w:t>
      </w:r>
    </w:p>
    <w:p>
      <w:pPr>
        <w:pStyle w:val="ListParagraph"/>
      </w:pPr>
      <w:r>
        <w:rPr>
          <w:sz w:val="22"/>
        </w:rPr>
        <w:t>B. cửa vòm</w:t>
      </w:r>
    </w:p>
    <w:p>
      <w:pPr>
        <w:pStyle w:val="ListParagraph"/>
      </w:pPr>
      <w:r>
        <w:rPr>
          <w:sz w:val="22"/>
        </w:rPr>
        <w:t>C. mái tròn</w:t>
      </w:r>
    </w:p>
    <w:p>
      <w:pPr>
        <w:pStyle w:val="ListParagraph"/>
      </w:pPr>
      <w:r>
        <w:rPr>
          <w:sz w:val="22"/>
        </w:rPr>
        <w:t>D. hành lang</w:t>
      </w:r>
    </w:p>
    <w:p/>
    <w:p>
      <w:r>
        <w:rPr>
          <w:b/>
          <w:sz w:val="24"/>
        </w:rPr>
        <w:t>Câu 18: Tượng nữ thần Atêna trong đền Păngtênông được tạc bằng gỗ khảm ______ và ngà voi.</w:t>
      </w:r>
    </w:p>
    <w:p>
      <w:pPr>
        <w:pStyle w:val="ListParagraph"/>
      </w:pPr>
      <w:r>
        <w:rPr>
          <w:sz w:val="22"/>
        </w:rPr>
        <w:t>A. bạc</w:t>
      </w:r>
    </w:p>
    <w:p>
      <w:pPr>
        <w:pStyle w:val="ListParagraph"/>
      </w:pPr>
      <w:r>
        <w:rPr>
          <w:sz w:val="22"/>
        </w:rPr>
        <w:t>B. đồng</w:t>
      </w:r>
    </w:p>
    <w:p>
      <w:pPr>
        <w:pStyle w:val="ListParagraph"/>
      </w:pPr>
      <w:r>
        <w:rPr>
          <w:sz w:val="22"/>
        </w:rPr>
        <w:t>C. vàng</w:t>
      </w:r>
    </w:p>
    <w:p>
      <w:pPr>
        <w:pStyle w:val="ListParagraph"/>
      </w:pPr>
      <w:r>
        <w:rPr>
          <w:sz w:val="22"/>
        </w:rPr>
        <w:t>D. đá quý</w:t>
      </w:r>
    </w:p>
    <w:p/>
    <w:p>
      <w:r>
        <w:rPr>
          <w:b/>
          <w:sz w:val="24"/>
        </w:rPr>
        <w:t>Câu 19: Pôliclét là tác giả của tác phẩm ______.</w:t>
      </w:r>
    </w:p>
    <w:p>
      <w:pPr>
        <w:pStyle w:val="ListParagraph"/>
      </w:pPr>
      <w:r>
        <w:rPr>
          <w:sz w:val="22"/>
        </w:rPr>
        <w:t>A. Lực sĩ ném đĩa sắt</w:t>
      </w:r>
    </w:p>
    <w:p>
      <w:pPr>
        <w:pStyle w:val="ListParagraph"/>
      </w:pPr>
      <w:r>
        <w:rPr>
          <w:sz w:val="22"/>
        </w:rPr>
        <w:t>B. Người cầm dáo</w:t>
      </w:r>
    </w:p>
    <w:p>
      <w:pPr>
        <w:pStyle w:val="ListParagraph"/>
      </w:pPr>
      <w:r>
        <w:rPr>
          <w:sz w:val="22"/>
        </w:rPr>
        <w:t>C. Người chỉ huy chiến đấu</w:t>
      </w:r>
    </w:p>
    <w:p>
      <w:pPr>
        <w:pStyle w:val="ListParagraph"/>
      </w:pPr>
      <w:r>
        <w:rPr>
          <w:sz w:val="22"/>
        </w:rPr>
        <w:t>D. Nữ thần Atêna</w:t>
      </w:r>
    </w:p>
    <w:p/>
    <w:p>
      <w:r>
        <w:rPr>
          <w:b/>
          <w:sz w:val="24"/>
        </w:rPr>
        <w:t>Câu 20: Ở vùng sa mạc Arập, người ta tìm thấy những bức chân dung vẽ bằng màu trên ______.</w:t>
      </w:r>
    </w:p>
    <w:p>
      <w:pPr>
        <w:pStyle w:val="ListParagraph"/>
      </w:pPr>
      <w:r>
        <w:rPr>
          <w:sz w:val="22"/>
        </w:rPr>
        <w:t>A. vải</w:t>
      </w:r>
    </w:p>
    <w:p>
      <w:pPr>
        <w:pStyle w:val="ListParagraph"/>
      </w:pPr>
      <w:r>
        <w:rPr>
          <w:sz w:val="22"/>
        </w:rPr>
        <w:t>B. gỗ</w:t>
      </w:r>
    </w:p>
    <w:p>
      <w:pPr>
        <w:pStyle w:val="ListParagraph"/>
      </w:pPr>
      <w:r>
        <w:rPr>
          <w:sz w:val="22"/>
        </w:rPr>
        <w:t>C. đá</w:t>
      </w:r>
    </w:p>
    <w:p>
      <w:pPr>
        <w:pStyle w:val="ListParagraph"/>
      </w:pPr>
      <w:r>
        <w:rPr>
          <w:sz w:val="22"/>
        </w:rPr>
        <w:t>D. đồng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