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3 cột: Số → Hiragana → Romaji.</w:t>
      </w:r>
    </w:p>
    <w:p>
      <w:pPr>
        <w:jc w:val="center"/>
      </w:pPr>
      <w:r>
        <w:rPr>
          <w:sz w:val="22"/>
        </w:rPr>
        <w:t>Số câu: 241    Thời gian: _____ phút    Họ và tên: _________________________</w:t>
      </w:r>
    </w:p>
    <w:p/>
    <w:p>
      <w:r>
        <w:rPr>
          <w:b/>
          <w:sz w:val="24"/>
        </w:rPr>
        <w:t>Câu 1: Số 1 trong tiếng Nhật đọc là gì?</w:t>
      </w:r>
    </w:p>
    <w:p>
      <w:pPr>
        <w:pStyle w:val="ListParagraph"/>
      </w:pPr>
      <w:r>
        <w:rPr>
          <w:sz w:val="22"/>
        </w:rPr>
        <w:t>A. いち</w:t>
      </w:r>
    </w:p>
    <w:p>
      <w:pPr>
        <w:pStyle w:val="ListParagraph"/>
      </w:pPr>
      <w:r>
        <w:rPr>
          <w:sz w:val="22"/>
        </w:rPr>
        <w:t>B. に</w:t>
      </w:r>
    </w:p>
    <w:p>
      <w:pPr>
        <w:pStyle w:val="ListParagraph"/>
      </w:pPr>
      <w:r>
        <w:rPr>
          <w:sz w:val="22"/>
        </w:rPr>
        <w:t>C. さん</w:t>
      </w:r>
    </w:p>
    <w:p>
      <w:pPr>
        <w:pStyle w:val="ListParagraph"/>
      </w:pPr>
      <w:r>
        <w:rPr>
          <w:sz w:val="22"/>
        </w:rPr>
        <w:t>D. よん</w:t>
      </w:r>
    </w:p>
    <w:p/>
    <w:p>
      <w:r>
        <w:rPr>
          <w:b/>
          <w:sz w:val="24"/>
        </w:rPr>
        <w:t>Câu 2: Số 2 trong tiếng Nhật đọc là gì?</w:t>
      </w:r>
    </w:p>
    <w:p>
      <w:pPr>
        <w:pStyle w:val="ListParagraph"/>
      </w:pPr>
      <w:r>
        <w:rPr>
          <w:sz w:val="22"/>
        </w:rPr>
        <w:t>A. さん</w:t>
      </w:r>
    </w:p>
    <w:p>
      <w:pPr>
        <w:pStyle w:val="ListParagraph"/>
      </w:pPr>
      <w:r>
        <w:rPr>
          <w:sz w:val="22"/>
        </w:rPr>
        <w:t>B. に</w:t>
      </w:r>
    </w:p>
    <w:p>
      <w:pPr>
        <w:pStyle w:val="ListParagraph"/>
      </w:pPr>
      <w:r>
        <w:rPr>
          <w:sz w:val="22"/>
        </w:rPr>
        <w:t>C. ご</w:t>
      </w:r>
    </w:p>
    <w:p>
      <w:pPr>
        <w:pStyle w:val="ListParagraph"/>
      </w:pPr>
      <w:r>
        <w:rPr>
          <w:sz w:val="22"/>
        </w:rPr>
        <w:t>D. ろく</w:t>
      </w:r>
    </w:p>
    <w:p/>
    <w:p>
      <w:r>
        <w:rPr>
          <w:b/>
          <w:sz w:val="24"/>
        </w:rPr>
        <w:t>Câu 3: Số 3 trong tiếng Nhật đọc là gì?</w:t>
      </w:r>
    </w:p>
    <w:p>
      <w:pPr>
        <w:pStyle w:val="ListParagraph"/>
      </w:pPr>
      <w:r>
        <w:rPr>
          <w:sz w:val="22"/>
        </w:rPr>
        <w:t>A. いち</w:t>
      </w:r>
    </w:p>
    <w:p>
      <w:pPr>
        <w:pStyle w:val="ListParagraph"/>
      </w:pPr>
      <w:r>
        <w:rPr>
          <w:sz w:val="22"/>
        </w:rPr>
        <w:t>B. に</w:t>
      </w:r>
    </w:p>
    <w:p>
      <w:pPr>
        <w:pStyle w:val="ListParagraph"/>
      </w:pPr>
      <w:r>
        <w:rPr>
          <w:sz w:val="22"/>
        </w:rPr>
        <w:t>C. さん</w:t>
      </w:r>
    </w:p>
    <w:p>
      <w:pPr>
        <w:pStyle w:val="ListParagraph"/>
      </w:pPr>
      <w:r>
        <w:rPr>
          <w:sz w:val="22"/>
        </w:rPr>
        <w:t>D. し</w:t>
      </w:r>
    </w:p>
    <w:p/>
    <w:p>
      <w:r>
        <w:rPr>
          <w:b/>
          <w:sz w:val="24"/>
        </w:rPr>
        <w:t>Câu 4: Số 4 trong tiếng Nhật đọc là gì?</w:t>
      </w:r>
    </w:p>
    <w:p>
      <w:pPr>
        <w:pStyle w:val="ListParagraph"/>
      </w:pPr>
      <w:r>
        <w:rPr>
          <w:sz w:val="22"/>
        </w:rPr>
        <w:t>A. よん</w:t>
      </w:r>
    </w:p>
    <w:p>
      <w:pPr>
        <w:pStyle w:val="ListParagraph"/>
      </w:pPr>
      <w:r>
        <w:rPr>
          <w:sz w:val="22"/>
        </w:rPr>
        <w:t>B. ご</w:t>
      </w:r>
    </w:p>
    <w:p>
      <w:pPr>
        <w:pStyle w:val="ListParagraph"/>
      </w:pPr>
      <w:r>
        <w:rPr>
          <w:sz w:val="22"/>
        </w:rPr>
        <w:t>C. ろく</w:t>
      </w:r>
    </w:p>
    <w:p>
      <w:pPr>
        <w:pStyle w:val="ListParagraph"/>
      </w:pPr>
      <w:r>
        <w:rPr>
          <w:sz w:val="22"/>
        </w:rPr>
        <w:t>D. なな</w:t>
      </w:r>
    </w:p>
    <w:p/>
    <w:p>
      <w:r>
        <w:rPr>
          <w:b/>
          <w:sz w:val="24"/>
        </w:rPr>
        <w:t>Câu 5: Số 5 trong tiếng Nhật đọc là gì?</w:t>
      </w:r>
    </w:p>
    <w:p>
      <w:pPr>
        <w:pStyle w:val="ListParagraph"/>
      </w:pPr>
      <w:r>
        <w:rPr>
          <w:sz w:val="22"/>
        </w:rPr>
        <w:t>A. さん</w:t>
      </w:r>
    </w:p>
    <w:p>
      <w:pPr>
        <w:pStyle w:val="ListParagraph"/>
      </w:pPr>
      <w:r>
        <w:rPr>
          <w:sz w:val="22"/>
        </w:rPr>
        <w:t>B. よん</w:t>
      </w:r>
    </w:p>
    <w:p>
      <w:pPr>
        <w:pStyle w:val="ListParagraph"/>
      </w:pPr>
      <w:r>
        <w:rPr>
          <w:sz w:val="22"/>
        </w:rPr>
        <w:t>C. ご</w:t>
      </w:r>
    </w:p>
    <w:p>
      <w:pPr>
        <w:pStyle w:val="ListParagraph"/>
      </w:pPr>
      <w:r>
        <w:rPr>
          <w:sz w:val="22"/>
        </w:rPr>
        <w:t>D. ろく</w:t>
      </w:r>
    </w:p>
    <w:p/>
    <w:p>
      <w:r>
        <w:rPr>
          <w:b/>
          <w:sz w:val="24"/>
        </w:rPr>
        <w:t>Câu 6: Số 6 trong tiếng Nhật đọc là gì?</w:t>
      </w:r>
    </w:p>
    <w:p>
      <w:pPr>
        <w:pStyle w:val="ListParagraph"/>
      </w:pPr>
      <w:r>
        <w:rPr>
          <w:sz w:val="22"/>
        </w:rPr>
        <w:t>A. ろく</w:t>
      </w:r>
    </w:p>
    <w:p>
      <w:pPr>
        <w:pStyle w:val="ListParagraph"/>
      </w:pPr>
      <w:r>
        <w:rPr>
          <w:sz w:val="22"/>
        </w:rPr>
        <w:t>B. なな</w:t>
      </w:r>
    </w:p>
    <w:p>
      <w:pPr>
        <w:pStyle w:val="ListParagraph"/>
      </w:pPr>
      <w:r>
        <w:rPr>
          <w:sz w:val="22"/>
        </w:rPr>
        <w:t>C. はち</w:t>
      </w:r>
    </w:p>
    <w:p>
      <w:pPr>
        <w:pStyle w:val="ListParagraph"/>
      </w:pPr>
      <w:r>
        <w:rPr>
          <w:sz w:val="22"/>
        </w:rPr>
        <w:t>D. きゅう</w:t>
      </w:r>
    </w:p>
    <w:p/>
    <w:p>
      <w:r>
        <w:rPr>
          <w:b/>
          <w:sz w:val="24"/>
        </w:rPr>
        <w:t>Câu 7: Số 7 trong tiếng Nhật đọc là gì?</w:t>
      </w:r>
    </w:p>
    <w:p>
      <w:pPr>
        <w:pStyle w:val="ListParagraph"/>
      </w:pPr>
      <w:r>
        <w:rPr>
          <w:sz w:val="22"/>
        </w:rPr>
        <w:t>A. ろく</w:t>
      </w:r>
    </w:p>
    <w:p>
      <w:pPr>
        <w:pStyle w:val="ListParagraph"/>
      </w:pPr>
      <w:r>
        <w:rPr>
          <w:sz w:val="22"/>
        </w:rPr>
        <w:t>B. なな</w:t>
      </w:r>
    </w:p>
    <w:p>
      <w:pPr>
        <w:pStyle w:val="ListParagraph"/>
      </w:pPr>
      <w:r>
        <w:rPr>
          <w:sz w:val="22"/>
        </w:rPr>
        <w:t>C. はち</w:t>
      </w:r>
    </w:p>
    <w:p>
      <w:pPr>
        <w:pStyle w:val="ListParagraph"/>
      </w:pPr>
      <w:r>
        <w:rPr>
          <w:sz w:val="22"/>
        </w:rPr>
        <w:t>D. ご</w:t>
      </w:r>
    </w:p>
    <w:p/>
    <w:p>
      <w:r>
        <w:rPr>
          <w:b/>
          <w:sz w:val="24"/>
        </w:rPr>
        <w:t>Câu 8: Số 8 trong tiếng Nhật đọc là gì?</w:t>
      </w:r>
    </w:p>
    <w:p>
      <w:pPr>
        <w:pStyle w:val="ListParagraph"/>
      </w:pPr>
      <w:r>
        <w:rPr>
          <w:sz w:val="22"/>
        </w:rPr>
        <w:t>A. はち</w:t>
      </w:r>
    </w:p>
    <w:p>
      <w:pPr>
        <w:pStyle w:val="ListParagraph"/>
      </w:pPr>
      <w:r>
        <w:rPr>
          <w:sz w:val="22"/>
        </w:rPr>
        <w:t>B. なな</w:t>
      </w:r>
    </w:p>
    <w:p>
      <w:pPr>
        <w:pStyle w:val="ListParagraph"/>
      </w:pPr>
      <w:r>
        <w:rPr>
          <w:sz w:val="22"/>
        </w:rPr>
        <w:t>C. きゅう</w:t>
      </w:r>
    </w:p>
    <w:p>
      <w:pPr>
        <w:pStyle w:val="ListParagraph"/>
      </w:pPr>
      <w:r>
        <w:rPr>
          <w:sz w:val="22"/>
        </w:rPr>
        <w:t>D. じゅう</w:t>
      </w:r>
    </w:p>
    <w:p/>
    <w:p>
      <w:r>
        <w:rPr>
          <w:b/>
          <w:sz w:val="24"/>
        </w:rPr>
        <w:t>Câu 9: Số 9 trong tiếng Nhật đọc là gì?</w:t>
      </w:r>
    </w:p>
    <w:p>
      <w:pPr>
        <w:pStyle w:val="ListParagraph"/>
      </w:pPr>
      <w:r>
        <w:rPr>
          <w:sz w:val="22"/>
        </w:rPr>
        <w:t>A. きゅう</w:t>
      </w:r>
    </w:p>
    <w:p>
      <w:pPr>
        <w:pStyle w:val="ListParagraph"/>
      </w:pPr>
      <w:r>
        <w:rPr>
          <w:sz w:val="22"/>
        </w:rPr>
        <w:t>B. はち</w:t>
      </w:r>
    </w:p>
    <w:p>
      <w:pPr>
        <w:pStyle w:val="ListParagraph"/>
      </w:pPr>
      <w:r>
        <w:rPr>
          <w:sz w:val="22"/>
        </w:rPr>
        <w:t>C. じゅう</w:t>
      </w:r>
    </w:p>
    <w:p>
      <w:pPr>
        <w:pStyle w:val="ListParagraph"/>
      </w:pPr>
      <w:r>
        <w:rPr>
          <w:sz w:val="22"/>
        </w:rPr>
        <w:t>D. ろく</w:t>
      </w:r>
    </w:p>
    <w:p/>
    <w:p>
      <w:r>
        <w:rPr>
          <w:b/>
          <w:sz w:val="24"/>
        </w:rPr>
        <w:t>Câu 10: Số 10 trong tiếng Nhật đọc là gì?</w:t>
      </w:r>
    </w:p>
    <w:p>
      <w:pPr>
        <w:pStyle w:val="ListParagraph"/>
      </w:pPr>
      <w:r>
        <w:rPr>
          <w:sz w:val="22"/>
        </w:rPr>
        <w:t>A. じゅう</w:t>
      </w:r>
    </w:p>
    <w:p>
      <w:pPr>
        <w:pStyle w:val="ListParagraph"/>
      </w:pPr>
      <w:r>
        <w:rPr>
          <w:sz w:val="22"/>
        </w:rPr>
        <w:t>B. きゅう</w:t>
      </w:r>
    </w:p>
    <w:p>
      <w:pPr>
        <w:pStyle w:val="ListParagraph"/>
      </w:pPr>
      <w:r>
        <w:rPr>
          <w:sz w:val="22"/>
        </w:rPr>
        <w:t>C. ひゃく</w:t>
      </w:r>
    </w:p>
    <w:p>
      <w:pPr>
        <w:pStyle w:val="ListParagraph"/>
      </w:pPr>
      <w:r>
        <w:rPr>
          <w:sz w:val="22"/>
        </w:rPr>
        <w:t>D. せん</w:t>
      </w:r>
    </w:p>
    <w:p/>
    <w:p>
      <w:r>
        <w:rPr>
          <w:b/>
          <w:sz w:val="24"/>
        </w:rPr>
        <w:t>Câu 11: Số 0 trong tiếng Nhật đọc là gì?</w:t>
      </w:r>
    </w:p>
    <w:p>
      <w:pPr>
        <w:pStyle w:val="ListParagraph"/>
      </w:pPr>
      <w:r>
        <w:rPr>
          <w:sz w:val="22"/>
        </w:rPr>
        <w:t>A. れい</w:t>
      </w:r>
    </w:p>
    <w:p>
      <w:pPr>
        <w:pStyle w:val="ListParagraph"/>
      </w:pPr>
      <w:r>
        <w:rPr>
          <w:sz w:val="22"/>
        </w:rPr>
        <w:t>B. いち</w:t>
      </w:r>
    </w:p>
    <w:p>
      <w:pPr>
        <w:pStyle w:val="ListParagraph"/>
      </w:pPr>
      <w:r>
        <w:rPr>
          <w:sz w:val="22"/>
        </w:rPr>
        <w:t>C. じゅう</w:t>
      </w:r>
    </w:p>
    <w:p>
      <w:pPr>
        <w:pStyle w:val="ListParagraph"/>
      </w:pPr>
      <w:r>
        <w:rPr>
          <w:sz w:val="22"/>
        </w:rPr>
        <w:t>D. まん</w:t>
      </w:r>
    </w:p>
    <w:p/>
    <w:p>
      <w:r>
        <w:rPr>
          <w:b/>
          <w:sz w:val="24"/>
        </w:rPr>
        <w:t>Câu 12: Số 100 trong tiếng Nhật đọc là gì?</w:t>
      </w:r>
    </w:p>
    <w:p>
      <w:pPr>
        <w:pStyle w:val="ListParagraph"/>
      </w:pPr>
      <w:r>
        <w:rPr>
          <w:sz w:val="22"/>
        </w:rPr>
        <w:t>A. ひゃく</w:t>
      </w:r>
    </w:p>
    <w:p>
      <w:pPr>
        <w:pStyle w:val="ListParagraph"/>
      </w:pPr>
      <w:r>
        <w:rPr>
          <w:sz w:val="22"/>
        </w:rPr>
        <w:t>B. せん</w:t>
      </w:r>
    </w:p>
    <w:p>
      <w:pPr>
        <w:pStyle w:val="ListParagraph"/>
      </w:pPr>
      <w:r>
        <w:rPr>
          <w:sz w:val="22"/>
        </w:rPr>
        <w:t>C. まん</w:t>
      </w:r>
    </w:p>
    <w:p>
      <w:pPr>
        <w:pStyle w:val="ListParagraph"/>
      </w:pPr>
      <w:r>
        <w:rPr>
          <w:sz w:val="22"/>
        </w:rPr>
        <w:t>D. じゅう</w:t>
      </w:r>
    </w:p>
    <w:p/>
    <w:p>
      <w:r>
        <w:rPr>
          <w:b/>
          <w:sz w:val="24"/>
        </w:rPr>
        <w:t>Câu 13: Số 1.000 trong tiếng Nhật đọc là gì?</w:t>
      </w:r>
    </w:p>
    <w:p>
      <w:pPr>
        <w:pStyle w:val="ListParagraph"/>
      </w:pPr>
      <w:r>
        <w:rPr>
          <w:sz w:val="22"/>
        </w:rPr>
        <w:t>A. せん</w:t>
      </w:r>
    </w:p>
    <w:p>
      <w:pPr>
        <w:pStyle w:val="ListParagraph"/>
      </w:pPr>
      <w:r>
        <w:rPr>
          <w:sz w:val="22"/>
        </w:rPr>
        <w:t>B. ひゃく</w:t>
      </w:r>
    </w:p>
    <w:p>
      <w:pPr>
        <w:pStyle w:val="ListParagraph"/>
      </w:pPr>
      <w:r>
        <w:rPr>
          <w:sz w:val="22"/>
        </w:rPr>
        <w:t>C. まん</w:t>
      </w:r>
    </w:p>
    <w:p>
      <w:pPr>
        <w:pStyle w:val="ListParagraph"/>
      </w:pPr>
      <w:r>
        <w:rPr>
          <w:sz w:val="22"/>
        </w:rPr>
        <w:t>D. じゅう</w:t>
      </w:r>
    </w:p>
    <w:p/>
    <w:p>
      <w:r>
        <w:rPr>
          <w:b/>
          <w:sz w:val="24"/>
        </w:rPr>
        <w:t>Câu 14: Số 10.000 trong tiếng Nhật đọc là gì?</w:t>
      </w:r>
    </w:p>
    <w:p>
      <w:pPr>
        <w:pStyle w:val="ListParagraph"/>
      </w:pPr>
      <w:r>
        <w:rPr>
          <w:sz w:val="22"/>
        </w:rPr>
        <w:t>A. まん</w:t>
      </w:r>
    </w:p>
    <w:p>
      <w:pPr>
        <w:pStyle w:val="ListParagraph"/>
      </w:pPr>
      <w:r>
        <w:rPr>
          <w:sz w:val="22"/>
        </w:rPr>
        <w:t>B. せん</w:t>
      </w:r>
    </w:p>
    <w:p>
      <w:pPr>
        <w:pStyle w:val="ListParagraph"/>
      </w:pPr>
      <w:r>
        <w:rPr>
          <w:sz w:val="22"/>
        </w:rPr>
        <w:t>C. ひゃく</w:t>
      </w:r>
    </w:p>
    <w:p>
      <w:pPr>
        <w:pStyle w:val="ListParagraph"/>
      </w:pPr>
      <w:r>
        <w:rPr>
          <w:sz w:val="22"/>
        </w:rPr>
        <w:t>D. じゅう</w:t>
      </w:r>
    </w:p>
    <w:p/>
    <w:p>
      <w:r>
        <w:rPr>
          <w:b/>
          <w:sz w:val="24"/>
        </w:rPr>
        <w:t>Câu 15: 「いち」là số mấy?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16: 「に」là số mấy?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17: 「さん」là số mấy?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18: 「よん」là số mấy?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19: 「ご」là số mấy?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20: 「ろく」là số mấy?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21: 「なな」là số mấy?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22: 「はち」là số mấy?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23: 「きゅう」là số mấy?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24: 「じゅう」là số mấy?</w:t>
      </w:r>
    </w:p>
    <w:p>
      <w:pPr>
        <w:pStyle w:val="ListParagraph"/>
      </w:pPr>
      <w:r>
        <w:rPr>
          <w:sz w:val="22"/>
        </w:rPr>
        <w:t>A. 9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100</w:t>
      </w:r>
    </w:p>
    <w:p>
      <w:pPr>
        <w:pStyle w:val="ListParagraph"/>
      </w:pPr>
      <w:r>
        <w:rPr>
          <w:sz w:val="22"/>
        </w:rPr>
        <w:t>D. 1000</w:t>
      </w:r>
    </w:p>
    <w:p/>
    <w:p>
      <w:r>
        <w:rPr>
          <w:b/>
          <w:sz w:val="24"/>
        </w:rPr>
        <w:t>Câu 25: 「ひゃく」là số mấy?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100</w:t>
      </w:r>
    </w:p>
    <w:p>
      <w:pPr>
        <w:pStyle w:val="ListParagraph"/>
      </w:pPr>
      <w:r>
        <w:rPr>
          <w:sz w:val="22"/>
        </w:rPr>
        <w:t>C. 1.000</w:t>
      </w:r>
    </w:p>
    <w:p>
      <w:pPr>
        <w:pStyle w:val="ListParagraph"/>
      </w:pPr>
      <w:r>
        <w:rPr>
          <w:sz w:val="22"/>
        </w:rPr>
        <w:t>D. 10.000</w:t>
      </w:r>
    </w:p>
    <w:p/>
    <w:p>
      <w:r>
        <w:rPr>
          <w:b/>
          <w:sz w:val="24"/>
        </w:rPr>
        <w:t>Câu 26: 「せん」là số mấy?</w:t>
      </w:r>
    </w:p>
    <w:p>
      <w:pPr>
        <w:pStyle w:val="ListParagraph"/>
      </w:pPr>
      <w:r>
        <w:rPr>
          <w:sz w:val="22"/>
        </w:rPr>
        <w:t>A. 100</w:t>
      </w:r>
    </w:p>
    <w:p>
      <w:pPr>
        <w:pStyle w:val="ListParagraph"/>
      </w:pPr>
      <w:r>
        <w:rPr>
          <w:sz w:val="22"/>
        </w:rPr>
        <w:t>B. 1.000</w:t>
      </w:r>
    </w:p>
    <w:p>
      <w:pPr>
        <w:pStyle w:val="ListParagraph"/>
      </w:pPr>
      <w:r>
        <w:rPr>
          <w:sz w:val="22"/>
        </w:rPr>
        <w:t>C. 10.000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27: 「まん」là số mấy?</w:t>
      </w:r>
    </w:p>
    <w:p>
      <w:pPr>
        <w:pStyle w:val="ListParagraph"/>
      </w:pPr>
      <w:r>
        <w:rPr>
          <w:sz w:val="22"/>
        </w:rPr>
        <w:t>A. 100</w:t>
      </w:r>
    </w:p>
    <w:p>
      <w:pPr>
        <w:pStyle w:val="ListParagraph"/>
      </w:pPr>
      <w:r>
        <w:rPr>
          <w:sz w:val="22"/>
        </w:rPr>
        <w:t>B. 1.000</w:t>
      </w:r>
    </w:p>
    <w:p>
      <w:pPr>
        <w:pStyle w:val="ListParagraph"/>
      </w:pPr>
      <w:r>
        <w:rPr>
          <w:sz w:val="22"/>
        </w:rPr>
        <w:t>C. 10.000</w:t>
      </w:r>
    </w:p>
    <w:p>
      <w:pPr>
        <w:pStyle w:val="ListParagraph"/>
      </w:pPr>
      <w:r>
        <w:rPr>
          <w:sz w:val="22"/>
        </w:rPr>
        <w:t>D. 100.000</w:t>
      </w:r>
    </w:p>
    <w:p/>
    <w:p>
      <w:r>
        <w:rPr>
          <w:b/>
          <w:sz w:val="24"/>
        </w:rPr>
        <w:t>Câu 28: 「れい」là số mấy?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100</w:t>
      </w:r>
    </w:p>
    <w:p/>
    <w:p>
      <w:r>
        <w:rPr>
          <w:b/>
          <w:sz w:val="24"/>
        </w:rPr>
        <w:t>Câu 29: Romaji của「いち」là gì?</w:t>
      </w:r>
    </w:p>
    <w:p>
      <w:pPr>
        <w:pStyle w:val="ListParagraph"/>
      </w:pPr>
      <w:r>
        <w:rPr>
          <w:sz w:val="22"/>
        </w:rPr>
        <w:t>A. ichi</w:t>
      </w:r>
    </w:p>
    <w:p>
      <w:pPr>
        <w:pStyle w:val="ListParagraph"/>
      </w:pPr>
      <w:r>
        <w:rPr>
          <w:sz w:val="22"/>
        </w:rPr>
        <w:t>B. ni</w:t>
      </w:r>
    </w:p>
    <w:p>
      <w:pPr>
        <w:pStyle w:val="ListParagraph"/>
      </w:pPr>
      <w:r>
        <w:rPr>
          <w:sz w:val="22"/>
        </w:rPr>
        <w:t>C. san</w:t>
      </w:r>
    </w:p>
    <w:p>
      <w:pPr>
        <w:pStyle w:val="ListParagraph"/>
      </w:pPr>
      <w:r>
        <w:rPr>
          <w:sz w:val="22"/>
        </w:rPr>
        <w:t>D. go</w:t>
      </w:r>
    </w:p>
    <w:p/>
    <w:p>
      <w:r>
        <w:rPr>
          <w:b/>
          <w:sz w:val="24"/>
        </w:rPr>
        <w:t>Câu 30: Romaji của「に」là gì?</w:t>
      </w:r>
    </w:p>
    <w:p>
      <w:pPr>
        <w:pStyle w:val="ListParagraph"/>
      </w:pPr>
      <w:r>
        <w:rPr>
          <w:sz w:val="22"/>
        </w:rPr>
        <w:t>A. ichi</w:t>
      </w:r>
    </w:p>
    <w:p>
      <w:pPr>
        <w:pStyle w:val="ListParagraph"/>
      </w:pPr>
      <w:r>
        <w:rPr>
          <w:sz w:val="22"/>
        </w:rPr>
        <w:t>B. ni</w:t>
      </w:r>
    </w:p>
    <w:p>
      <w:pPr>
        <w:pStyle w:val="ListParagraph"/>
      </w:pPr>
      <w:r>
        <w:rPr>
          <w:sz w:val="22"/>
        </w:rPr>
        <w:t>C. roku</w:t>
      </w:r>
    </w:p>
    <w:p>
      <w:pPr>
        <w:pStyle w:val="ListParagraph"/>
      </w:pPr>
      <w:r>
        <w:rPr>
          <w:sz w:val="22"/>
        </w:rPr>
        <w:t>D. nana</w:t>
      </w:r>
    </w:p>
    <w:p/>
    <w:p>
      <w:r>
        <w:rPr>
          <w:b/>
          <w:sz w:val="24"/>
        </w:rPr>
        <w:t>Câu 31: Romaji của「さん」là gì?</w:t>
      </w:r>
    </w:p>
    <w:p>
      <w:pPr>
        <w:pStyle w:val="ListParagraph"/>
      </w:pPr>
      <w:r>
        <w:rPr>
          <w:sz w:val="22"/>
        </w:rPr>
        <w:t>A. san</w:t>
      </w:r>
    </w:p>
    <w:p>
      <w:pPr>
        <w:pStyle w:val="ListParagraph"/>
      </w:pPr>
      <w:r>
        <w:rPr>
          <w:sz w:val="22"/>
        </w:rPr>
        <w:t>B. shi</w:t>
      </w:r>
    </w:p>
    <w:p>
      <w:pPr>
        <w:pStyle w:val="ListParagraph"/>
      </w:pPr>
      <w:r>
        <w:rPr>
          <w:sz w:val="22"/>
        </w:rPr>
        <w:t>C. yon</w:t>
      </w:r>
    </w:p>
    <w:p>
      <w:pPr>
        <w:pStyle w:val="ListParagraph"/>
      </w:pPr>
      <w:r>
        <w:rPr>
          <w:sz w:val="22"/>
        </w:rPr>
        <w:t>D. go</w:t>
      </w:r>
    </w:p>
    <w:p/>
    <w:p>
      <w:r>
        <w:rPr>
          <w:b/>
          <w:sz w:val="24"/>
        </w:rPr>
        <w:t>Câu 32: Romaji của「よん」là gì?</w:t>
      </w:r>
    </w:p>
    <w:p>
      <w:pPr>
        <w:pStyle w:val="ListParagraph"/>
      </w:pPr>
      <w:r>
        <w:rPr>
          <w:sz w:val="22"/>
        </w:rPr>
        <w:t>A. yon</w:t>
      </w:r>
    </w:p>
    <w:p>
      <w:pPr>
        <w:pStyle w:val="ListParagraph"/>
      </w:pPr>
      <w:r>
        <w:rPr>
          <w:sz w:val="22"/>
        </w:rPr>
        <w:t>B. go</w:t>
      </w:r>
    </w:p>
    <w:p>
      <w:pPr>
        <w:pStyle w:val="ListParagraph"/>
      </w:pPr>
      <w:r>
        <w:rPr>
          <w:sz w:val="22"/>
        </w:rPr>
        <w:t>C. roku</w:t>
      </w:r>
    </w:p>
    <w:p>
      <w:pPr>
        <w:pStyle w:val="ListParagraph"/>
      </w:pPr>
      <w:r>
        <w:rPr>
          <w:sz w:val="22"/>
        </w:rPr>
        <w:t>D. hachi</w:t>
      </w:r>
    </w:p>
    <w:p/>
    <w:p>
      <w:r>
        <w:rPr>
          <w:b/>
          <w:sz w:val="24"/>
        </w:rPr>
        <w:t>Câu 33: Romaji của「ご」là gì?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roku</w:t>
      </w:r>
    </w:p>
    <w:p>
      <w:pPr>
        <w:pStyle w:val="ListParagraph"/>
      </w:pPr>
      <w:r>
        <w:rPr>
          <w:sz w:val="22"/>
        </w:rPr>
        <w:t>C. nana</w:t>
      </w:r>
    </w:p>
    <w:p>
      <w:pPr>
        <w:pStyle w:val="ListParagraph"/>
      </w:pPr>
      <w:r>
        <w:rPr>
          <w:sz w:val="22"/>
        </w:rPr>
        <w:t>D. kyuu</w:t>
      </w:r>
    </w:p>
    <w:p/>
    <w:p>
      <w:r>
        <w:rPr>
          <w:b/>
          <w:sz w:val="24"/>
        </w:rPr>
        <w:t>Câu 34: Romaji của「ろく」là gì?</w:t>
      </w:r>
    </w:p>
    <w:p>
      <w:pPr>
        <w:pStyle w:val="ListParagraph"/>
      </w:pPr>
      <w:r>
        <w:rPr>
          <w:sz w:val="22"/>
        </w:rPr>
        <w:t>A. roku</w:t>
      </w:r>
    </w:p>
    <w:p>
      <w:pPr>
        <w:pStyle w:val="ListParagraph"/>
      </w:pPr>
      <w:r>
        <w:rPr>
          <w:sz w:val="22"/>
        </w:rPr>
        <w:t>B. nana</w:t>
      </w:r>
    </w:p>
    <w:p>
      <w:pPr>
        <w:pStyle w:val="ListParagraph"/>
      </w:pPr>
      <w:r>
        <w:rPr>
          <w:sz w:val="22"/>
        </w:rPr>
        <w:t>C. hachi</w:t>
      </w:r>
    </w:p>
    <w:p>
      <w:pPr>
        <w:pStyle w:val="ListParagraph"/>
      </w:pPr>
      <w:r>
        <w:rPr>
          <w:sz w:val="22"/>
        </w:rPr>
        <w:t>D. juu</w:t>
      </w:r>
    </w:p>
    <w:p/>
    <w:p>
      <w:r>
        <w:rPr>
          <w:b/>
          <w:sz w:val="24"/>
        </w:rPr>
        <w:t>Câu 35: Romaji của「なな」là gì?</w:t>
      </w:r>
    </w:p>
    <w:p>
      <w:pPr>
        <w:pStyle w:val="ListParagraph"/>
      </w:pPr>
      <w:r>
        <w:rPr>
          <w:sz w:val="22"/>
        </w:rPr>
        <w:t>A. nana</w:t>
      </w:r>
    </w:p>
    <w:p>
      <w:pPr>
        <w:pStyle w:val="ListParagraph"/>
      </w:pPr>
      <w:r>
        <w:rPr>
          <w:sz w:val="22"/>
        </w:rPr>
        <w:t>B. shichi</w:t>
      </w:r>
    </w:p>
    <w:p>
      <w:pPr>
        <w:pStyle w:val="ListParagraph"/>
      </w:pPr>
      <w:r>
        <w:rPr>
          <w:sz w:val="22"/>
        </w:rPr>
        <w:t>C. hachi</w:t>
      </w:r>
    </w:p>
    <w:p>
      <w:pPr>
        <w:pStyle w:val="ListParagraph"/>
      </w:pPr>
      <w:r>
        <w:rPr>
          <w:sz w:val="22"/>
        </w:rPr>
        <w:t>D. kyuu</w:t>
      </w:r>
    </w:p>
    <w:p/>
    <w:p>
      <w:r>
        <w:rPr>
          <w:b/>
          <w:sz w:val="24"/>
        </w:rPr>
        <w:t>Câu 36: Romaji của「はち」là gì?</w:t>
      </w:r>
    </w:p>
    <w:p>
      <w:pPr>
        <w:pStyle w:val="ListParagraph"/>
      </w:pPr>
      <w:r>
        <w:rPr>
          <w:sz w:val="22"/>
        </w:rPr>
        <w:t>A. hachi</w:t>
      </w:r>
    </w:p>
    <w:p>
      <w:pPr>
        <w:pStyle w:val="ListParagraph"/>
      </w:pPr>
      <w:r>
        <w:rPr>
          <w:sz w:val="22"/>
        </w:rPr>
        <w:t>B. kyuu</w:t>
      </w:r>
    </w:p>
    <w:p>
      <w:pPr>
        <w:pStyle w:val="ListParagraph"/>
      </w:pPr>
      <w:r>
        <w:rPr>
          <w:sz w:val="22"/>
        </w:rPr>
        <w:t>C. juu</w:t>
      </w:r>
    </w:p>
    <w:p>
      <w:pPr>
        <w:pStyle w:val="ListParagraph"/>
      </w:pPr>
      <w:r>
        <w:rPr>
          <w:sz w:val="22"/>
        </w:rPr>
        <w:t>D. hyaku</w:t>
      </w:r>
    </w:p>
    <w:p/>
    <w:p>
      <w:r>
        <w:rPr>
          <w:b/>
          <w:sz w:val="24"/>
        </w:rPr>
        <w:t>Câu 37: Romaji của「きゅう」là gì?</w:t>
      </w:r>
    </w:p>
    <w:p>
      <w:pPr>
        <w:pStyle w:val="ListParagraph"/>
      </w:pPr>
      <w:r>
        <w:rPr>
          <w:sz w:val="22"/>
        </w:rPr>
        <w:t>A. kyuu</w:t>
      </w:r>
    </w:p>
    <w:p>
      <w:pPr>
        <w:pStyle w:val="ListParagraph"/>
      </w:pPr>
      <w:r>
        <w:rPr>
          <w:sz w:val="22"/>
        </w:rPr>
        <w:t>B. ku</w:t>
      </w:r>
    </w:p>
    <w:p>
      <w:pPr>
        <w:pStyle w:val="ListParagraph"/>
      </w:pPr>
      <w:r>
        <w:rPr>
          <w:sz w:val="22"/>
        </w:rPr>
        <w:t>C. juu</w:t>
      </w:r>
    </w:p>
    <w:p>
      <w:pPr>
        <w:pStyle w:val="ListParagraph"/>
      </w:pPr>
      <w:r>
        <w:rPr>
          <w:sz w:val="22"/>
        </w:rPr>
        <w:t>D. man</w:t>
      </w:r>
    </w:p>
    <w:p/>
    <w:p>
      <w:r>
        <w:rPr>
          <w:b/>
          <w:sz w:val="24"/>
        </w:rPr>
        <w:t>Câu 38: Romaji của「じゅう」là gì?</w:t>
      </w:r>
    </w:p>
    <w:p>
      <w:pPr>
        <w:pStyle w:val="ListParagraph"/>
      </w:pPr>
      <w:r>
        <w:rPr>
          <w:sz w:val="22"/>
        </w:rPr>
        <w:t>A. juu</w:t>
      </w:r>
    </w:p>
    <w:p>
      <w:pPr>
        <w:pStyle w:val="ListParagraph"/>
      </w:pPr>
      <w:r>
        <w:rPr>
          <w:sz w:val="22"/>
        </w:rPr>
        <w:t>B. hyaku</w:t>
      </w:r>
    </w:p>
    <w:p>
      <w:pPr>
        <w:pStyle w:val="ListParagraph"/>
      </w:pPr>
      <w:r>
        <w:rPr>
          <w:sz w:val="22"/>
        </w:rPr>
        <w:t>C. sen</w:t>
      </w:r>
    </w:p>
    <w:p>
      <w:pPr>
        <w:pStyle w:val="ListParagraph"/>
      </w:pPr>
      <w:r>
        <w:rPr>
          <w:sz w:val="22"/>
        </w:rPr>
        <w:t>D. man</w:t>
      </w:r>
    </w:p>
    <w:p/>
    <w:p>
      <w:r>
        <w:rPr>
          <w:b/>
          <w:sz w:val="24"/>
        </w:rPr>
        <w:t>Câu 39: Cách đếm 1 người (にん) là gì?</w:t>
      </w:r>
    </w:p>
    <w:p>
      <w:pPr>
        <w:pStyle w:val="ListParagraph"/>
      </w:pPr>
      <w:r>
        <w:rPr>
          <w:sz w:val="22"/>
        </w:rPr>
        <w:t>A. ひとり</w:t>
      </w:r>
    </w:p>
    <w:p>
      <w:pPr>
        <w:pStyle w:val="ListParagraph"/>
      </w:pPr>
      <w:r>
        <w:rPr>
          <w:sz w:val="22"/>
        </w:rPr>
        <w:t>B. ふたり</w:t>
      </w:r>
    </w:p>
    <w:p>
      <w:pPr>
        <w:pStyle w:val="ListParagraph"/>
      </w:pPr>
      <w:r>
        <w:rPr>
          <w:sz w:val="22"/>
        </w:rPr>
        <w:t>C. さんにん</w:t>
      </w:r>
    </w:p>
    <w:p>
      <w:pPr>
        <w:pStyle w:val="ListParagraph"/>
      </w:pPr>
      <w:r>
        <w:rPr>
          <w:sz w:val="22"/>
        </w:rPr>
        <w:t>D. よにん</w:t>
      </w:r>
    </w:p>
    <w:p/>
    <w:p>
      <w:r>
        <w:rPr>
          <w:b/>
          <w:sz w:val="24"/>
        </w:rPr>
        <w:t>Câu 40: Cách đếm 2 người (にん) là gì?</w:t>
      </w:r>
    </w:p>
    <w:p>
      <w:pPr>
        <w:pStyle w:val="ListParagraph"/>
      </w:pPr>
      <w:r>
        <w:rPr>
          <w:sz w:val="22"/>
        </w:rPr>
        <w:t>A. ひとり</w:t>
      </w:r>
    </w:p>
    <w:p>
      <w:pPr>
        <w:pStyle w:val="ListParagraph"/>
      </w:pPr>
      <w:r>
        <w:rPr>
          <w:sz w:val="22"/>
        </w:rPr>
        <w:t>B. ふたり</w:t>
      </w:r>
    </w:p>
    <w:p>
      <w:pPr>
        <w:pStyle w:val="ListParagraph"/>
      </w:pPr>
      <w:r>
        <w:rPr>
          <w:sz w:val="22"/>
        </w:rPr>
        <w:t>C. ごにん</w:t>
      </w:r>
    </w:p>
    <w:p>
      <w:pPr>
        <w:pStyle w:val="ListParagraph"/>
      </w:pPr>
      <w:r>
        <w:rPr>
          <w:sz w:val="22"/>
        </w:rPr>
        <w:t>D. ろくにん</w:t>
      </w:r>
    </w:p>
    <w:p/>
    <w:p>
      <w:r>
        <w:rPr>
          <w:b/>
          <w:sz w:val="24"/>
        </w:rPr>
        <w:t>Câu 41: Cách đếm 3 người (にん) là gì?</w:t>
      </w:r>
    </w:p>
    <w:p>
      <w:pPr>
        <w:pStyle w:val="ListParagraph"/>
      </w:pPr>
      <w:r>
        <w:rPr>
          <w:sz w:val="22"/>
        </w:rPr>
        <w:t>A. さんにん</w:t>
      </w:r>
    </w:p>
    <w:p>
      <w:pPr>
        <w:pStyle w:val="ListParagraph"/>
      </w:pPr>
      <w:r>
        <w:rPr>
          <w:sz w:val="22"/>
        </w:rPr>
        <w:t>B. よにん</w:t>
      </w:r>
    </w:p>
    <w:p>
      <w:pPr>
        <w:pStyle w:val="ListParagraph"/>
      </w:pPr>
      <w:r>
        <w:rPr>
          <w:sz w:val="22"/>
        </w:rPr>
        <w:t>C. ごにん</w:t>
      </w:r>
    </w:p>
    <w:p>
      <w:pPr>
        <w:pStyle w:val="ListParagraph"/>
      </w:pPr>
      <w:r>
        <w:rPr>
          <w:sz w:val="22"/>
        </w:rPr>
        <w:t>D. ろくにん</w:t>
      </w:r>
    </w:p>
    <w:p/>
    <w:p>
      <w:r>
        <w:rPr>
          <w:b/>
          <w:sz w:val="24"/>
        </w:rPr>
        <w:t>Câu 42: Cách đếm 4 người (にん) là gì?</w:t>
      </w:r>
    </w:p>
    <w:p>
      <w:pPr>
        <w:pStyle w:val="ListParagraph"/>
      </w:pPr>
      <w:r>
        <w:rPr>
          <w:sz w:val="22"/>
        </w:rPr>
        <w:t>A. よにん</w:t>
      </w:r>
    </w:p>
    <w:p>
      <w:pPr>
        <w:pStyle w:val="ListParagraph"/>
      </w:pPr>
      <w:r>
        <w:rPr>
          <w:sz w:val="22"/>
        </w:rPr>
        <w:t>B. さんにん</w:t>
      </w:r>
    </w:p>
    <w:p>
      <w:pPr>
        <w:pStyle w:val="ListParagraph"/>
      </w:pPr>
      <w:r>
        <w:rPr>
          <w:sz w:val="22"/>
        </w:rPr>
        <w:t>C. ごにん</w:t>
      </w:r>
    </w:p>
    <w:p>
      <w:pPr>
        <w:pStyle w:val="ListParagraph"/>
      </w:pPr>
      <w:r>
        <w:rPr>
          <w:sz w:val="22"/>
        </w:rPr>
        <w:t>D. ななにん</w:t>
      </w:r>
    </w:p>
    <w:p/>
    <w:p>
      <w:r>
        <w:rPr>
          <w:b/>
          <w:sz w:val="24"/>
        </w:rPr>
        <w:t>Câu 43: Cách đếm 5 người (にん) là gì?</w:t>
      </w:r>
    </w:p>
    <w:p>
      <w:pPr>
        <w:pStyle w:val="ListParagraph"/>
      </w:pPr>
      <w:r>
        <w:rPr>
          <w:sz w:val="22"/>
        </w:rPr>
        <w:t>A. ごにん</w:t>
      </w:r>
    </w:p>
    <w:p>
      <w:pPr>
        <w:pStyle w:val="ListParagraph"/>
      </w:pPr>
      <w:r>
        <w:rPr>
          <w:sz w:val="22"/>
        </w:rPr>
        <w:t>B. ろくにん</w:t>
      </w:r>
    </w:p>
    <w:p>
      <w:pPr>
        <w:pStyle w:val="ListParagraph"/>
      </w:pPr>
      <w:r>
        <w:rPr>
          <w:sz w:val="22"/>
        </w:rPr>
        <w:t>C. よにん</w:t>
      </w:r>
    </w:p>
    <w:p>
      <w:pPr>
        <w:pStyle w:val="ListParagraph"/>
      </w:pPr>
      <w:r>
        <w:rPr>
          <w:sz w:val="22"/>
        </w:rPr>
        <w:t>D. はちにん</w:t>
      </w:r>
    </w:p>
    <w:p/>
    <w:p>
      <w:r>
        <w:rPr>
          <w:b/>
          <w:sz w:val="24"/>
        </w:rPr>
        <w:t>Câu 44: Cách đếm 6 người (にん) là gì?</w:t>
      </w:r>
    </w:p>
    <w:p>
      <w:pPr>
        <w:pStyle w:val="ListParagraph"/>
      </w:pPr>
      <w:r>
        <w:rPr>
          <w:sz w:val="22"/>
        </w:rPr>
        <w:t>A. ろくにん</w:t>
      </w:r>
    </w:p>
    <w:p>
      <w:pPr>
        <w:pStyle w:val="ListParagraph"/>
      </w:pPr>
      <w:r>
        <w:rPr>
          <w:sz w:val="22"/>
        </w:rPr>
        <w:t>B. ごにん</w:t>
      </w:r>
    </w:p>
    <w:p>
      <w:pPr>
        <w:pStyle w:val="ListParagraph"/>
      </w:pPr>
      <w:r>
        <w:rPr>
          <w:sz w:val="22"/>
        </w:rPr>
        <w:t>C. ななにん</w:t>
      </w:r>
    </w:p>
    <w:p>
      <w:pPr>
        <w:pStyle w:val="ListParagraph"/>
      </w:pPr>
      <w:r>
        <w:rPr>
          <w:sz w:val="22"/>
        </w:rPr>
        <w:t>D. きゅうにん</w:t>
      </w:r>
    </w:p>
    <w:p/>
    <w:p>
      <w:r>
        <w:rPr>
          <w:b/>
          <w:sz w:val="24"/>
        </w:rPr>
        <w:t>Câu 45: Cách đếm 7 người (にん) là gì?</w:t>
      </w:r>
    </w:p>
    <w:p>
      <w:pPr>
        <w:pStyle w:val="ListParagraph"/>
      </w:pPr>
      <w:r>
        <w:rPr>
          <w:sz w:val="22"/>
        </w:rPr>
        <w:t>A. ななにん</w:t>
      </w:r>
    </w:p>
    <w:p>
      <w:pPr>
        <w:pStyle w:val="ListParagraph"/>
      </w:pPr>
      <w:r>
        <w:rPr>
          <w:sz w:val="22"/>
        </w:rPr>
        <w:t>B. ろくにん</w:t>
      </w:r>
    </w:p>
    <w:p>
      <w:pPr>
        <w:pStyle w:val="ListParagraph"/>
      </w:pPr>
      <w:r>
        <w:rPr>
          <w:sz w:val="22"/>
        </w:rPr>
        <w:t>C. はちにん</w:t>
      </w:r>
    </w:p>
    <w:p>
      <w:pPr>
        <w:pStyle w:val="ListParagraph"/>
      </w:pPr>
      <w:r>
        <w:rPr>
          <w:sz w:val="22"/>
        </w:rPr>
        <w:t>D. じゅうにん</w:t>
      </w:r>
    </w:p>
    <w:p/>
    <w:p>
      <w:r>
        <w:rPr>
          <w:b/>
          <w:sz w:val="24"/>
        </w:rPr>
        <w:t>Câu 46: Cách đếm 8 người (にん) là gì?</w:t>
      </w:r>
    </w:p>
    <w:p>
      <w:pPr>
        <w:pStyle w:val="ListParagraph"/>
      </w:pPr>
      <w:r>
        <w:rPr>
          <w:sz w:val="22"/>
        </w:rPr>
        <w:t>A. はちにん</w:t>
      </w:r>
    </w:p>
    <w:p>
      <w:pPr>
        <w:pStyle w:val="ListParagraph"/>
      </w:pPr>
      <w:r>
        <w:rPr>
          <w:sz w:val="22"/>
        </w:rPr>
        <w:t>B. ななにん</w:t>
      </w:r>
    </w:p>
    <w:p>
      <w:pPr>
        <w:pStyle w:val="ListParagraph"/>
      </w:pPr>
      <w:r>
        <w:rPr>
          <w:sz w:val="22"/>
        </w:rPr>
        <w:t>C. きゅうにん</w:t>
      </w:r>
    </w:p>
    <w:p>
      <w:pPr>
        <w:pStyle w:val="ListParagraph"/>
      </w:pPr>
      <w:r>
        <w:rPr>
          <w:sz w:val="22"/>
        </w:rPr>
        <w:t>D. じゅうにん</w:t>
      </w:r>
    </w:p>
    <w:p/>
    <w:p>
      <w:r>
        <w:rPr>
          <w:b/>
          <w:sz w:val="24"/>
        </w:rPr>
        <w:t>Câu 47: Cách đếm 9 người (にん) là gì?</w:t>
      </w:r>
    </w:p>
    <w:p>
      <w:pPr>
        <w:pStyle w:val="ListParagraph"/>
      </w:pPr>
      <w:r>
        <w:rPr>
          <w:sz w:val="22"/>
        </w:rPr>
        <w:t>A. きゅうにん</w:t>
      </w:r>
    </w:p>
    <w:p>
      <w:pPr>
        <w:pStyle w:val="ListParagraph"/>
      </w:pPr>
      <w:r>
        <w:rPr>
          <w:sz w:val="22"/>
        </w:rPr>
        <w:t>B. はちにん</w:t>
      </w:r>
    </w:p>
    <w:p>
      <w:pPr>
        <w:pStyle w:val="ListParagraph"/>
      </w:pPr>
      <w:r>
        <w:rPr>
          <w:sz w:val="22"/>
        </w:rPr>
        <w:t>C. じゅうにん</w:t>
      </w:r>
    </w:p>
    <w:p>
      <w:pPr>
        <w:pStyle w:val="ListParagraph"/>
      </w:pPr>
      <w:r>
        <w:rPr>
          <w:sz w:val="22"/>
        </w:rPr>
        <w:t>D. ろくにん</w:t>
      </w:r>
    </w:p>
    <w:p/>
    <w:p>
      <w:r>
        <w:rPr>
          <w:b/>
          <w:sz w:val="24"/>
        </w:rPr>
        <w:t>Câu 48: Cách đếm 10 người (にん) là gì?</w:t>
      </w:r>
    </w:p>
    <w:p>
      <w:pPr>
        <w:pStyle w:val="ListParagraph"/>
      </w:pPr>
      <w:r>
        <w:rPr>
          <w:sz w:val="22"/>
        </w:rPr>
        <w:t>A. じゅうにん</w:t>
      </w:r>
    </w:p>
    <w:p>
      <w:pPr>
        <w:pStyle w:val="ListParagraph"/>
      </w:pPr>
      <w:r>
        <w:rPr>
          <w:sz w:val="22"/>
        </w:rPr>
        <w:t>B. きゅうにん</w:t>
      </w:r>
    </w:p>
    <w:p>
      <w:pPr>
        <w:pStyle w:val="ListParagraph"/>
      </w:pPr>
      <w:r>
        <w:rPr>
          <w:sz w:val="22"/>
        </w:rPr>
        <w:t>C. はちにん</w:t>
      </w:r>
    </w:p>
    <w:p>
      <w:pPr>
        <w:pStyle w:val="ListParagraph"/>
      </w:pPr>
      <w:r>
        <w:rPr>
          <w:sz w:val="22"/>
        </w:rPr>
        <w:t>D. ななにん</w:t>
      </w:r>
    </w:p>
    <w:p/>
    <w:p>
      <w:r>
        <w:rPr>
          <w:b/>
          <w:sz w:val="24"/>
        </w:rPr>
        <w:t>Câu 49: 「ひとり」nghĩa là mấy người?</w:t>
      </w:r>
    </w:p>
    <w:p>
      <w:pPr>
        <w:pStyle w:val="ListParagraph"/>
      </w:pPr>
      <w:r>
        <w:rPr>
          <w:sz w:val="22"/>
        </w:rPr>
        <w:t>A. 1 người</w:t>
      </w:r>
    </w:p>
    <w:p>
      <w:pPr>
        <w:pStyle w:val="ListParagraph"/>
      </w:pPr>
      <w:r>
        <w:rPr>
          <w:sz w:val="22"/>
        </w:rPr>
        <w:t>B. 2 người</w:t>
      </w:r>
    </w:p>
    <w:p>
      <w:pPr>
        <w:pStyle w:val="ListParagraph"/>
      </w:pPr>
      <w:r>
        <w:rPr>
          <w:sz w:val="22"/>
        </w:rPr>
        <w:t>C. 3 người</w:t>
      </w:r>
    </w:p>
    <w:p>
      <w:pPr>
        <w:pStyle w:val="ListParagraph"/>
      </w:pPr>
      <w:r>
        <w:rPr>
          <w:sz w:val="22"/>
        </w:rPr>
        <w:t>D. 4 người</w:t>
      </w:r>
    </w:p>
    <w:p/>
    <w:p>
      <w:r>
        <w:rPr>
          <w:b/>
          <w:sz w:val="24"/>
        </w:rPr>
        <w:t>Câu 50: 「ふたり」nghĩa là mấy người?</w:t>
      </w:r>
    </w:p>
    <w:p>
      <w:pPr>
        <w:pStyle w:val="ListParagraph"/>
      </w:pPr>
      <w:r>
        <w:rPr>
          <w:sz w:val="22"/>
        </w:rPr>
        <w:t>A. 1 người</w:t>
      </w:r>
    </w:p>
    <w:p>
      <w:pPr>
        <w:pStyle w:val="ListParagraph"/>
      </w:pPr>
      <w:r>
        <w:rPr>
          <w:sz w:val="22"/>
        </w:rPr>
        <w:t>B. 2 người</w:t>
      </w:r>
    </w:p>
    <w:p>
      <w:pPr>
        <w:pStyle w:val="ListParagraph"/>
      </w:pPr>
      <w:r>
        <w:rPr>
          <w:sz w:val="22"/>
        </w:rPr>
        <w:t>C. 3 người</w:t>
      </w:r>
    </w:p>
    <w:p>
      <w:pPr>
        <w:pStyle w:val="ListParagraph"/>
      </w:pPr>
      <w:r>
        <w:rPr>
          <w:sz w:val="22"/>
        </w:rPr>
        <w:t>D. 5 người</w:t>
      </w:r>
    </w:p>
    <w:p/>
    <w:p>
      <w:r>
        <w:rPr>
          <w:b/>
          <w:sz w:val="24"/>
        </w:rPr>
        <w:t>Câu 51: 「さんにん」nghĩa là mấy người?</w:t>
      </w:r>
    </w:p>
    <w:p>
      <w:pPr>
        <w:pStyle w:val="ListParagraph"/>
      </w:pPr>
      <w:r>
        <w:rPr>
          <w:sz w:val="22"/>
        </w:rPr>
        <w:t>A. 2 người</w:t>
      </w:r>
    </w:p>
    <w:p>
      <w:pPr>
        <w:pStyle w:val="ListParagraph"/>
      </w:pPr>
      <w:r>
        <w:rPr>
          <w:sz w:val="22"/>
        </w:rPr>
        <w:t>B. 3 người</w:t>
      </w:r>
    </w:p>
    <w:p>
      <w:pPr>
        <w:pStyle w:val="ListParagraph"/>
      </w:pPr>
      <w:r>
        <w:rPr>
          <w:sz w:val="22"/>
        </w:rPr>
        <w:t>C. 4 người</w:t>
      </w:r>
    </w:p>
    <w:p>
      <w:pPr>
        <w:pStyle w:val="ListParagraph"/>
      </w:pPr>
      <w:r>
        <w:rPr>
          <w:sz w:val="22"/>
        </w:rPr>
        <w:t>D. 5 người</w:t>
      </w:r>
    </w:p>
    <w:p/>
    <w:p>
      <w:r>
        <w:rPr>
          <w:b/>
          <w:sz w:val="24"/>
        </w:rPr>
        <w:t>Câu 52: 「よにん」nghĩa là mấy người?</w:t>
      </w:r>
    </w:p>
    <w:p>
      <w:pPr>
        <w:pStyle w:val="ListParagraph"/>
      </w:pPr>
      <w:r>
        <w:rPr>
          <w:sz w:val="22"/>
        </w:rPr>
        <w:t>A. 3 người</w:t>
      </w:r>
    </w:p>
    <w:p>
      <w:pPr>
        <w:pStyle w:val="ListParagraph"/>
      </w:pPr>
      <w:r>
        <w:rPr>
          <w:sz w:val="22"/>
        </w:rPr>
        <w:t>B. 4 người</w:t>
      </w:r>
    </w:p>
    <w:p>
      <w:pPr>
        <w:pStyle w:val="ListParagraph"/>
      </w:pPr>
      <w:r>
        <w:rPr>
          <w:sz w:val="22"/>
        </w:rPr>
        <w:t>C. 5 người</w:t>
      </w:r>
    </w:p>
    <w:p>
      <w:pPr>
        <w:pStyle w:val="ListParagraph"/>
      </w:pPr>
      <w:r>
        <w:rPr>
          <w:sz w:val="22"/>
        </w:rPr>
        <w:t>D. 6 người</w:t>
      </w:r>
    </w:p>
    <w:p/>
    <w:p>
      <w:r>
        <w:rPr>
          <w:b/>
          <w:sz w:val="24"/>
        </w:rPr>
        <w:t>Câu 53: 「ごにん」nghĩa là mấy người?</w:t>
      </w:r>
    </w:p>
    <w:p>
      <w:pPr>
        <w:pStyle w:val="ListParagraph"/>
      </w:pPr>
      <w:r>
        <w:rPr>
          <w:sz w:val="22"/>
        </w:rPr>
        <w:t>A. 4 người</w:t>
      </w:r>
    </w:p>
    <w:p>
      <w:pPr>
        <w:pStyle w:val="ListParagraph"/>
      </w:pPr>
      <w:r>
        <w:rPr>
          <w:sz w:val="22"/>
        </w:rPr>
        <w:t>B. 5 người</w:t>
      </w:r>
    </w:p>
    <w:p>
      <w:pPr>
        <w:pStyle w:val="ListParagraph"/>
      </w:pPr>
      <w:r>
        <w:rPr>
          <w:sz w:val="22"/>
        </w:rPr>
        <w:t>C. 6 người</w:t>
      </w:r>
    </w:p>
    <w:p>
      <w:pPr>
        <w:pStyle w:val="ListParagraph"/>
      </w:pPr>
      <w:r>
        <w:rPr>
          <w:sz w:val="22"/>
        </w:rPr>
        <w:t>D. 7 người</w:t>
      </w:r>
    </w:p>
    <w:p/>
    <w:p>
      <w:r>
        <w:rPr>
          <w:b/>
          <w:sz w:val="24"/>
        </w:rPr>
        <w:t>Câu 54: 「ろくにん」nghĩa là mấy người?</w:t>
      </w:r>
    </w:p>
    <w:p>
      <w:pPr>
        <w:pStyle w:val="ListParagraph"/>
      </w:pPr>
      <w:r>
        <w:rPr>
          <w:sz w:val="22"/>
        </w:rPr>
        <w:t>A. 5 người</w:t>
      </w:r>
    </w:p>
    <w:p>
      <w:pPr>
        <w:pStyle w:val="ListParagraph"/>
      </w:pPr>
      <w:r>
        <w:rPr>
          <w:sz w:val="22"/>
        </w:rPr>
        <w:t>B. 6 người</w:t>
      </w:r>
    </w:p>
    <w:p>
      <w:pPr>
        <w:pStyle w:val="ListParagraph"/>
      </w:pPr>
      <w:r>
        <w:rPr>
          <w:sz w:val="22"/>
        </w:rPr>
        <w:t>C. 7 người</w:t>
      </w:r>
    </w:p>
    <w:p>
      <w:pPr>
        <w:pStyle w:val="ListParagraph"/>
      </w:pPr>
      <w:r>
        <w:rPr>
          <w:sz w:val="22"/>
        </w:rPr>
        <w:t>D. 8 người</w:t>
      </w:r>
    </w:p>
    <w:p/>
    <w:p>
      <w:r>
        <w:rPr>
          <w:b/>
          <w:sz w:val="24"/>
        </w:rPr>
        <w:t>Câu 55: 「ななにん」nghĩa là mấy người?</w:t>
      </w:r>
    </w:p>
    <w:p>
      <w:pPr>
        <w:pStyle w:val="ListParagraph"/>
      </w:pPr>
      <w:r>
        <w:rPr>
          <w:sz w:val="22"/>
        </w:rPr>
        <w:t>A. 6 người</w:t>
      </w:r>
    </w:p>
    <w:p>
      <w:pPr>
        <w:pStyle w:val="ListParagraph"/>
      </w:pPr>
      <w:r>
        <w:rPr>
          <w:sz w:val="22"/>
        </w:rPr>
        <w:t>B. 7 người</w:t>
      </w:r>
    </w:p>
    <w:p>
      <w:pPr>
        <w:pStyle w:val="ListParagraph"/>
      </w:pPr>
      <w:r>
        <w:rPr>
          <w:sz w:val="22"/>
        </w:rPr>
        <w:t>C. 8 người</w:t>
      </w:r>
    </w:p>
    <w:p>
      <w:pPr>
        <w:pStyle w:val="ListParagraph"/>
      </w:pPr>
      <w:r>
        <w:rPr>
          <w:sz w:val="22"/>
        </w:rPr>
        <w:t>D. 9 người</w:t>
      </w:r>
    </w:p>
    <w:p/>
    <w:p>
      <w:r>
        <w:rPr>
          <w:b/>
          <w:sz w:val="24"/>
        </w:rPr>
        <w:t>Câu 56: 「はちにん」nghĩa là mấy người?</w:t>
      </w:r>
    </w:p>
    <w:p>
      <w:pPr>
        <w:pStyle w:val="ListParagraph"/>
      </w:pPr>
      <w:r>
        <w:rPr>
          <w:sz w:val="22"/>
        </w:rPr>
        <w:t>A. 7 người</w:t>
      </w:r>
    </w:p>
    <w:p>
      <w:pPr>
        <w:pStyle w:val="ListParagraph"/>
      </w:pPr>
      <w:r>
        <w:rPr>
          <w:sz w:val="22"/>
        </w:rPr>
        <w:t>B. 8 người</w:t>
      </w:r>
    </w:p>
    <w:p>
      <w:pPr>
        <w:pStyle w:val="ListParagraph"/>
      </w:pPr>
      <w:r>
        <w:rPr>
          <w:sz w:val="22"/>
        </w:rPr>
        <w:t>C. 9 người</w:t>
      </w:r>
    </w:p>
    <w:p>
      <w:pPr>
        <w:pStyle w:val="ListParagraph"/>
      </w:pPr>
      <w:r>
        <w:rPr>
          <w:sz w:val="22"/>
        </w:rPr>
        <w:t>D. 10 người</w:t>
      </w:r>
    </w:p>
    <w:p/>
    <w:p>
      <w:r>
        <w:rPr>
          <w:b/>
          <w:sz w:val="24"/>
        </w:rPr>
        <w:t>Câu 57: 「きゅうにん」nghĩa là mấy người?</w:t>
      </w:r>
    </w:p>
    <w:p>
      <w:pPr>
        <w:pStyle w:val="ListParagraph"/>
      </w:pPr>
      <w:r>
        <w:rPr>
          <w:sz w:val="22"/>
        </w:rPr>
        <w:t>A. 8 người</w:t>
      </w:r>
    </w:p>
    <w:p>
      <w:pPr>
        <w:pStyle w:val="ListParagraph"/>
      </w:pPr>
      <w:r>
        <w:rPr>
          <w:sz w:val="22"/>
        </w:rPr>
        <w:t>B. 9 người</w:t>
      </w:r>
    </w:p>
    <w:p>
      <w:pPr>
        <w:pStyle w:val="ListParagraph"/>
      </w:pPr>
      <w:r>
        <w:rPr>
          <w:sz w:val="22"/>
        </w:rPr>
        <w:t>C. 10 người</w:t>
      </w:r>
    </w:p>
    <w:p>
      <w:pPr>
        <w:pStyle w:val="ListParagraph"/>
      </w:pPr>
      <w:r>
        <w:rPr>
          <w:sz w:val="22"/>
        </w:rPr>
        <w:t>D. 7 người</w:t>
      </w:r>
    </w:p>
    <w:p/>
    <w:p>
      <w:r>
        <w:rPr>
          <w:b/>
          <w:sz w:val="24"/>
        </w:rPr>
        <w:t>Câu 58: 「じゅうにん」nghĩa là mấy người?</w:t>
      </w:r>
    </w:p>
    <w:p>
      <w:pPr>
        <w:pStyle w:val="ListParagraph"/>
      </w:pPr>
      <w:r>
        <w:rPr>
          <w:sz w:val="22"/>
        </w:rPr>
        <w:t>A. 9 người</w:t>
      </w:r>
    </w:p>
    <w:p>
      <w:pPr>
        <w:pStyle w:val="ListParagraph"/>
      </w:pPr>
      <w:r>
        <w:rPr>
          <w:sz w:val="22"/>
        </w:rPr>
        <w:t>B. 10 người</w:t>
      </w:r>
    </w:p>
    <w:p>
      <w:pPr>
        <w:pStyle w:val="ListParagraph"/>
      </w:pPr>
      <w:r>
        <w:rPr>
          <w:sz w:val="22"/>
        </w:rPr>
        <w:t>C. 11 người</w:t>
      </w:r>
    </w:p>
    <w:p>
      <w:pPr>
        <w:pStyle w:val="ListParagraph"/>
      </w:pPr>
      <w:r>
        <w:rPr>
          <w:sz w:val="22"/>
        </w:rPr>
        <w:t>D. 12 người</w:t>
      </w:r>
    </w:p>
    <w:p/>
    <w:p>
      <w:r>
        <w:rPr>
          <w:b/>
          <w:sz w:val="24"/>
        </w:rPr>
        <w:t>Câu 59: Cách đếm 1 đồ vật (つ) là gì?</w:t>
      </w:r>
    </w:p>
    <w:p>
      <w:pPr>
        <w:pStyle w:val="ListParagraph"/>
      </w:pPr>
      <w:r>
        <w:rPr>
          <w:sz w:val="22"/>
        </w:rPr>
        <w:t>A. ひとつ</w:t>
      </w:r>
    </w:p>
    <w:p>
      <w:pPr>
        <w:pStyle w:val="ListParagraph"/>
      </w:pPr>
      <w:r>
        <w:rPr>
          <w:sz w:val="22"/>
        </w:rPr>
        <w:t>B. ふたつ</w:t>
      </w:r>
    </w:p>
    <w:p>
      <w:pPr>
        <w:pStyle w:val="ListParagraph"/>
      </w:pPr>
      <w:r>
        <w:rPr>
          <w:sz w:val="22"/>
        </w:rPr>
        <w:t>C. みっつ</w:t>
      </w:r>
    </w:p>
    <w:p>
      <w:pPr>
        <w:pStyle w:val="ListParagraph"/>
      </w:pPr>
      <w:r>
        <w:rPr>
          <w:sz w:val="22"/>
        </w:rPr>
        <w:t>D. よっつ</w:t>
      </w:r>
    </w:p>
    <w:p/>
    <w:p>
      <w:r>
        <w:rPr>
          <w:b/>
          <w:sz w:val="24"/>
        </w:rPr>
        <w:t>Câu 60: Cách đếm 2 đồ vật (つ) là gì?</w:t>
      </w:r>
    </w:p>
    <w:p>
      <w:pPr>
        <w:pStyle w:val="ListParagraph"/>
      </w:pPr>
      <w:r>
        <w:rPr>
          <w:sz w:val="22"/>
        </w:rPr>
        <w:t>A. ひとつ</w:t>
      </w:r>
    </w:p>
    <w:p>
      <w:pPr>
        <w:pStyle w:val="ListParagraph"/>
      </w:pPr>
      <w:r>
        <w:rPr>
          <w:sz w:val="22"/>
        </w:rPr>
        <w:t>B. ふたつ</w:t>
      </w:r>
    </w:p>
    <w:p>
      <w:pPr>
        <w:pStyle w:val="ListParagraph"/>
      </w:pPr>
      <w:r>
        <w:rPr>
          <w:sz w:val="22"/>
        </w:rPr>
        <w:t>C. みっつ</w:t>
      </w:r>
    </w:p>
    <w:p>
      <w:pPr>
        <w:pStyle w:val="ListParagraph"/>
      </w:pPr>
      <w:r>
        <w:rPr>
          <w:sz w:val="22"/>
        </w:rPr>
        <w:t>D. いつつ</w:t>
      </w:r>
    </w:p>
    <w:p/>
    <w:p>
      <w:r>
        <w:rPr>
          <w:b/>
          <w:sz w:val="24"/>
        </w:rPr>
        <w:t>Câu 61: Cách đếm 3 đồ vật (つ) là gì?</w:t>
      </w:r>
    </w:p>
    <w:p>
      <w:pPr>
        <w:pStyle w:val="ListParagraph"/>
      </w:pPr>
      <w:r>
        <w:rPr>
          <w:sz w:val="22"/>
        </w:rPr>
        <w:t>A. ふたつ</w:t>
      </w:r>
    </w:p>
    <w:p>
      <w:pPr>
        <w:pStyle w:val="ListParagraph"/>
      </w:pPr>
      <w:r>
        <w:rPr>
          <w:sz w:val="22"/>
        </w:rPr>
        <w:t>B. みっつ</w:t>
      </w:r>
    </w:p>
    <w:p>
      <w:pPr>
        <w:pStyle w:val="ListParagraph"/>
      </w:pPr>
      <w:r>
        <w:rPr>
          <w:sz w:val="22"/>
        </w:rPr>
        <w:t>C. よっつ</w:t>
      </w:r>
    </w:p>
    <w:p>
      <w:pPr>
        <w:pStyle w:val="ListParagraph"/>
      </w:pPr>
      <w:r>
        <w:rPr>
          <w:sz w:val="22"/>
        </w:rPr>
        <w:t>D. むっつ</w:t>
      </w:r>
    </w:p>
    <w:p/>
    <w:p>
      <w:r>
        <w:rPr>
          <w:b/>
          <w:sz w:val="24"/>
        </w:rPr>
        <w:t>Câu 62: Cách đếm 4 đồ vật (つ) là gì?</w:t>
      </w:r>
    </w:p>
    <w:p>
      <w:pPr>
        <w:pStyle w:val="ListParagraph"/>
      </w:pPr>
      <w:r>
        <w:rPr>
          <w:sz w:val="22"/>
        </w:rPr>
        <w:t>A. みっつ</w:t>
      </w:r>
    </w:p>
    <w:p>
      <w:pPr>
        <w:pStyle w:val="ListParagraph"/>
      </w:pPr>
      <w:r>
        <w:rPr>
          <w:sz w:val="22"/>
        </w:rPr>
        <w:t>B. よっつ</w:t>
      </w:r>
    </w:p>
    <w:p>
      <w:pPr>
        <w:pStyle w:val="ListParagraph"/>
      </w:pPr>
      <w:r>
        <w:rPr>
          <w:sz w:val="22"/>
        </w:rPr>
        <w:t>C. いつつ</w:t>
      </w:r>
    </w:p>
    <w:p>
      <w:pPr>
        <w:pStyle w:val="ListParagraph"/>
      </w:pPr>
      <w:r>
        <w:rPr>
          <w:sz w:val="22"/>
        </w:rPr>
        <w:t>D. ななつ</w:t>
      </w:r>
    </w:p>
    <w:p/>
    <w:p>
      <w:r>
        <w:rPr>
          <w:b/>
          <w:sz w:val="24"/>
        </w:rPr>
        <w:t>Câu 63: Cách đếm 5 đồ vật (つ) là gì?</w:t>
      </w:r>
    </w:p>
    <w:p>
      <w:pPr>
        <w:pStyle w:val="ListParagraph"/>
      </w:pPr>
      <w:r>
        <w:rPr>
          <w:sz w:val="22"/>
        </w:rPr>
        <w:t>A. よっつ</w:t>
      </w:r>
    </w:p>
    <w:p>
      <w:pPr>
        <w:pStyle w:val="ListParagraph"/>
      </w:pPr>
      <w:r>
        <w:rPr>
          <w:sz w:val="22"/>
        </w:rPr>
        <w:t>B. いつつ</w:t>
      </w:r>
    </w:p>
    <w:p>
      <w:pPr>
        <w:pStyle w:val="ListParagraph"/>
      </w:pPr>
      <w:r>
        <w:rPr>
          <w:sz w:val="22"/>
        </w:rPr>
        <w:t>C. むっつ</w:t>
      </w:r>
    </w:p>
    <w:p>
      <w:pPr>
        <w:pStyle w:val="ListParagraph"/>
      </w:pPr>
      <w:r>
        <w:rPr>
          <w:sz w:val="22"/>
        </w:rPr>
        <w:t>D. やっつ</w:t>
      </w:r>
    </w:p>
    <w:p/>
    <w:p>
      <w:r>
        <w:rPr>
          <w:b/>
          <w:sz w:val="24"/>
        </w:rPr>
        <w:t>Câu 64: Cách đếm 6 đồ vật (つ) là gì?</w:t>
      </w:r>
    </w:p>
    <w:p>
      <w:pPr>
        <w:pStyle w:val="ListParagraph"/>
      </w:pPr>
      <w:r>
        <w:rPr>
          <w:sz w:val="22"/>
        </w:rPr>
        <w:t>A. いつつ</w:t>
      </w:r>
    </w:p>
    <w:p>
      <w:pPr>
        <w:pStyle w:val="ListParagraph"/>
      </w:pPr>
      <w:r>
        <w:rPr>
          <w:sz w:val="22"/>
        </w:rPr>
        <w:t>B. むっつ</w:t>
      </w:r>
    </w:p>
    <w:p>
      <w:pPr>
        <w:pStyle w:val="ListParagraph"/>
      </w:pPr>
      <w:r>
        <w:rPr>
          <w:sz w:val="22"/>
        </w:rPr>
        <w:t>C. ななつ</w:t>
      </w:r>
    </w:p>
    <w:p>
      <w:pPr>
        <w:pStyle w:val="ListParagraph"/>
      </w:pPr>
      <w:r>
        <w:rPr>
          <w:sz w:val="22"/>
        </w:rPr>
        <w:t>D. ここのつ</w:t>
      </w:r>
    </w:p>
    <w:p/>
    <w:p>
      <w:r>
        <w:rPr>
          <w:b/>
          <w:sz w:val="24"/>
        </w:rPr>
        <w:t>Câu 65: Cách đếm 7 đồ vật (つ) là gì?</w:t>
      </w:r>
    </w:p>
    <w:p>
      <w:pPr>
        <w:pStyle w:val="ListParagraph"/>
      </w:pPr>
      <w:r>
        <w:rPr>
          <w:sz w:val="22"/>
        </w:rPr>
        <w:t>A. むっつ</w:t>
      </w:r>
    </w:p>
    <w:p>
      <w:pPr>
        <w:pStyle w:val="ListParagraph"/>
      </w:pPr>
      <w:r>
        <w:rPr>
          <w:sz w:val="22"/>
        </w:rPr>
        <w:t>B. ななつ</w:t>
      </w:r>
    </w:p>
    <w:p>
      <w:pPr>
        <w:pStyle w:val="ListParagraph"/>
      </w:pPr>
      <w:r>
        <w:rPr>
          <w:sz w:val="22"/>
        </w:rPr>
        <w:t>C. やっつ</w:t>
      </w:r>
    </w:p>
    <w:p>
      <w:pPr>
        <w:pStyle w:val="ListParagraph"/>
      </w:pPr>
      <w:r>
        <w:rPr>
          <w:sz w:val="22"/>
        </w:rPr>
        <w:t>D. とお</w:t>
      </w:r>
    </w:p>
    <w:p/>
    <w:p>
      <w:r>
        <w:rPr>
          <w:b/>
          <w:sz w:val="24"/>
        </w:rPr>
        <w:t>Câu 66: Cách đếm 8 đồ vật (つ) là gì?</w:t>
      </w:r>
    </w:p>
    <w:p>
      <w:pPr>
        <w:pStyle w:val="ListParagraph"/>
      </w:pPr>
      <w:r>
        <w:rPr>
          <w:sz w:val="22"/>
        </w:rPr>
        <w:t>A. ななつ</w:t>
      </w:r>
    </w:p>
    <w:p>
      <w:pPr>
        <w:pStyle w:val="ListParagraph"/>
      </w:pPr>
      <w:r>
        <w:rPr>
          <w:sz w:val="22"/>
        </w:rPr>
        <w:t>B. やっつ</w:t>
      </w:r>
    </w:p>
    <w:p>
      <w:pPr>
        <w:pStyle w:val="ListParagraph"/>
      </w:pPr>
      <w:r>
        <w:rPr>
          <w:sz w:val="22"/>
        </w:rPr>
        <w:t>C. ここのつ</w:t>
      </w:r>
    </w:p>
    <w:p>
      <w:pPr>
        <w:pStyle w:val="ListParagraph"/>
      </w:pPr>
      <w:r>
        <w:rPr>
          <w:sz w:val="22"/>
        </w:rPr>
        <w:t>D. とお</w:t>
      </w:r>
    </w:p>
    <w:p/>
    <w:p>
      <w:r>
        <w:rPr>
          <w:b/>
          <w:sz w:val="24"/>
        </w:rPr>
        <w:t>Câu 67: Cách đếm 9 đồ vật (つ) là gì?</w:t>
      </w:r>
    </w:p>
    <w:p>
      <w:pPr>
        <w:pStyle w:val="ListParagraph"/>
      </w:pPr>
      <w:r>
        <w:rPr>
          <w:sz w:val="22"/>
        </w:rPr>
        <w:t>A. やっつ</w:t>
      </w:r>
    </w:p>
    <w:p>
      <w:pPr>
        <w:pStyle w:val="ListParagraph"/>
      </w:pPr>
      <w:r>
        <w:rPr>
          <w:sz w:val="22"/>
        </w:rPr>
        <w:t>B. ここのつ</w:t>
      </w:r>
    </w:p>
    <w:p>
      <w:pPr>
        <w:pStyle w:val="ListParagraph"/>
      </w:pPr>
      <w:r>
        <w:rPr>
          <w:sz w:val="22"/>
        </w:rPr>
        <w:t>C. とお</w:t>
      </w:r>
    </w:p>
    <w:p>
      <w:pPr>
        <w:pStyle w:val="ListParagraph"/>
      </w:pPr>
      <w:r>
        <w:rPr>
          <w:sz w:val="22"/>
        </w:rPr>
        <w:t>D. ななつ</w:t>
      </w:r>
    </w:p>
    <w:p/>
    <w:p>
      <w:r>
        <w:rPr>
          <w:b/>
          <w:sz w:val="24"/>
        </w:rPr>
        <w:t>Câu 68: Cách đếm 10 đồ vật (つ) là gì?</w:t>
      </w:r>
    </w:p>
    <w:p>
      <w:pPr>
        <w:pStyle w:val="ListParagraph"/>
      </w:pPr>
      <w:r>
        <w:rPr>
          <w:sz w:val="22"/>
        </w:rPr>
        <w:t>A. ここのつ</w:t>
      </w:r>
    </w:p>
    <w:p>
      <w:pPr>
        <w:pStyle w:val="ListParagraph"/>
      </w:pPr>
      <w:r>
        <w:rPr>
          <w:sz w:val="22"/>
        </w:rPr>
        <w:t>B. とお</w:t>
      </w:r>
    </w:p>
    <w:p>
      <w:pPr>
        <w:pStyle w:val="ListParagraph"/>
      </w:pPr>
      <w:r>
        <w:rPr>
          <w:sz w:val="22"/>
        </w:rPr>
        <w:t>C. やっつ</w:t>
      </w:r>
    </w:p>
    <w:p>
      <w:pPr>
        <w:pStyle w:val="ListParagraph"/>
      </w:pPr>
      <w:r>
        <w:rPr>
          <w:sz w:val="22"/>
        </w:rPr>
        <w:t>D. ななつ</w:t>
      </w:r>
    </w:p>
    <w:p/>
    <w:p>
      <w:r>
        <w:rPr>
          <w:b/>
          <w:sz w:val="24"/>
        </w:rPr>
        <w:t>Câu 69: 「ひとつ」nghĩa là mấy đồ vật?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70: 「ふたつ」nghĩa là mấy đồ vật?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71: 「みっつ」nghĩa là mấy đồ vật?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72: 「よっつ」nghĩa là mấy đồ vật?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73: 「いつつ」nghĩa là mấy đồ vật?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74: 「むっつ」nghĩa là mấy đồ vật?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75: 「ななつ」nghĩa là mấy đồ vật?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76: 「やっつ」nghĩa là mấy đồ vật?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77: 「ここのつ」nghĩa là mấy đồ vật?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78: 「とお」nghĩa là mấy đồ vật?</w:t>
      </w:r>
    </w:p>
    <w:p>
      <w:pPr>
        <w:pStyle w:val="ListParagraph"/>
      </w:pPr>
      <w:r>
        <w:rPr>
          <w:sz w:val="22"/>
        </w:rPr>
        <w:t>A. 9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79: Cách đếm 1 vật dài (ほん) là gì?</w:t>
      </w:r>
    </w:p>
    <w:p>
      <w:pPr>
        <w:pStyle w:val="ListParagraph"/>
      </w:pPr>
      <w:r>
        <w:rPr>
          <w:sz w:val="22"/>
        </w:rPr>
        <w:t>A. いっぽん</w:t>
      </w:r>
    </w:p>
    <w:p>
      <w:pPr>
        <w:pStyle w:val="ListParagraph"/>
      </w:pPr>
      <w:r>
        <w:rPr>
          <w:sz w:val="22"/>
        </w:rPr>
        <w:t>B. にほん</w:t>
      </w:r>
    </w:p>
    <w:p>
      <w:pPr>
        <w:pStyle w:val="ListParagraph"/>
      </w:pPr>
      <w:r>
        <w:rPr>
          <w:sz w:val="22"/>
        </w:rPr>
        <w:t>C. さんぼん</w:t>
      </w:r>
    </w:p>
    <w:p>
      <w:pPr>
        <w:pStyle w:val="ListParagraph"/>
      </w:pPr>
      <w:r>
        <w:rPr>
          <w:sz w:val="22"/>
        </w:rPr>
        <w:t>D. よんほん</w:t>
      </w:r>
    </w:p>
    <w:p/>
    <w:p>
      <w:r>
        <w:rPr>
          <w:b/>
          <w:sz w:val="24"/>
        </w:rPr>
        <w:t>Câu 80: Cách đếm 2 vật dài (ほん) là gì?</w:t>
      </w:r>
    </w:p>
    <w:p>
      <w:pPr>
        <w:pStyle w:val="ListParagraph"/>
      </w:pPr>
      <w:r>
        <w:rPr>
          <w:sz w:val="22"/>
        </w:rPr>
        <w:t>A. いっぽん</w:t>
      </w:r>
    </w:p>
    <w:p>
      <w:pPr>
        <w:pStyle w:val="ListParagraph"/>
      </w:pPr>
      <w:r>
        <w:rPr>
          <w:sz w:val="22"/>
        </w:rPr>
        <w:t>B. にほん</w:t>
      </w:r>
    </w:p>
    <w:p>
      <w:pPr>
        <w:pStyle w:val="ListParagraph"/>
      </w:pPr>
      <w:r>
        <w:rPr>
          <w:sz w:val="22"/>
        </w:rPr>
        <w:t>C. さんぼん</w:t>
      </w:r>
    </w:p>
    <w:p>
      <w:pPr>
        <w:pStyle w:val="ListParagraph"/>
      </w:pPr>
      <w:r>
        <w:rPr>
          <w:sz w:val="22"/>
        </w:rPr>
        <w:t>D. ろっぽん</w:t>
      </w:r>
    </w:p>
    <w:p/>
    <w:p>
      <w:r>
        <w:rPr>
          <w:b/>
          <w:sz w:val="24"/>
        </w:rPr>
        <w:t>Câu 81: Cách đếm 3 vật dài (ほん) là gì?</w:t>
      </w:r>
    </w:p>
    <w:p>
      <w:pPr>
        <w:pStyle w:val="ListParagraph"/>
      </w:pPr>
      <w:r>
        <w:rPr>
          <w:sz w:val="22"/>
        </w:rPr>
        <w:t>A. にほん</w:t>
      </w:r>
    </w:p>
    <w:p>
      <w:pPr>
        <w:pStyle w:val="ListParagraph"/>
      </w:pPr>
      <w:r>
        <w:rPr>
          <w:sz w:val="22"/>
        </w:rPr>
        <w:t>B. さんぼん</w:t>
      </w:r>
    </w:p>
    <w:p>
      <w:pPr>
        <w:pStyle w:val="ListParagraph"/>
      </w:pPr>
      <w:r>
        <w:rPr>
          <w:sz w:val="22"/>
        </w:rPr>
        <w:t>C. よんほん</w:t>
      </w:r>
    </w:p>
    <w:p>
      <w:pPr>
        <w:pStyle w:val="ListParagraph"/>
      </w:pPr>
      <w:r>
        <w:rPr>
          <w:sz w:val="22"/>
        </w:rPr>
        <w:t>D. ごほん</w:t>
      </w:r>
    </w:p>
    <w:p/>
    <w:p>
      <w:r>
        <w:rPr>
          <w:b/>
          <w:sz w:val="24"/>
        </w:rPr>
        <w:t>Câu 82: Cách đếm 4 vật dài (ほん) là gì?</w:t>
      </w:r>
    </w:p>
    <w:p>
      <w:pPr>
        <w:pStyle w:val="ListParagraph"/>
      </w:pPr>
      <w:r>
        <w:rPr>
          <w:sz w:val="22"/>
        </w:rPr>
        <w:t>A. さんぼん</w:t>
      </w:r>
    </w:p>
    <w:p>
      <w:pPr>
        <w:pStyle w:val="ListParagraph"/>
      </w:pPr>
      <w:r>
        <w:rPr>
          <w:sz w:val="22"/>
        </w:rPr>
        <w:t>B. よんほん</w:t>
      </w:r>
    </w:p>
    <w:p>
      <w:pPr>
        <w:pStyle w:val="ListParagraph"/>
      </w:pPr>
      <w:r>
        <w:rPr>
          <w:sz w:val="22"/>
        </w:rPr>
        <w:t>C. ごほん</w:t>
      </w:r>
    </w:p>
    <w:p>
      <w:pPr>
        <w:pStyle w:val="ListParagraph"/>
      </w:pPr>
      <w:r>
        <w:rPr>
          <w:sz w:val="22"/>
        </w:rPr>
        <w:t>D. ななほん</w:t>
      </w:r>
    </w:p>
    <w:p/>
    <w:p>
      <w:r>
        <w:rPr>
          <w:b/>
          <w:sz w:val="24"/>
        </w:rPr>
        <w:t>Câu 83: Cách đếm 5 vật dài (ほん) là gì?</w:t>
      </w:r>
    </w:p>
    <w:p>
      <w:pPr>
        <w:pStyle w:val="ListParagraph"/>
      </w:pPr>
      <w:r>
        <w:rPr>
          <w:sz w:val="22"/>
        </w:rPr>
        <w:t>A. よんほん</w:t>
      </w:r>
    </w:p>
    <w:p>
      <w:pPr>
        <w:pStyle w:val="ListParagraph"/>
      </w:pPr>
      <w:r>
        <w:rPr>
          <w:sz w:val="22"/>
        </w:rPr>
        <w:t>B. ごほん</w:t>
      </w:r>
    </w:p>
    <w:p>
      <w:pPr>
        <w:pStyle w:val="ListParagraph"/>
      </w:pPr>
      <w:r>
        <w:rPr>
          <w:sz w:val="22"/>
        </w:rPr>
        <w:t>C. ろっぽん</w:t>
      </w:r>
    </w:p>
    <w:p>
      <w:pPr>
        <w:pStyle w:val="ListParagraph"/>
      </w:pPr>
      <w:r>
        <w:rPr>
          <w:sz w:val="22"/>
        </w:rPr>
        <w:t>D. はっぽん</w:t>
      </w:r>
    </w:p>
    <w:p/>
    <w:p>
      <w:r>
        <w:rPr>
          <w:b/>
          <w:sz w:val="24"/>
        </w:rPr>
        <w:t>Câu 84: Cách đếm 6 vật dài (ほん) là gì?</w:t>
      </w:r>
    </w:p>
    <w:p>
      <w:pPr>
        <w:pStyle w:val="ListParagraph"/>
      </w:pPr>
      <w:r>
        <w:rPr>
          <w:sz w:val="22"/>
        </w:rPr>
        <w:t>A. ごほん</w:t>
      </w:r>
    </w:p>
    <w:p>
      <w:pPr>
        <w:pStyle w:val="ListParagraph"/>
      </w:pPr>
      <w:r>
        <w:rPr>
          <w:sz w:val="22"/>
        </w:rPr>
        <w:t>B. ろっぽん</w:t>
      </w:r>
    </w:p>
    <w:p>
      <w:pPr>
        <w:pStyle w:val="ListParagraph"/>
      </w:pPr>
      <w:r>
        <w:rPr>
          <w:sz w:val="22"/>
        </w:rPr>
        <w:t>C. ななほん</w:t>
      </w:r>
    </w:p>
    <w:p>
      <w:pPr>
        <w:pStyle w:val="ListParagraph"/>
      </w:pPr>
      <w:r>
        <w:rPr>
          <w:sz w:val="22"/>
        </w:rPr>
        <w:t>D. きゅうほん</w:t>
      </w:r>
    </w:p>
    <w:p/>
    <w:p>
      <w:r>
        <w:rPr>
          <w:b/>
          <w:sz w:val="24"/>
        </w:rPr>
        <w:t>Câu 85: Cách đếm 7 vật dài (ほん) là gì?</w:t>
      </w:r>
    </w:p>
    <w:p>
      <w:pPr>
        <w:pStyle w:val="ListParagraph"/>
      </w:pPr>
      <w:r>
        <w:rPr>
          <w:sz w:val="22"/>
        </w:rPr>
        <w:t>A. ろっぽん</w:t>
      </w:r>
    </w:p>
    <w:p>
      <w:pPr>
        <w:pStyle w:val="ListParagraph"/>
      </w:pPr>
      <w:r>
        <w:rPr>
          <w:sz w:val="22"/>
        </w:rPr>
        <w:t>B. ななほん</w:t>
      </w:r>
    </w:p>
    <w:p>
      <w:pPr>
        <w:pStyle w:val="ListParagraph"/>
      </w:pPr>
      <w:r>
        <w:rPr>
          <w:sz w:val="22"/>
        </w:rPr>
        <w:t>C. はっぽん</w:t>
      </w:r>
    </w:p>
    <w:p>
      <w:pPr>
        <w:pStyle w:val="ListParagraph"/>
      </w:pPr>
      <w:r>
        <w:rPr>
          <w:sz w:val="22"/>
        </w:rPr>
        <w:t>D. じゅっぽん</w:t>
      </w:r>
    </w:p>
    <w:p/>
    <w:p>
      <w:r>
        <w:rPr>
          <w:b/>
          <w:sz w:val="24"/>
        </w:rPr>
        <w:t>Câu 86: Cách đếm 8 vật dài (ほん) là gì?</w:t>
      </w:r>
    </w:p>
    <w:p>
      <w:pPr>
        <w:pStyle w:val="ListParagraph"/>
      </w:pPr>
      <w:r>
        <w:rPr>
          <w:sz w:val="22"/>
        </w:rPr>
        <w:t>A. ななほん</w:t>
      </w:r>
    </w:p>
    <w:p>
      <w:pPr>
        <w:pStyle w:val="ListParagraph"/>
      </w:pPr>
      <w:r>
        <w:rPr>
          <w:sz w:val="22"/>
        </w:rPr>
        <w:t>B. はっぽん</w:t>
      </w:r>
    </w:p>
    <w:p>
      <w:pPr>
        <w:pStyle w:val="ListParagraph"/>
      </w:pPr>
      <w:r>
        <w:rPr>
          <w:sz w:val="22"/>
        </w:rPr>
        <w:t>C. きゅうほん</w:t>
      </w:r>
    </w:p>
    <w:p>
      <w:pPr>
        <w:pStyle w:val="ListParagraph"/>
      </w:pPr>
      <w:r>
        <w:rPr>
          <w:sz w:val="22"/>
        </w:rPr>
        <w:t>D. じゅっぽん</w:t>
      </w:r>
    </w:p>
    <w:p/>
    <w:p>
      <w:r>
        <w:rPr>
          <w:b/>
          <w:sz w:val="24"/>
        </w:rPr>
        <w:t>Câu 87: Cách đếm 9 vật dài (ほん) là gì?</w:t>
      </w:r>
    </w:p>
    <w:p>
      <w:pPr>
        <w:pStyle w:val="ListParagraph"/>
      </w:pPr>
      <w:r>
        <w:rPr>
          <w:sz w:val="22"/>
        </w:rPr>
        <w:t>A. はっぽん</w:t>
      </w:r>
    </w:p>
    <w:p>
      <w:pPr>
        <w:pStyle w:val="ListParagraph"/>
      </w:pPr>
      <w:r>
        <w:rPr>
          <w:sz w:val="22"/>
        </w:rPr>
        <w:t>B. きゅうほん</w:t>
      </w:r>
    </w:p>
    <w:p>
      <w:pPr>
        <w:pStyle w:val="ListParagraph"/>
      </w:pPr>
      <w:r>
        <w:rPr>
          <w:sz w:val="22"/>
        </w:rPr>
        <w:t>C. じゅっぽん</w:t>
      </w:r>
    </w:p>
    <w:p>
      <w:pPr>
        <w:pStyle w:val="ListParagraph"/>
      </w:pPr>
      <w:r>
        <w:rPr>
          <w:sz w:val="22"/>
        </w:rPr>
        <w:t>D. ろっぽん</w:t>
      </w:r>
    </w:p>
    <w:p/>
    <w:p>
      <w:r>
        <w:rPr>
          <w:b/>
          <w:sz w:val="24"/>
        </w:rPr>
        <w:t>Câu 88: Cách đếm 10 vật dài (ほん) là gì?</w:t>
      </w:r>
    </w:p>
    <w:p>
      <w:pPr>
        <w:pStyle w:val="ListParagraph"/>
      </w:pPr>
      <w:r>
        <w:rPr>
          <w:sz w:val="22"/>
        </w:rPr>
        <w:t>A. きゅうほん</w:t>
      </w:r>
    </w:p>
    <w:p>
      <w:pPr>
        <w:pStyle w:val="ListParagraph"/>
      </w:pPr>
      <w:r>
        <w:rPr>
          <w:sz w:val="22"/>
        </w:rPr>
        <w:t>B. じゅっぽん</w:t>
      </w:r>
    </w:p>
    <w:p>
      <w:pPr>
        <w:pStyle w:val="ListParagraph"/>
      </w:pPr>
      <w:r>
        <w:rPr>
          <w:sz w:val="22"/>
        </w:rPr>
        <w:t>C. はっぽん</w:t>
      </w:r>
    </w:p>
    <w:p>
      <w:pPr>
        <w:pStyle w:val="ListParagraph"/>
      </w:pPr>
      <w:r>
        <w:rPr>
          <w:sz w:val="22"/>
        </w:rPr>
        <w:t>D. ななほん</w:t>
      </w:r>
    </w:p>
    <w:p/>
    <w:p>
      <w:r>
        <w:rPr>
          <w:b/>
          <w:sz w:val="24"/>
        </w:rPr>
        <w:t>Câu 89: 「いっぽん」nghĩa là mấy vật dài?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90: 「にほん」nghĩa là mấy vật dài?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91: 「さんぼん」nghĩa là mấy vật dài?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92: 「よんほん」nghĩa là mấy vật dài?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93: 「ごほん」nghĩa là mấy vật dài?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94: 「ろっぽん」nghĩa là mấy vật dài?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95: 「ななほん」nghĩa là mấy vật dài?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96: 「はっぽん」nghĩa là mấy vật dài?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97: 「きゅうほん」nghĩa là mấy vật dài?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98: 「じゅっぽん」nghĩa là mấy vật dài?</w:t>
      </w:r>
    </w:p>
    <w:p>
      <w:pPr>
        <w:pStyle w:val="ListParagraph"/>
      </w:pPr>
      <w:r>
        <w:rPr>
          <w:sz w:val="22"/>
        </w:rPr>
        <w:t>A. 9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99: Cách đếm 1 vật mỏng (まい) là gì?</w:t>
      </w:r>
    </w:p>
    <w:p>
      <w:pPr>
        <w:pStyle w:val="ListParagraph"/>
      </w:pPr>
      <w:r>
        <w:rPr>
          <w:sz w:val="22"/>
        </w:rPr>
        <w:t>A. いちまい</w:t>
      </w:r>
    </w:p>
    <w:p>
      <w:pPr>
        <w:pStyle w:val="ListParagraph"/>
      </w:pPr>
      <w:r>
        <w:rPr>
          <w:sz w:val="22"/>
        </w:rPr>
        <w:t>B. にまい</w:t>
      </w:r>
    </w:p>
    <w:p>
      <w:pPr>
        <w:pStyle w:val="ListParagraph"/>
      </w:pPr>
      <w:r>
        <w:rPr>
          <w:sz w:val="22"/>
        </w:rPr>
        <w:t>C. さんまい</w:t>
      </w:r>
    </w:p>
    <w:p>
      <w:pPr>
        <w:pStyle w:val="ListParagraph"/>
      </w:pPr>
      <w:r>
        <w:rPr>
          <w:sz w:val="22"/>
        </w:rPr>
        <w:t>D. よんまい</w:t>
      </w:r>
    </w:p>
    <w:p/>
    <w:p>
      <w:r>
        <w:rPr>
          <w:b/>
          <w:sz w:val="24"/>
        </w:rPr>
        <w:t>Câu 100: Cách đếm 2 vật mỏng (まい) là gì?</w:t>
      </w:r>
    </w:p>
    <w:p>
      <w:pPr>
        <w:pStyle w:val="ListParagraph"/>
      </w:pPr>
      <w:r>
        <w:rPr>
          <w:sz w:val="22"/>
        </w:rPr>
        <w:t>A. いちまい</w:t>
      </w:r>
    </w:p>
    <w:p>
      <w:pPr>
        <w:pStyle w:val="ListParagraph"/>
      </w:pPr>
      <w:r>
        <w:rPr>
          <w:sz w:val="22"/>
        </w:rPr>
        <w:t>B. にまい</w:t>
      </w:r>
    </w:p>
    <w:p>
      <w:pPr>
        <w:pStyle w:val="ListParagraph"/>
      </w:pPr>
      <w:r>
        <w:rPr>
          <w:sz w:val="22"/>
        </w:rPr>
        <w:t>C. さんまい</w:t>
      </w:r>
    </w:p>
    <w:p>
      <w:pPr>
        <w:pStyle w:val="ListParagraph"/>
      </w:pPr>
      <w:r>
        <w:rPr>
          <w:sz w:val="22"/>
        </w:rPr>
        <w:t>D. ごまい</w:t>
      </w:r>
    </w:p>
    <w:p/>
    <w:p>
      <w:r>
        <w:rPr>
          <w:b/>
          <w:sz w:val="24"/>
        </w:rPr>
        <w:t>Câu 101: Cách đếm 3 vật mỏng (まい) là gì?</w:t>
      </w:r>
    </w:p>
    <w:p>
      <w:pPr>
        <w:pStyle w:val="ListParagraph"/>
      </w:pPr>
      <w:r>
        <w:rPr>
          <w:sz w:val="22"/>
        </w:rPr>
        <w:t>A. にまい</w:t>
      </w:r>
    </w:p>
    <w:p>
      <w:pPr>
        <w:pStyle w:val="ListParagraph"/>
      </w:pPr>
      <w:r>
        <w:rPr>
          <w:sz w:val="22"/>
        </w:rPr>
        <w:t>B. さんまい</w:t>
      </w:r>
    </w:p>
    <w:p>
      <w:pPr>
        <w:pStyle w:val="ListParagraph"/>
      </w:pPr>
      <w:r>
        <w:rPr>
          <w:sz w:val="22"/>
        </w:rPr>
        <w:t>C. よんまい</w:t>
      </w:r>
    </w:p>
    <w:p>
      <w:pPr>
        <w:pStyle w:val="ListParagraph"/>
      </w:pPr>
      <w:r>
        <w:rPr>
          <w:sz w:val="22"/>
        </w:rPr>
        <w:t>D. ろくまい</w:t>
      </w:r>
    </w:p>
    <w:p/>
    <w:p>
      <w:r>
        <w:rPr>
          <w:b/>
          <w:sz w:val="24"/>
        </w:rPr>
        <w:t>Câu 102: Cách đếm 4 vật mỏng (まい) là gì?</w:t>
      </w:r>
    </w:p>
    <w:p>
      <w:pPr>
        <w:pStyle w:val="ListParagraph"/>
      </w:pPr>
      <w:r>
        <w:rPr>
          <w:sz w:val="22"/>
        </w:rPr>
        <w:t>A. さんまい</w:t>
      </w:r>
    </w:p>
    <w:p>
      <w:pPr>
        <w:pStyle w:val="ListParagraph"/>
      </w:pPr>
      <w:r>
        <w:rPr>
          <w:sz w:val="22"/>
        </w:rPr>
        <w:t>B. よんまい</w:t>
      </w:r>
    </w:p>
    <w:p>
      <w:pPr>
        <w:pStyle w:val="ListParagraph"/>
      </w:pPr>
      <w:r>
        <w:rPr>
          <w:sz w:val="22"/>
        </w:rPr>
        <w:t>C. ごまい</w:t>
      </w:r>
    </w:p>
    <w:p>
      <w:pPr>
        <w:pStyle w:val="ListParagraph"/>
      </w:pPr>
      <w:r>
        <w:rPr>
          <w:sz w:val="22"/>
        </w:rPr>
        <w:t>D. ななまい</w:t>
      </w:r>
    </w:p>
    <w:p/>
    <w:p>
      <w:r>
        <w:rPr>
          <w:b/>
          <w:sz w:val="24"/>
        </w:rPr>
        <w:t>Câu 103: Cách đếm 5 vật mỏng (まい) là gì?</w:t>
      </w:r>
    </w:p>
    <w:p>
      <w:pPr>
        <w:pStyle w:val="ListParagraph"/>
      </w:pPr>
      <w:r>
        <w:rPr>
          <w:sz w:val="22"/>
        </w:rPr>
        <w:t>A. よんまい</w:t>
      </w:r>
    </w:p>
    <w:p>
      <w:pPr>
        <w:pStyle w:val="ListParagraph"/>
      </w:pPr>
      <w:r>
        <w:rPr>
          <w:sz w:val="22"/>
        </w:rPr>
        <w:t>B. ごまい</w:t>
      </w:r>
    </w:p>
    <w:p>
      <w:pPr>
        <w:pStyle w:val="ListParagraph"/>
      </w:pPr>
      <w:r>
        <w:rPr>
          <w:sz w:val="22"/>
        </w:rPr>
        <w:t>C. ろくまい</w:t>
      </w:r>
    </w:p>
    <w:p>
      <w:pPr>
        <w:pStyle w:val="ListParagraph"/>
      </w:pPr>
      <w:r>
        <w:rPr>
          <w:sz w:val="22"/>
        </w:rPr>
        <w:t>D. はちまい</w:t>
      </w:r>
    </w:p>
    <w:p/>
    <w:p>
      <w:r>
        <w:rPr>
          <w:b/>
          <w:sz w:val="24"/>
        </w:rPr>
        <w:t>Câu 104: Cách đếm 6 vật mỏng (まい) là gì?</w:t>
      </w:r>
    </w:p>
    <w:p>
      <w:pPr>
        <w:pStyle w:val="ListParagraph"/>
      </w:pPr>
      <w:r>
        <w:rPr>
          <w:sz w:val="22"/>
        </w:rPr>
        <w:t>A. ごまい</w:t>
      </w:r>
    </w:p>
    <w:p>
      <w:pPr>
        <w:pStyle w:val="ListParagraph"/>
      </w:pPr>
      <w:r>
        <w:rPr>
          <w:sz w:val="22"/>
        </w:rPr>
        <w:t>B. ろくまい</w:t>
      </w:r>
    </w:p>
    <w:p>
      <w:pPr>
        <w:pStyle w:val="ListParagraph"/>
      </w:pPr>
      <w:r>
        <w:rPr>
          <w:sz w:val="22"/>
        </w:rPr>
        <w:t>C. ななまい</w:t>
      </w:r>
    </w:p>
    <w:p>
      <w:pPr>
        <w:pStyle w:val="ListParagraph"/>
      </w:pPr>
      <w:r>
        <w:rPr>
          <w:sz w:val="22"/>
        </w:rPr>
        <w:t>D. きゅうまい</w:t>
      </w:r>
    </w:p>
    <w:p/>
    <w:p>
      <w:r>
        <w:rPr>
          <w:b/>
          <w:sz w:val="24"/>
        </w:rPr>
        <w:t>Câu 105: Cách đếm 7 vật mỏng (まい) là gì?</w:t>
      </w:r>
    </w:p>
    <w:p>
      <w:pPr>
        <w:pStyle w:val="ListParagraph"/>
      </w:pPr>
      <w:r>
        <w:rPr>
          <w:sz w:val="22"/>
        </w:rPr>
        <w:t>A. ろくまい</w:t>
      </w:r>
    </w:p>
    <w:p>
      <w:pPr>
        <w:pStyle w:val="ListParagraph"/>
      </w:pPr>
      <w:r>
        <w:rPr>
          <w:sz w:val="22"/>
        </w:rPr>
        <w:t>B. ななまい</w:t>
      </w:r>
    </w:p>
    <w:p>
      <w:pPr>
        <w:pStyle w:val="ListParagraph"/>
      </w:pPr>
      <w:r>
        <w:rPr>
          <w:sz w:val="22"/>
        </w:rPr>
        <w:t>C. はちまい</w:t>
      </w:r>
    </w:p>
    <w:p>
      <w:pPr>
        <w:pStyle w:val="ListParagraph"/>
      </w:pPr>
      <w:r>
        <w:rPr>
          <w:sz w:val="22"/>
        </w:rPr>
        <w:t>D. じゅうまい</w:t>
      </w:r>
    </w:p>
    <w:p/>
    <w:p>
      <w:r>
        <w:rPr>
          <w:b/>
          <w:sz w:val="24"/>
        </w:rPr>
        <w:t>Câu 106: Cách đếm 8 vật mỏng (まい) là gì?</w:t>
      </w:r>
    </w:p>
    <w:p>
      <w:pPr>
        <w:pStyle w:val="ListParagraph"/>
      </w:pPr>
      <w:r>
        <w:rPr>
          <w:sz w:val="22"/>
        </w:rPr>
        <w:t>A. ななまい</w:t>
      </w:r>
    </w:p>
    <w:p>
      <w:pPr>
        <w:pStyle w:val="ListParagraph"/>
      </w:pPr>
      <w:r>
        <w:rPr>
          <w:sz w:val="22"/>
        </w:rPr>
        <w:t>B. はちまい</w:t>
      </w:r>
    </w:p>
    <w:p>
      <w:pPr>
        <w:pStyle w:val="ListParagraph"/>
      </w:pPr>
      <w:r>
        <w:rPr>
          <w:sz w:val="22"/>
        </w:rPr>
        <w:t>C. きゅうまい</w:t>
      </w:r>
    </w:p>
    <w:p>
      <w:pPr>
        <w:pStyle w:val="ListParagraph"/>
      </w:pPr>
      <w:r>
        <w:rPr>
          <w:sz w:val="22"/>
        </w:rPr>
        <w:t>D. じゅうまい</w:t>
      </w:r>
    </w:p>
    <w:p/>
    <w:p>
      <w:r>
        <w:rPr>
          <w:b/>
          <w:sz w:val="24"/>
        </w:rPr>
        <w:t>Câu 107: Cách đếm 9 vật mỏng (まい) là gì?</w:t>
      </w:r>
    </w:p>
    <w:p>
      <w:pPr>
        <w:pStyle w:val="ListParagraph"/>
      </w:pPr>
      <w:r>
        <w:rPr>
          <w:sz w:val="22"/>
        </w:rPr>
        <w:t>A. はちまい</w:t>
      </w:r>
    </w:p>
    <w:p>
      <w:pPr>
        <w:pStyle w:val="ListParagraph"/>
      </w:pPr>
      <w:r>
        <w:rPr>
          <w:sz w:val="22"/>
        </w:rPr>
        <w:t>B. きゅうまい</w:t>
      </w:r>
    </w:p>
    <w:p>
      <w:pPr>
        <w:pStyle w:val="ListParagraph"/>
      </w:pPr>
      <w:r>
        <w:rPr>
          <w:sz w:val="22"/>
        </w:rPr>
        <w:t>C. じゅうまい</w:t>
      </w:r>
    </w:p>
    <w:p>
      <w:pPr>
        <w:pStyle w:val="ListParagraph"/>
      </w:pPr>
      <w:r>
        <w:rPr>
          <w:sz w:val="22"/>
        </w:rPr>
        <w:t>D. ろくまい</w:t>
      </w:r>
    </w:p>
    <w:p/>
    <w:p>
      <w:r>
        <w:rPr>
          <w:b/>
          <w:sz w:val="24"/>
        </w:rPr>
        <w:t>Câu 108: Cách đếm 10 vật mỏng (まい) là gì?</w:t>
      </w:r>
    </w:p>
    <w:p>
      <w:pPr>
        <w:pStyle w:val="ListParagraph"/>
      </w:pPr>
      <w:r>
        <w:rPr>
          <w:sz w:val="22"/>
        </w:rPr>
        <w:t>A. きゅうまい</w:t>
      </w:r>
    </w:p>
    <w:p>
      <w:pPr>
        <w:pStyle w:val="ListParagraph"/>
      </w:pPr>
      <w:r>
        <w:rPr>
          <w:sz w:val="22"/>
        </w:rPr>
        <w:t>B. じゅうまい</w:t>
      </w:r>
    </w:p>
    <w:p>
      <w:pPr>
        <w:pStyle w:val="ListParagraph"/>
      </w:pPr>
      <w:r>
        <w:rPr>
          <w:sz w:val="22"/>
        </w:rPr>
        <w:t>C. はちまい</w:t>
      </w:r>
    </w:p>
    <w:p>
      <w:pPr>
        <w:pStyle w:val="ListParagraph"/>
      </w:pPr>
      <w:r>
        <w:rPr>
          <w:sz w:val="22"/>
        </w:rPr>
        <w:t>D. ななまい</w:t>
      </w:r>
    </w:p>
    <w:p/>
    <w:p>
      <w:r>
        <w:rPr>
          <w:b/>
          <w:sz w:val="24"/>
        </w:rPr>
        <w:t>Câu 109: 「いちまい」nghĩa là mấy vật mỏng?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110: 「にまい」nghĩa là mấy vật mỏng?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111: 「さんまい」nghĩa là mấy vật mỏng?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112: 「よんまい」nghĩa là mấy vật mỏng?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113: 「ごまい」nghĩa là mấy vật mỏng?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114: 「ろくまい」nghĩa là mấy vật mỏng?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115: 「ななまい」nghĩa là mấy vật mỏng?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116: 「はちまい」nghĩa là mấy vật mỏng?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117: 「きゅうまい」nghĩa là mấy vật mỏng?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118: 「じゅうまい」nghĩa là mấy vật mỏng?</w:t>
      </w:r>
    </w:p>
    <w:p>
      <w:pPr>
        <w:pStyle w:val="ListParagraph"/>
      </w:pPr>
      <w:r>
        <w:rPr>
          <w:sz w:val="22"/>
        </w:rPr>
        <w:t>A. 9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119: Cách đếm 1 lần (かい) là gì?</w:t>
      </w:r>
    </w:p>
    <w:p>
      <w:pPr>
        <w:pStyle w:val="ListParagraph"/>
      </w:pPr>
      <w:r>
        <w:rPr>
          <w:sz w:val="22"/>
        </w:rPr>
        <w:t>A. いっかい</w:t>
      </w:r>
    </w:p>
    <w:p>
      <w:pPr>
        <w:pStyle w:val="ListParagraph"/>
      </w:pPr>
      <w:r>
        <w:rPr>
          <w:sz w:val="22"/>
        </w:rPr>
        <w:t>B. にかい</w:t>
      </w:r>
    </w:p>
    <w:p>
      <w:pPr>
        <w:pStyle w:val="ListParagraph"/>
      </w:pPr>
      <w:r>
        <w:rPr>
          <w:sz w:val="22"/>
        </w:rPr>
        <w:t>C. さんかい</w:t>
      </w:r>
    </w:p>
    <w:p>
      <w:pPr>
        <w:pStyle w:val="ListParagraph"/>
      </w:pPr>
      <w:r>
        <w:rPr>
          <w:sz w:val="22"/>
        </w:rPr>
        <w:t>D. よんかい</w:t>
      </w:r>
    </w:p>
    <w:p/>
    <w:p>
      <w:r>
        <w:rPr>
          <w:b/>
          <w:sz w:val="24"/>
        </w:rPr>
        <w:t>Câu 120: Cách đếm 2 lần (かい) là gì?</w:t>
      </w:r>
    </w:p>
    <w:p>
      <w:pPr>
        <w:pStyle w:val="ListParagraph"/>
      </w:pPr>
      <w:r>
        <w:rPr>
          <w:sz w:val="22"/>
        </w:rPr>
        <w:t>A. いっかい</w:t>
      </w:r>
    </w:p>
    <w:p>
      <w:pPr>
        <w:pStyle w:val="ListParagraph"/>
      </w:pPr>
      <w:r>
        <w:rPr>
          <w:sz w:val="22"/>
        </w:rPr>
        <w:t>B. にかい</w:t>
      </w:r>
    </w:p>
    <w:p>
      <w:pPr>
        <w:pStyle w:val="ListParagraph"/>
      </w:pPr>
      <w:r>
        <w:rPr>
          <w:sz w:val="22"/>
        </w:rPr>
        <w:t>C. さんかい</w:t>
      </w:r>
    </w:p>
    <w:p>
      <w:pPr>
        <w:pStyle w:val="ListParagraph"/>
      </w:pPr>
      <w:r>
        <w:rPr>
          <w:sz w:val="22"/>
        </w:rPr>
        <w:t>D. ごかい</w:t>
      </w:r>
    </w:p>
    <w:p/>
    <w:p>
      <w:r>
        <w:rPr>
          <w:b/>
          <w:sz w:val="24"/>
        </w:rPr>
        <w:t>Câu 121: Cách đếm 3 lần (かい) là gì?</w:t>
      </w:r>
    </w:p>
    <w:p>
      <w:pPr>
        <w:pStyle w:val="ListParagraph"/>
      </w:pPr>
      <w:r>
        <w:rPr>
          <w:sz w:val="22"/>
        </w:rPr>
        <w:t>A. にかい</w:t>
      </w:r>
    </w:p>
    <w:p>
      <w:pPr>
        <w:pStyle w:val="ListParagraph"/>
      </w:pPr>
      <w:r>
        <w:rPr>
          <w:sz w:val="22"/>
        </w:rPr>
        <w:t>B. さんかい</w:t>
      </w:r>
    </w:p>
    <w:p>
      <w:pPr>
        <w:pStyle w:val="ListParagraph"/>
      </w:pPr>
      <w:r>
        <w:rPr>
          <w:sz w:val="22"/>
        </w:rPr>
        <w:t>C. よんかい</w:t>
      </w:r>
    </w:p>
    <w:p>
      <w:pPr>
        <w:pStyle w:val="ListParagraph"/>
      </w:pPr>
      <w:r>
        <w:rPr>
          <w:sz w:val="22"/>
        </w:rPr>
        <w:t>D. ろっかい</w:t>
      </w:r>
    </w:p>
    <w:p/>
    <w:p>
      <w:r>
        <w:rPr>
          <w:b/>
          <w:sz w:val="24"/>
        </w:rPr>
        <w:t>Câu 122: Cách đếm 4 lần (かい) là gì?</w:t>
      </w:r>
    </w:p>
    <w:p>
      <w:pPr>
        <w:pStyle w:val="ListParagraph"/>
      </w:pPr>
      <w:r>
        <w:rPr>
          <w:sz w:val="22"/>
        </w:rPr>
        <w:t>A. さんかい</w:t>
      </w:r>
    </w:p>
    <w:p>
      <w:pPr>
        <w:pStyle w:val="ListParagraph"/>
      </w:pPr>
      <w:r>
        <w:rPr>
          <w:sz w:val="22"/>
        </w:rPr>
        <w:t>B. よんかい</w:t>
      </w:r>
    </w:p>
    <w:p>
      <w:pPr>
        <w:pStyle w:val="ListParagraph"/>
      </w:pPr>
      <w:r>
        <w:rPr>
          <w:sz w:val="22"/>
        </w:rPr>
        <w:t>C. ごかい</w:t>
      </w:r>
    </w:p>
    <w:p>
      <w:pPr>
        <w:pStyle w:val="ListParagraph"/>
      </w:pPr>
      <w:r>
        <w:rPr>
          <w:sz w:val="22"/>
        </w:rPr>
        <w:t>D. ななかい</w:t>
      </w:r>
    </w:p>
    <w:p/>
    <w:p>
      <w:r>
        <w:rPr>
          <w:b/>
          <w:sz w:val="24"/>
        </w:rPr>
        <w:t>Câu 123: Cách đếm 5 lần (かい) là gì?</w:t>
      </w:r>
    </w:p>
    <w:p>
      <w:pPr>
        <w:pStyle w:val="ListParagraph"/>
      </w:pPr>
      <w:r>
        <w:rPr>
          <w:sz w:val="22"/>
        </w:rPr>
        <w:t>A. よんかい</w:t>
      </w:r>
    </w:p>
    <w:p>
      <w:pPr>
        <w:pStyle w:val="ListParagraph"/>
      </w:pPr>
      <w:r>
        <w:rPr>
          <w:sz w:val="22"/>
        </w:rPr>
        <w:t>B. ごかい</w:t>
      </w:r>
    </w:p>
    <w:p>
      <w:pPr>
        <w:pStyle w:val="ListParagraph"/>
      </w:pPr>
      <w:r>
        <w:rPr>
          <w:sz w:val="22"/>
        </w:rPr>
        <w:t>C. ろっかい</w:t>
      </w:r>
    </w:p>
    <w:p>
      <w:pPr>
        <w:pStyle w:val="ListParagraph"/>
      </w:pPr>
      <w:r>
        <w:rPr>
          <w:sz w:val="22"/>
        </w:rPr>
        <w:t>D. はっかい</w:t>
      </w:r>
    </w:p>
    <w:p/>
    <w:p>
      <w:r>
        <w:rPr>
          <w:b/>
          <w:sz w:val="24"/>
        </w:rPr>
        <w:t>Câu 124: Cách đếm 6 lần (かい) là gì?</w:t>
      </w:r>
    </w:p>
    <w:p>
      <w:pPr>
        <w:pStyle w:val="ListParagraph"/>
      </w:pPr>
      <w:r>
        <w:rPr>
          <w:sz w:val="22"/>
        </w:rPr>
        <w:t>A. ごかい</w:t>
      </w:r>
    </w:p>
    <w:p>
      <w:pPr>
        <w:pStyle w:val="ListParagraph"/>
      </w:pPr>
      <w:r>
        <w:rPr>
          <w:sz w:val="22"/>
        </w:rPr>
        <w:t>B. ろっかい</w:t>
      </w:r>
    </w:p>
    <w:p>
      <w:pPr>
        <w:pStyle w:val="ListParagraph"/>
      </w:pPr>
      <w:r>
        <w:rPr>
          <w:sz w:val="22"/>
        </w:rPr>
        <w:t>C. ななかい</w:t>
      </w:r>
    </w:p>
    <w:p>
      <w:pPr>
        <w:pStyle w:val="ListParagraph"/>
      </w:pPr>
      <w:r>
        <w:rPr>
          <w:sz w:val="22"/>
        </w:rPr>
        <w:t>D. きゅうかい</w:t>
      </w:r>
    </w:p>
    <w:p/>
    <w:p>
      <w:r>
        <w:rPr>
          <w:b/>
          <w:sz w:val="24"/>
        </w:rPr>
        <w:t>Câu 125: Cách đếm 7 lần (かい) là gì?</w:t>
      </w:r>
    </w:p>
    <w:p>
      <w:pPr>
        <w:pStyle w:val="ListParagraph"/>
      </w:pPr>
      <w:r>
        <w:rPr>
          <w:sz w:val="22"/>
        </w:rPr>
        <w:t>A. ろっかい</w:t>
      </w:r>
    </w:p>
    <w:p>
      <w:pPr>
        <w:pStyle w:val="ListParagraph"/>
      </w:pPr>
      <w:r>
        <w:rPr>
          <w:sz w:val="22"/>
        </w:rPr>
        <w:t>B. ななかい</w:t>
      </w:r>
    </w:p>
    <w:p>
      <w:pPr>
        <w:pStyle w:val="ListParagraph"/>
      </w:pPr>
      <w:r>
        <w:rPr>
          <w:sz w:val="22"/>
        </w:rPr>
        <w:t>C. はっかい</w:t>
      </w:r>
    </w:p>
    <w:p>
      <w:pPr>
        <w:pStyle w:val="ListParagraph"/>
      </w:pPr>
      <w:r>
        <w:rPr>
          <w:sz w:val="22"/>
        </w:rPr>
        <w:t>D. じゅっかい</w:t>
      </w:r>
    </w:p>
    <w:p/>
    <w:p>
      <w:r>
        <w:rPr>
          <w:b/>
          <w:sz w:val="24"/>
        </w:rPr>
        <w:t>Câu 126: Cách đếm 8 lần (かい) là gì?</w:t>
      </w:r>
    </w:p>
    <w:p>
      <w:pPr>
        <w:pStyle w:val="ListParagraph"/>
      </w:pPr>
      <w:r>
        <w:rPr>
          <w:sz w:val="22"/>
        </w:rPr>
        <w:t>A. ななかい</w:t>
      </w:r>
    </w:p>
    <w:p>
      <w:pPr>
        <w:pStyle w:val="ListParagraph"/>
      </w:pPr>
      <w:r>
        <w:rPr>
          <w:sz w:val="22"/>
        </w:rPr>
        <w:t>B. はっかい</w:t>
      </w:r>
    </w:p>
    <w:p>
      <w:pPr>
        <w:pStyle w:val="ListParagraph"/>
      </w:pPr>
      <w:r>
        <w:rPr>
          <w:sz w:val="22"/>
        </w:rPr>
        <w:t>C. きゅうかい</w:t>
      </w:r>
    </w:p>
    <w:p>
      <w:pPr>
        <w:pStyle w:val="ListParagraph"/>
      </w:pPr>
      <w:r>
        <w:rPr>
          <w:sz w:val="22"/>
        </w:rPr>
        <w:t>D. じゅっかい</w:t>
      </w:r>
    </w:p>
    <w:p/>
    <w:p>
      <w:r>
        <w:rPr>
          <w:b/>
          <w:sz w:val="24"/>
        </w:rPr>
        <w:t>Câu 127: Cách đếm 9 lần (かい) là gì?</w:t>
      </w:r>
    </w:p>
    <w:p>
      <w:pPr>
        <w:pStyle w:val="ListParagraph"/>
      </w:pPr>
      <w:r>
        <w:rPr>
          <w:sz w:val="22"/>
        </w:rPr>
        <w:t>A. はっかい</w:t>
      </w:r>
    </w:p>
    <w:p>
      <w:pPr>
        <w:pStyle w:val="ListParagraph"/>
      </w:pPr>
      <w:r>
        <w:rPr>
          <w:sz w:val="22"/>
        </w:rPr>
        <w:t>B. きゅうかい</w:t>
      </w:r>
    </w:p>
    <w:p>
      <w:pPr>
        <w:pStyle w:val="ListParagraph"/>
      </w:pPr>
      <w:r>
        <w:rPr>
          <w:sz w:val="22"/>
        </w:rPr>
        <w:t>C. じゅっかい</w:t>
      </w:r>
    </w:p>
    <w:p>
      <w:pPr>
        <w:pStyle w:val="ListParagraph"/>
      </w:pPr>
      <w:r>
        <w:rPr>
          <w:sz w:val="22"/>
        </w:rPr>
        <w:t>D. ろっかい</w:t>
      </w:r>
    </w:p>
    <w:p/>
    <w:p>
      <w:r>
        <w:rPr>
          <w:b/>
          <w:sz w:val="24"/>
        </w:rPr>
        <w:t>Câu 128: Cách đếm 10 lần (かい) là gì?</w:t>
      </w:r>
    </w:p>
    <w:p>
      <w:pPr>
        <w:pStyle w:val="ListParagraph"/>
      </w:pPr>
      <w:r>
        <w:rPr>
          <w:sz w:val="22"/>
        </w:rPr>
        <w:t>A. きゅうかい</w:t>
      </w:r>
    </w:p>
    <w:p>
      <w:pPr>
        <w:pStyle w:val="ListParagraph"/>
      </w:pPr>
      <w:r>
        <w:rPr>
          <w:sz w:val="22"/>
        </w:rPr>
        <w:t>B. じゅっかい</w:t>
      </w:r>
    </w:p>
    <w:p>
      <w:pPr>
        <w:pStyle w:val="ListParagraph"/>
      </w:pPr>
      <w:r>
        <w:rPr>
          <w:sz w:val="22"/>
        </w:rPr>
        <w:t>C. はっかい</w:t>
      </w:r>
    </w:p>
    <w:p>
      <w:pPr>
        <w:pStyle w:val="ListParagraph"/>
      </w:pPr>
      <w:r>
        <w:rPr>
          <w:sz w:val="22"/>
        </w:rPr>
        <w:t>D. ななかい</w:t>
      </w:r>
    </w:p>
    <w:p/>
    <w:p>
      <w:r>
        <w:rPr>
          <w:b/>
          <w:sz w:val="24"/>
        </w:rPr>
        <w:t>Câu 129: 「いっかい」nghĩa là mấy lần?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130: 「にかい」nghĩa là mấy lần?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131: 「さんかい」nghĩa là mấy lần?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132: 「よんかい」nghĩa là mấy lần?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133: 「ごかい」nghĩa là mấy lần?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134: 「ろっかい」nghĩa là mấy lần?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135: 「ななかい」nghĩa là mấy lần?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136: 「はっかい」nghĩa là mấy lần?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137: 「きゅうかい」nghĩa là mấy lần?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138: 「じゅっかい」nghĩa là mấy lần?</w:t>
      </w:r>
    </w:p>
    <w:p>
      <w:pPr>
        <w:pStyle w:val="ListParagraph"/>
      </w:pPr>
      <w:r>
        <w:rPr>
          <w:sz w:val="22"/>
        </w:rPr>
        <w:t>A. 9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139: Cách đếm 1 tuổi (さい) là gì?</w:t>
      </w:r>
    </w:p>
    <w:p>
      <w:pPr>
        <w:pStyle w:val="ListParagraph"/>
      </w:pPr>
      <w:r>
        <w:rPr>
          <w:sz w:val="22"/>
        </w:rPr>
        <w:t>A. いっさい</w:t>
      </w:r>
    </w:p>
    <w:p>
      <w:pPr>
        <w:pStyle w:val="ListParagraph"/>
      </w:pPr>
      <w:r>
        <w:rPr>
          <w:sz w:val="22"/>
        </w:rPr>
        <w:t>B. にさい</w:t>
      </w:r>
    </w:p>
    <w:p>
      <w:pPr>
        <w:pStyle w:val="ListParagraph"/>
      </w:pPr>
      <w:r>
        <w:rPr>
          <w:sz w:val="22"/>
        </w:rPr>
        <w:t>C. さんさい</w:t>
      </w:r>
    </w:p>
    <w:p>
      <w:pPr>
        <w:pStyle w:val="ListParagraph"/>
      </w:pPr>
      <w:r>
        <w:rPr>
          <w:sz w:val="22"/>
        </w:rPr>
        <w:t>D. よんさい</w:t>
      </w:r>
    </w:p>
    <w:p/>
    <w:p>
      <w:r>
        <w:rPr>
          <w:b/>
          <w:sz w:val="24"/>
        </w:rPr>
        <w:t>Câu 140: Cách đếm 2 tuổi (さい) là gì?</w:t>
      </w:r>
    </w:p>
    <w:p>
      <w:pPr>
        <w:pStyle w:val="ListParagraph"/>
      </w:pPr>
      <w:r>
        <w:rPr>
          <w:sz w:val="22"/>
        </w:rPr>
        <w:t>A. いっさい</w:t>
      </w:r>
    </w:p>
    <w:p>
      <w:pPr>
        <w:pStyle w:val="ListParagraph"/>
      </w:pPr>
      <w:r>
        <w:rPr>
          <w:sz w:val="22"/>
        </w:rPr>
        <w:t>B. にさい</w:t>
      </w:r>
    </w:p>
    <w:p>
      <w:pPr>
        <w:pStyle w:val="ListParagraph"/>
      </w:pPr>
      <w:r>
        <w:rPr>
          <w:sz w:val="22"/>
        </w:rPr>
        <w:t>C. さんさい</w:t>
      </w:r>
    </w:p>
    <w:p>
      <w:pPr>
        <w:pStyle w:val="ListParagraph"/>
      </w:pPr>
      <w:r>
        <w:rPr>
          <w:sz w:val="22"/>
        </w:rPr>
        <w:t>D. ごさい</w:t>
      </w:r>
    </w:p>
    <w:p/>
    <w:p>
      <w:r>
        <w:rPr>
          <w:b/>
          <w:sz w:val="24"/>
        </w:rPr>
        <w:t>Câu 141: Cách đếm 3 tuổi (さい) là gì?</w:t>
      </w:r>
    </w:p>
    <w:p>
      <w:pPr>
        <w:pStyle w:val="ListParagraph"/>
      </w:pPr>
      <w:r>
        <w:rPr>
          <w:sz w:val="22"/>
        </w:rPr>
        <w:t>A. にさい</w:t>
      </w:r>
    </w:p>
    <w:p>
      <w:pPr>
        <w:pStyle w:val="ListParagraph"/>
      </w:pPr>
      <w:r>
        <w:rPr>
          <w:sz w:val="22"/>
        </w:rPr>
        <w:t>B. さんさい</w:t>
      </w:r>
    </w:p>
    <w:p>
      <w:pPr>
        <w:pStyle w:val="ListParagraph"/>
      </w:pPr>
      <w:r>
        <w:rPr>
          <w:sz w:val="22"/>
        </w:rPr>
        <w:t>C. よんさい</w:t>
      </w:r>
    </w:p>
    <w:p>
      <w:pPr>
        <w:pStyle w:val="ListParagraph"/>
      </w:pPr>
      <w:r>
        <w:rPr>
          <w:sz w:val="22"/>
        </w:rPr>
        <w:t>D. ろくさい</w:t>
      </w:r>
    </w:p>
    <w:p/>
    <w:p>
      <w:r>
        <w:rPr>
          <w:b/>
          <w:sz w:val="24"/>
        </w:rPr>
        <w:t>Câu 142: Cách đếm 4 tuổi (さい) là gì?</w:t>
      </w:r>
    </w:p>
    <w:p>
      <w:pPr>
        <w:pStyle w:val="ListParagraph"/>
      </w:pPr>
      <w:r>
        <w:rPr>
          <w:sz w:val="22"/>
        </w:rPr>
        <w:t>A. さんさい</w:t>
      </w:r>
    </w:p>
    <w:p>
      <w:pPr>
        <w:pStyle w:val="ListParagraph"/>
      </w:pPr>
      <w:r>
        <w:rPr>
          <w:sz w:val="22"/>
        </w:rPr>
        <w:t>B. よんさい</w:t>
      </w:r>
    </w:p>
    <w:p>
      <w:pPr>
        <w:pStyle w:val="ListParagraph"/>
      </w:pPr>
      <w:r>
        <w:rPr>
          <w:sz w:val="22"/>
        </w:rPr>
        <w:t>C. ごさい</w:t>
      </w:r>
    </w:p>
    <w:p>
      <w:pPr>
        <w:pStyle w:val="ListParagraph"/>
      </w:pPr>
      <w:r>
        <w:rPr>
          <w:sz w:val="22"/>
        </w:rPr>
        <w:t>D. ななさい</w:t>
      </w:r>
    </w:p>
    <w:p/>
    <w:p>
      <w:r>
        <w:rPr>
          <w:b/>
          <w:sz w:val="24"/>
        </w:rPr>
        <w:t>Câu 143: Cách đếm 5 tuổi (さい) là gì?</w:t>
      </w:r>
    </w:p>
    <w:p>
      <w:pPr>
        <w:pStyle w:val="ListParagraph"/>
      </w:pPr>
      <w:r>
        <w:rPr>
          <w:sz w:val="22"/>
        </w:rPr>
        <w:t>A. よんさい</w:t>
      </w:r>
    </w:p>
    <w:p>
      <w:pPr>
        <w:pStyle w:val="ListParagraph"/>
      </w:pPr>
      <w:r>
        <w:rPr>
          <w:sz w:val="22"/>
        </w:rPr>
        <w:t>B. ごさい</w:t>
      </w:r>
    </w:p>
    <w:p>
      <w:pPr>
        <w:pStyle w:val="ListParagraph"/>
      </w:pPr>
      <w:r>
        <w:rPr>
          <w:sz w:val="22"/>
        </w:rPr>
        <w:t>C. ろくさい</w:t>
      </w:r>
    </w:p>
    <w:p>
      <w:pPr>
        <w:pStyle w:val="ListParagraph"/>
      </w:pPr>
      <w:r>
        <w:rPr>
          <w:sz w:val="22"/>
        </w:rPr>
        <w:t>D. はっさい</w:t>
      </w:r>
    </w:p>
    <w:p/>
    <w:p>
      <w:r>
        <w:rPr>
          <w:b/>
          <w:sz w:val="24"/>
        </w:rPr>
        <w:t>Câu 144: Cách đếm 6 tuổi (さい) là gì?</w:t>
      </w:r>
    </w:p>
    <w:p>
      <w:pPr>
        <w:pStyle w:val="ListParagraph"/>
      </w:pPr>
      <w:r>
        <w:rPr>
          <w:sz w:val="22"/>
        </w:rPr>
        <w:t>A. ごさい</w:t>
      </w:r>
    </w:p>
    <w:p>
      <w:pPr>
        <w:pStyle w:val="ListParagraph"/>
      </w:pPr>
      <w:r>
        <w:rPr>
          <w:sz w:val="22"/>
        </w:rPr>
        <w:t>B. ろくさい</w:t>
      </w:r>
    </w:p>
    <w:p>
      <w:pPr>
        <w:pStyle w:val="ListParagraph"/>
      </w:pPr>
      <w:r>
        <w:rPr>
          <w:sz w:val="22"/>
        </w:rPr>
        <w:t>C. ななさい</w:t>
      </w:r>
    </w:p>
    <w:p>
      <w:pPr>
        <w:pStyle w:val="ListParagraph"/>
      </w:pPr>
      <w:r>
        <w:rPr>
          <w:sz w:val="22"/>
        </w:rPr>
        <w:t>D. きゅうさい</w:t>
      </w:r>
    </w:p>
    <w:p/>
    <w:p>
      <w:r>
        <w:rPr>
          <w:b/>
          <w:sz w:val="24"/>
        </w:rPr>
        <w:t>Câu 145: Cách đếm 7 tuổi (さい) là gì?</w:t>
      </w:r>
    </w:p>
    <w:p>
      <w:pPr>
        <w:pStyle w:val="ListParagraph"/>
      </w:pPr>
      <w:r>
        <w:rPr>
          <w:sz w:val="22"/>
        </w:rPr>
        <w:t>A. ろくさい</w:t>
      </w:r>
    </w:p>
    <w:p>
      <w:pPr>
        <w:pStyle w:val="ListParagraph"/>
      </w:pPr>
      <w:r>
        <w:rPr>
          <w:sz w:val="22"/>
        </w:rPr>
        <w:t>B. ななさい</w:t>
      </w:r>
    </w:p>
    <w:p>
      <w:pPr>
        <w:pStyle w:val="ListParagraph"/>
      </w:pPr>
      <w:r>
        <w:rPr>
          <w:sz w:val="22"/>
        </w:rPr>
        <w:t>C. はっさい</w:t>
      </w:r>
    </w:p>
    <w:p>
      <w:pPr>
        <w:pStyle w:val="ListParagraph"/>
      </w:pPr>
      <w:r>
        <w:rPr>
          <w:sz w:val="22"/>
        </w:rPr>
        <w:t>D. じゅっさい</w:t>
      </w:r>
    </w:p>
    <w:p/>
    <w:p>
      <w:r>
        <w:rPr>
          <w:b/>
          <w:sz w:val="24"/>
        </w:rPr>
        <w:t>Câu 146: Cách đếm 8 tuổi (さい) là gì?</w:t>
      </w:r>
    </w:p>
    <w:p>
      <w:pPr>
        <w:pStyle w:val="ListParagraph"/>
      </w:pPr>
      <w:r>
        <w:rPr>
          <w:sz w:val="22"/>
        </w:rPr>
        <w:t>A. ななさい</w:t>
      </w:r>
    </w:p>
    <w:p>
      <w:pPr>
        <w:pStyle w:val="ListParagraph"/>
      </w:pPr>
      <w:r>
        <w:rPr>
          <w:sz w:val="22"/>
        </w:rPr>
        <w:t>B. はっさい</w:t>
      </w:r>
    </w:p>
    <w:p>
      <w:pPr>
        <w:pStyle w:val="ListParagraph"/>
      </w:pPr>
      <w:r>
        <w:rPr>
          <w:sz w:val="22"/>
        </w:rPr>
        <w:t>C. きゅうさい</w:t>
      </w:r>
    </w:p>
    <w:p>
      <w:pPr>
        <w:pStyle w:val="ListParagraph"/>
      </w:pPr>
      <w:r>
        <w:rPr>
          <w:sz w:val="22"/>
        </w:rPr>
        <w:t>D. じゅっさい</w:t>
      </w:r>
    </w:p>
    <w:p/>
    <w:p>
      <w:r>
        <w:rPr>
          <w:b/>
          <w:sz w:val="24"/>
        </w:rPr>
        <w:t>Câu 147: Cách đếm 9 tuổi (さい) là gì?</w:t>
      </w:r>
    </w:p>
    <w:p>
      <w:pPr>
        <w:pStyle w:val="ListParagraph"/>
      </w:pPr>
      <w:r>
        <w:rPr>
          <w:sz w:val="22"/>
        </w:rPr>
        <w:t>A. はっさい</w:t>
      </w:r>
    </w:p>
    <w:p>
      <w:pPr>
        <w:pStyle w:val="ListParagraph"/>
      </w:pPr>
      <w:r>
        <w:rPr>
          <w:sz w:val="22"/>
        </w:rPr>
        <w:t>B. きゅうさい</w:t>
      </w:r>
    </w:p>
    <w:p>
      <w:pPr>
        <w:pStyle w:val="ListParagraph"/>
      </w:pPr>
      <w:r>
        <w:rPr>
          <w:sz w:val="22"/>
        </w:rPr>
        <w:t>C. じゅっさい</w:t>
      </w:r>
    </w:p>
    <w:p>
      <w:pPr>
        <w:pStyle w:val="ListParagraph"/>
      </w:pPr>
      <w:r>
        <w:rPr>
          <w:sz w:val="22"/>
        </w:rPr>
        <w:t>D. ろくさい</w:t>
      </w:r>
    </w:p>
    <w:p/>
    <w:p>
      <w:r>
        <w:rPr>
          <w:b/>
          <w:sz w:val="24"/>
        </w:rPr>
        <w:t>Câu 148: Cách đếm 10 tuổi (さい) là gì?</w:t>
      </w:r>
    </w:p>
    <w:p>
      <w:pPr>
        <w:pStyle w:val="ListParagraph"/>
      </w:pPr>
      <w:r>
        <w:rPr>
          <w:sz w:val="22"/>
        </w:rPr>
        <w:t>A. きゅうさい</w:t>
      </w:r>
    </w:p>
    <w:p>
      <w:pPr>
        <w:pStyle w:val="ListParagraph"/>
      </w:pPr>
      <w:r>
        <w:rPr>
          <w:sz w:val="22"/>
        </w:rPr>
        <w:t>B. じゅっさい</w:t>
      </w:r>
    </w:p>
    <w:p>
      <w:pPr>
        <w:pStyle w:val="ListParagraph"/>
      </w:pPr>
      <w:r>
        <w:rPr>
          <w:sz w:val="22"/>
        </w:rPr>
        <w:t>C. はっさい</w:t>
      </w:r>
    </w:p>
    <w:p>
      <w:pPr>
        <w:pStyle w:val="ListParagraph"/>
      </w:pPr>
      <w:r>
        <w:rPr>
          <w:sz w:val="22"/>
        </w:rPr>
        <w:t>D. ななさい</w:t>
      </w:r>
    </w:p>
    <w:p/>
    <w:p>
      <w:r>
        <w:rPr>
          <w:b/>
          <w:sz w:val="24"/>
        </w:rPr>
        <w:t>Câu 149: Cách đếm 20 tuổi (đặc biệt) là gì?</w:t>
      </w:r>
    </w:p>
    <w:p>
      <w:pPr>
        <w:pStyle w:val="ListParagraph"/>
      </w:pPr>
      <w:r>
        <w:rPr>
          <w:sz w:val="22"/>
        </w:rPr>
        <w:t>A. はたち</w:t>
      </w:r>
    </w:p>
    <w:p>
      <w:pPr>
        <w:pStyle w:val="ListParagraph"/>
      </w:pPr>
      <w:r>
        <w:rPr>
          <w:sz w:val="22"/>
        </w:rPr>
        <w:t>B. にじゅっさい</w:t>
      </w:r>
    </w:p>
    <w:p>
      <w:pPr>
        <w:pStyle w:val="ListParagraph"/>
      </w:pPr>
      <w:r>
        <w:rPr>
          <w:sz w:val="22"/>
        </w:rPr>
        <w:t>C. にじゅうさい</w:t>
      </w:r>
    </w:p>
    <w:p>
      <w:pPr>
        <w:pStyle w:val="ListParagraph"/>
      </w:pPr>
      <w:r>
        <w:rPr>
          <w:sz w:val="22"/>
        </w:rPr>
        <w:t>D. にいさい</w:t>
      </w:r>
    </w:p>
    <w:p/>
    <w:p>
      <w:r>
        <w:rPr>
          <w:b/>
          <w:sz w:val="24"/>
        </w:rPr>
        <w:t>Câu 150: 「いっさい」nghĩa là mấy tuổi?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151: 「はっさい」nghĩa là mấy tuổi?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152: 「じゅっさい」nghĩa là mấy tuổi?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153: 「はたち」nghĩa là mấy tuổi?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18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154: 1 giờ trong tiếng Nhật là gì?</w:t>
      </w:r>
    </w:p>
    <w:p>
      <w:pPr>
        <w:pStyle w:val="ListParagraph"/>
      </w:pPr>
      <w:r>
        <w:rPr>
          <w:sz w:val="22"/>
        </w:rPr>
        <w:t>A. いちじ</w:t>
      </w:r>
    </w:p>
    <w:p>
      <w:pPr>
        <w:pStyle w:val="ListParagraph"/>
      </w:pPr>
      <w:r>
        <w:rPr>
          <w:sz w:val="22"/>
        </w:rPr>
        <w:t>B. にじ</w:t>
      </w:r>
    </w:p>
    <w:p>
      <w:pPr>
        <w:pStyle w:val="ListParagraph"/>
      </w:pPr>
      <w:r>
        <w:rPr>
          <w:sz w:val="22"/>
        </w:rPr>
        <w:t>C. さんじ</w:t>
      </w:r>
    </w:p>
    <w:p>
      <w:pPr>
        <w:pStyle w:val="ListParagraph"/>
      </w:pPr>
      <w:r>
        <w:rPr>
          <w:sz w:val="22"/>
        </w:rPr>
        <w:t>D. よじ</w:t>
      </w:r>
    </w:p>
    <w:p/>
    <w:p>
      <w:r>
        <w:rPr>
          <w:b/>
          <w:sz w:val="24"/>
        </w:rPr>
        <w:t>Câu 155: 2 giờ trong tiếng Nhật là gì?</w:t>
      </w:r>
    </w:p>
    <w:p>
      <w:pPr>
        <w:pStyle w:val="ListParagraph"/>
      </w:pPr>
      <w:r>
        <w:rPr>
          <w:sz w:val="22"/>
        </w:rPr>
        <w:t>A. いちじ</w:t>
      </w:r>
    </w:p>
    <w:p>
      <w:pPr>
        <w:pStyle w:val="ListParagraph"/>
      </w:pPr>
      <w:r>
        <w:rPr>
          <w:sz w:val="22"/>
        </w:rPr>
        <w:t>B. にじ</w:t>
      </w:r>
    </w:p>
    <w:p>
      <w:pPr>
        <w:pStyle w:val="ListParagraph"/>
      </w:pPr>
      <w:r>
        <w:rPr>
          <w:sz w:val="22"/>
        </w:rPr>
        <w:t>C. さんじ</w:t>
      </w:r>
    </w:p>
    <w:p>
      <w:pPr>
        <w:pStyle w:val="ListParagraph"/>
      </w:pPr>
      <w:r>
        <w:rPr>
          <w:sz w:val="22"/>
        </w:rPr>
        <w:t>D. ごじ</w:t>
      </w:r>
    </w:p>
    <w:p/>
    <w:p>
      <w:r>
        <w:rPr>
          <w:b/>
          <w:sz w:val="24"/>
        </w:rPr>
        <w:t>Câu 156: 3 giờ trong tiếng Nhật là gì?</w:t>
      </w:r>
    </w:p>
    <w:p>
      <w:pPr>
        <w:pStyle w:val="ListParagraph"/>
      </w:pPr>
      <w:r>
        <w:rPr>
          <w:sz w:val="22"/>
        </w:rPr>
        <w:t>A. にじ</w:t>
      </w:r>
    </w:p>
    <w:p>
      <w:pPr>
        <w:pStyle w:val="ListParagraph"/>
      </w:pPr>
      <w:r>
        <w:rPr>
          <w:sz w:val="22"/>
        </w:rPr>
        <w:t>B. さんじ</w:t>
      </w:r>
    </w:p>
    <w:p>
      <w:pPr>
        <w:pStyle w:val="ListParagraph"/>
      </w:pPr>
      <w:r>
        <w:rPr>
          <w:sz w:val="22"/>
        </w:rPr>
        <w:t>C. よじ</w:t>
      </w:r>
    </w:p>
    <w:p>
      <w:pPr>
        <w:pStyle w:val="ListParagraph"/>
      </w:pPr>
      <w:r>
        <w:rPr>
          <w:sz w:val="22"/>
        </w:rPr>
        <w:t>D. ろくじ</w:t>
      </w:r>
    </w:p>
    <w:p/>
    <w:p>
      <w:r>
        <w:rPr>
          <w:b/>
          <w:sz w:val="24"/>
        </w:rPr>
        <w:t>Câu 157: 4 giờ trong tiếng Nhật là gì?</w:t>
      </w:r>
    </w:p>
    <w:p>
      <w:pPr>
        <w:pStyle w:val="ListParagraph"/>
      </w:pPr>
      <w:r>
        <w:rPr>
          <w:sz w:val="22"/>
        </w:rPr>
        <w:t>A. よんじ</w:t>
      </w:r>
    </w:p>
    <w:p>
      <w:pPr>
        <w:pStyle w:val="ListParagraph"/>
      </w:pPr>
      <w:r>
        <w:rPr>
          <w:sz w:val="22"/>
        </w:rPr>
        <w:t>B. しじ</w:t>
      </w:r>
    </w:p>
    <w:p>
      <w:pPr>
        <w:pStyle w:val="ListParagraph"/>
      </w:pPr>
      <w:r>
        <w:rPr>
          <w:sz w:val="22"/>
        </w:rPr>
        <w:t>C. よじ</w:t>
      </w:r>
    </w:p>
    <w:p>
      <w:pPr>
        <w:pStyle w:val="ListParagraph"/>
      </w:pPr>
      <w:r>
        <w:rPr>
          <w:sz w:val="22"/>
        </w:rPr>
        <w:t>D. ごじ</w:t>
      </w:r>
    </w:p>
    <w:p/>
    <w:p>
      <w:r>
        <w:rPr>
          <w:b/>
          <w:sz w:val="24"/>
        </w:rPr>
        <w:t>Câu 158: 5 giờ trong tiếng Nhật là gì?</w:t>
      </w:r>
    </w:p>
    <w:p>
      <w:pPr>
        <w:pStyle w:val="ListParagraph"/>
      </w:pPr>
      <w:r>
        <w:rPr>
          <w:sz w:val="22"/>
        </w:rPr>
        <w:t>A. ごじ</w:t>
      </w:r>
    </w:p>
    <w:p>
      <w:pPr>
        <w:pStyle w:val="ListParagraph"/>
      </w:pPr>
      <w:r>
        <w:rPr>
          <w:sz w:val="22"/>
        </w:rPr>
        <w:t>B. ろくじ</w:t>
      </w:r>
    </w:p>
    <w:p>
      <w:pPr>
        <w:pStyle w:val="ListParagraph"/>
      </w:pPr>
      <w:r>
        <w:rPr>
          <w:sz w:val="22"/>
        </w:rPr>
        <w:t>C. しちじ</w:t>
      </w:r>
    </w:p>
    <w:p>
      <w:pPr>
        <w:pStyle w:val="ListParagraph"/>
      </w:pPr>
      <w:r>
        <w:rPr>
          <w:sz w:val="22"/>
        </w:rPr>
        <w:t>D. はちじ</w:t>
      </w:r>
    </w:p>
    <w:p/>
    <w:p>
      <w:r>
        <w:rPr>
          <w:b/>
          <w:sz w:val="24"/>
        </w:rPr>
        <w:t>Câu 159: 6 giờ trong tiếng Nhật là gì?</w:t>
      </w:r>
    </w:p>
    <w:p>
      <w:pPr>
        <w:pStyle w:val="ListParagraph"/>
      </w:pPr>
      <w:r>
        <w:rPr>
          <w:sz w:val="22"/>
        </w:rPr>
        <w:t>A. ごじ</w:t>
      </w:r>
    </w:p>
    <w:p>
      <w:pPr>
        <w:pStyle w:val="ListParagraph"/>
      </w:pPr>
      <w:r>
        <w:rPr>
          <w:sz w:val="22"/>
        </w:rPr>
        <w:t>B. ろくじ</w:t>
      </w:r>
    </w:p>
    <w:p>
      <w:pPr>
        <w:pStyle w:val="ListParagraph"/>
      </w:pPr>
      <w:r>
        <w:rPr>
          <w:sz w:val="22"/>
        </w:rPr>
        <w:t>C. しちじ</w:t>
      </w:r>
    </w:p>
    <w:p>
      <w:pPr>
        <w:pStyle w:val="ListParagraph"/>
      </w:pPr>
      <w:r>
        <w:rPr>
          <w:sz w:val="22"/>
        </w:rPr>
        <w:t>D. くじ</w:t>
      </w:r>
    </w:p>
    <w:p/>
    <w:p>
      <w:r>
        <w:rPr>
          <w:b/>
          <w:sz w:val="24"/>
        </w:rPr>
        <w:t>Câu 160: 7 giờ trong tiếng Nhật là gì?</w:t>
      </w:r>
    </w:p>
    <w:p>
      <w:pPr>
        <w:pStyle w:val="ListParagraph"/>
      </w:pPr>
      <w:r>
        <w:rPr>
          <w:sz w:val="22"/>
        </w:rPr>
        <w:t>A. ななじ</w:t>
      </w:r>
    </w:p>
    <w:p>
      <w:pPr>
        <w:pStyle w:val="ListParagraph"/>
      </w:pPr>
      <w:r>
        <w:rPr>
          <w:sz w:val="22"/>
        </w:rPr>
        <w:t>B. しちじ</w:t>
      </w:r>
    </w:p>
    <w:p>
      <w:pPr>
        <w:pStyle w:val="ListParagraph"/>
      </w:pPr>
      <w:r>
        <w:rPr>
          <w:sz w:val="22"/>
        </w:rPr>
        <w:t>C. はちじ</w:t>
      </w:r>
    </w:p>
    <w:p>
      <w:pPr>
        <w:pStyle w:val="ListParagraph"/>
      </w:pPr>
      <w:r>
        <w:rPr>
          <w:sz w:val="22"/>
        </w:rPr>
        <w:t>D. ろくじ</w:t>
      </w:r>
    </w:p>
    <w:p/>
    <w:p>
      <w:r>
        <w:rPr>
          <w:b/>
          <w:sz w:val="24"/>
        </w:rPr>
        <w:t>Câu 161: 8 giờ trong tiếng Nhật là gì?</w:t>
      </w:r>
    </w:p>
    <w:p>
      <w:pPr>
        <w:pStyle w:val="ListParagraph"/>
      </w:pPr>
      <w:r>
        <w:rPr>
          <w:sz w:val="22"/>
        </w:rPr>
        <w:t>A. はちじ</w:t>
      </w:r>
    </w:p>
    <w:p>
      <w:pPr>
        <w:pStyle w:val="ListParagraph"/>
      </w:pPr>
      <w:r>
        <w:rPr>
          <w:sz w:val="22"/>
        </w:rPr>
        <w:t>B. くじ</w:t>
      </w:r>
    </w:p>
    <w:p>
      <w:pPr>
        <w:pStyle w:val="ListParagraph"/>
      </w:pPr>
      <w:r>
        <w:rPr>
          <w:sz w:val="22"/>
        </w:rPr>
        <w:t>C. じゅうじ</w:t>
      </w:r>
    </w:p>
    <w:p>
      <w:pPr>
        <w:pStyle w:val="ListParagraph"/>
      </w:pPr>
      <w:r>
        <w:rPr>
          <w:sz w:val="22"/>
        </w:rPr>
        <w:t>D. しちじ</w:t>
      </w:r>
    </w:p>
    <w:p/>
    <w:p>
      <w:r>
        <w:rPr>
          <w:b/>
          <w:sz w:val="24"/>
        </w:rPr>
        <w:t>Câu 162: 9 giờ trong tiếng Nhật là gì?</w:t>
      </w:r>
    </w:p>
    <w:p>
      <w:pPr>
        <w:pStyle w:val="ListParagraph"/>
      </w:pPr>
      <w:r>
        <w:rPr>
          <w:sz w:val="22"/>
        </w:rPr>
        <w:t>A. きゅうじ</w:t>
      </w:r>
    </w:p>
    <w:p>
      <w:pPr>
        <w:pStyle w:val="ListParagraph"/>
      </w:pPr>
      <w:r>
        <w:rPr>
          <w:sz w:val="22"/>
        </w:rPr>
        <w:t>B. くじ</w:t>
      </w:r>
    </w:p>
    <w:p>
      <w:pPr>
        <w:pStyle w:val="ListParagraph"/>
      </w:pPr>
      <w:r>
        <w:rPr>
          <w:sz w:val="22"/>
        </w:rPr>
        <w:t>C. はちじ</w:t>
      </w:r>
    </w:p>
    <w:p>
      <w:pPr>
        <w:pStyle w:val="ListParagraph"/>
      </w:pPr>
      <w:r>
        <w:rPr>
          <w:sz w:val="22"/>
        </w:rPr>
        <w:t>D. じゅうじ</w:t>
      </w:r>
    </w:p>
    <w:p/>
    <w:p>
      <w:r>
        <w:rPr>
          <w:b/>
          <w:sz w:val="24"/>
        </w:rPr>
        <w:t>Câu 163: 10 giờ trong tiếng Nhật là gì?</w:t>
      </w:r>
    </w:p>
    <w:p>
      <w:pPr>
        <w:pStyle w:val="ListParagraph"/>
      </w:pPr>
      <w:r>
        <w:rPr>
          <w:sz w:val="22"/>
        </w:rPr>
        <w:t>A. じゅうじ</w:t>
      </w:r>
    </w:p>
    <w:p>
      <w:pPr>
        <w:pStyle w:val="ListParagraph"/>
      </w:pPr>
      <w:r>
        <w:rPr>
          <w:sz w:val="22"/>
        </w:rPr>
        <w:t>B. くじ</w:t>
      </w:r>
    </w:p>
    <w:p>
      <w:pPr>
        <w:pStyle w:val="ListParagraph"/>
      </w:pPr>
      <w:r>
        <w:rPr>
          <w:sz w:val="22"/>
        </w:rPr>
        <w:t>C. じゅういちじ</w:t>
      </w:r>
    </w:p>
    <w:p>
      <w:pPr>
        <w:pStyle w:val="ListParagraph"/>
      </w:pPr>
      <w:r>
        <w:rPr>
          <w:sz w:val="22"/>
        </w:rPr>
        <w:t>D. じゅうにじ</w:t>
      </w:r>
    </w:p>
    <w:p/>
    <w:p>
      <w:r>
        <w:rPr>
          <w:b/>
          <w:sz w:val="24"/>
        </w:rPr>
        <w:t>Câu 164: 11 giờ trong tiếng Nhật là gì?</w:t>
      </w:r>
    </w:p>
    <w:p>
      <w:pPr>
        <w:pStyle w:val="ListParagraph"/>
      </w:pPr>
      <w:r>
        <w:rPr>
          <w:sz w:val="22"/>
        </w:rPr>
        <w:t>A. じゅうじ</w:t>
      </w:r>
    </w:p>
    <w:p>
      <w:pPr>
        <w:pStyle w:val="ListParagraph"/>
      </w:pPr>
      <w:r>
        <w:rPr>
          <w:sz w:val="22"/>
        </w:rPr>
        <w:t>B. じゅういちじ</w:t>
      </w:r>
    </w:p>
    <w:p>
      <w:pPr>
        <w:pStyle w:val="ListParagraph"/>
      </w:pPr>
      <w:r>
        <w:rPr>
          <w:sz w:val="22"/>
        </w:rPr>
        <w:t>C. じゅうにじ</w:t>
      </w:r>
    </w:p>
    <w:p>
      <w:pPr>
        <w:pStyle w:val="ListParagraph"/>
      </w:pPr>
      <w:r>
        <w:rPr>
          <w:sz w:val="22"/>
        </w:rPr>
        <w:t>D. いちじ</w:t>
      </w:r>
    </w:p>
    <w:p/>
    <w:p>
      <w:r>
        <w:rPr>
          <w:b/>
          <w:sz w:val="24"/>
        </w:rPr>
        <w:t>Câu 165: 12 giờ trong tiếng Nhật là gì?</w:t>
      </w:r>
    </w:p>
    <w:p>
      <w:pPr>
        <w:pStyle w:val="ListParagraph"/>
      </w:pPr>
      <w:r>
        <w:rPr>
          <w:sz w:val="22"/>
        </w:rPr>
        <w:t>A. じゅうじ</w:t>
      </w:r>
    </w:p>
    <w:p>
      <w:pPr>
        <w:pStyle w:val="ListParagraph"/>
      </w:pPr>
      <w:r>
        <w:rPr>
          <w:sz w:val="22"/>
        </w:rPr>
        <w:t>B. じゅういちじ</w:t>
      </w:r>
    </w:p>
    <w:p>
      <w:pPr>
        <w:pStyle w:val="ListParagraph"/>
      </w:pPr>
      <w:r>
        <w:rPr>
          <w:sz w:val="22"/>
        </w:rPr>
        <w:t>C. じゅうにじ</w:t>
      </w:r>
    </w:p>
    <w:p>
      <w:pPr>
        <w:pStyle w:val="ListParagraph"/>
      </w:pPr>
      <w:r>
        <w:rPr>
          <w:sz w:val="22"/>
        </w:rPr>
        <w:t>D. にじ</w:t>
      </w:r>
    </w:p>
    <w:p/>
    <w:p>
      <w:r>
        <w:rPr>
          <w:b/>
          <w:sz w:val="24"/>
        </w:rPr>
        <w:t>Câu 166: 4 giờ là よじ, KHÔNG đọc là gì?</w:t>
      </w:r>
    </w:p>
    <w:p>
      <w:pPr>
        <w:pStyle w:val="ListParagraph"/>
      </w:pPr>
      <w:r>
        <w:rPr>
          <w:sz w:val="22"/>
        </w:rPr>
        <w:t>A. よんじ</w:t>
      </w:r>
    </w:p>
    <w:p>
      <w:pPr>
        <w:pStyle w:val="ListParagraph"/>
      </w:pPr>
      <w:r>
        <w:rPr>
          <w:sz w:val="22"/>
        </w:rPr>
        <w:t>B. よじ</w:t>
      </w:r>
    </w:p>
    <w:p>
      <w:pPr>
        <w:pStyle w:val="ListParagraph"/>
      </w:pPr>
      <w:r>
        <w:rPr>
          <w:sz w:val="22"/>
        </w:rPr>
        <w:t>C. しじ</w:t>
      </w:r>
    </w:p>
    <w:p>
      <w:pPr>
        <w:pStyle w:val="ListParagraph"/>
      </w:pPr>
      <w:r>
        <w:rPr>
          <w:sz w:val="22"/>
        </w:rPr>
        <w:t>D. ごじ</w:t>
      </w:r>
    </w:p>
    <w:p/>
    <w:p>
      <w:r>
        <w:rPr>
          <w:b/>
          <w:sz w:val="24"/>
        </w:rPr>
        <w:t>Câu 167: 9 giờ là くじ, KHÔNG đọc là gì?</w:t>
      </w:r>
    </w:p>
    <w:p>
      <w:pPr>
        <w:pStyle w:val="ListParagraph"/>
      </w:pPr>
      <w:r>
        <w:rPr>
          <w:sz w:val="22"/>
        </w:rPr>
        <w:t>A. きゅうじ</w:t>
      </w:r>
    </w:p>
    <w:p>
      <w:pPr>
        <w:pStyle w:val="ListParagraph"/>
      </w:pPr>
      <w:r>
        <w:rPr>
          <w:sz w:val="22"/>
        </w:rPr>
        <w:t>B. くじ</w:t>
      </w:r>
    </w:p>
    <w:p>
      <w:pPr>
        <w:pStyle w:val="ListParagraph"/>
      </w:pPr>
      <w:r>
        <w:rPr>
          <w:sz w:val="22"/>
        </w:rPr>
        <w:t>C. ここのじ</w:t>
      </w:r>
    </w:p>
    <w:p>
      <w:pPr>
        <w:pStyle w:val="ListParagraph"/>
      </w:pPr>
      <w:r>
        <w:rPr>
          <w:sz w:val="22"/>
        </w:rPr>
        <w:t>D. はちじ</w:t>
      </w:r>
    </w:p>
    <w:p/>
    <w:p>
      <w:r>
        <w:rPr>
          <w:b/>
          <w:sz w:val="24"/>
        </w:rPr>
        <w:t>Câu 168: 7 giờ là しちじ, KHÔNG đọc là gì?</w:t>
      </w:r>
    </w:p>
    <w:p>
      <w:pPr>
        <w:pStyle w:val="ListParagraph"/>
      </w:pPr>
      <w:r>
        <w:rPr>
          <w:sz w:val="22"/>
        </w:rPr>
        <w:t>A. ななじ</w:t>
      </w:r>
    </w:p>
    <w:p>
      <w:pPr>
        <w:pStyle w:val="ListParagraph"/>
      </w:pPr>
      <w:r>
        <w:rPr>
          <w:sz w:val="22"/>
        </w:rPr>
        <w:t>B. しちじ</w:t>
      </w:r>
    </w:p>
    <w:p>
      <w:pPr>
        <w:pStyle w:val="ListParagraph"/>
      </w:pPr>
      <w:r>
        <w:rPr>
          <w:sz w:val="22"/>
        </w:rPr>
        <w:t>C. ろくじ</w:t>
      </w:r>
    </w:p>
    <w:p>
      <w:pPr>
        <w:pStyle w:val="ListParagraph"/>
      </w:pPr>
      <w:r>
        <w:rPr>
          <w:sz w:val="22"/>
        </w:rPr>
        <w:t>D. はちじ</w:t>
      </w:r>
    </w:p>
    <w:p/>
    <w:p>
      <w:r>
        <w:rPr>
          <w:b/>
          <w:sz w:val="24"/>
        </w:rPr>
        <w:t>Câu 169: 1 phút trong tiếng Nhật là gì?</w:t>
      </w:r>
    </w:p>
    <w:p>
      <w:pPr>
        <w:pStyle w:val="ListParagraph"/>
      </w:pPr>
      <w:r>
        <w:rPr>
          <w:sz w:val="22"/>
        </w:rPr>
        <w:t>A. いっぷん</w:t>
      </w:r>
    </w:p>
    <w:p>
      <w:pPr>
        <w:pStyle w:val="ListParagraph"/>
      </w:pPr>
      <w:r>
        <w:rPr>
          <w:sz w:val="22"/>
        </w:rPr>
        <w:t>B. にふん</w:t>
      </w:r>
    </w:p>
    <w:p>
      <w:pPr>
        <w:pStyle w:val="ListParagraph"/>
      </w:pPr>
      <w:r>
        <w:rPr>
          <w:sz w:val="22"/>
        </w:rPr>
        <w:t>C. さんぷん</w:t>
      </w:r>
    </w:p>
    <w:p>
      <w:pPr>
        <w:pStyle w:val="ListParagraph"/>
      </w:pPr>
      <w:r>
        <w:rPr>
          <w:sz w:val="22"/>
        </w:rPr>
        <w:t>D. よんぷん</w:t>
      </w:r>
    </w:p>
    <w:p/>
    <w:p>
      <w:r>
        <w:rPr>
          <w:b/>
          <w:sz w:val="24"/>
        </w:rPr>
        <w:t>Câu 170: 2 phút trong tiếng Nhật là gì?</w:t>
      </w:r>
    </w:p>
    <w:p>
      <w:pPr>
        <w:pStyle w:val="ListParagraph"/>
      </w:pPr>
      <w:r>
        <w:rPr>
          <w:sz w:val="22"/>
        </w:rPr>
        <w:t>A. いっぷん</w:t>
      </w:r>
    </w:p>
    <w:p>
      <w:pPr>
        <w:pStyle w:val="ListParagraph"/>
      </w:pPr>
      <w:r>
        <w:rPr>
          <w:sz w:val="22"/>
        </w:rPr>
        <w:t>B. にふん</w:t>
      </w:r>
    </w:p>
    <w:p>
      <w:pPr>
        <w:pStyle w:val="ListParagraph"/>
      </w:pPr>
      <w:r>
        <w:rPr>
          <w:sz w:val="22"/>
        </w:rPr>
        <w:t>C. さんぷん</w:t>
      </w:r>
    </w:p>
    <w:p>
      <w:pPr>
        <w:pStyle w:val="ListParagraph"/>
      </w:pPr>
      <w:r>
        <w:rPr>
          <w:sz w:val="22"/>
        </w:rPr>
        <w:t>D. ごふん</w:t>
      </w:r>
    </w:p>
    <w:p/>
    <w:p>
      <w:r>
        <w:rPr>
          <w:b/>
          <w:sz w:val="24"/>
        </w:rPr>
        <w:t>Câu 171: 3 phút trong tiếng Nhật là gì?</w:t>
      </w:r>
    </w:p>
    <w:p>
      <w:pPr>
        <w:pStyle w:val="ListParagraph"/>
      </w:pPr>
      <w:r>
        <w:rPr>
          <w:sz w:val="22"/>
        </w:rPr>
        <w:t>A. にふん</w:t>
      </w:r>
    </w:p>
    <w:p>
      <w:pPr>
        <w:pStyle w:val="ListParagraph"/>
      </w:pPr>
      <w:r>
        <w:rPr>
          <w:sz w:val="22"/>
        </w:rPr>
        <w:t>B. さんぷん</w:t>
      </w:r>
    </w:p>
    <w:p>
      <w:pPr>
        <w:pStyle w:val="ListParagraph"/>
      </w:pPr>
      <w:r>
        <w:rPr>
          <w:sz w:val="22"/>
        </w:rPr>
        <w:t>C. よんぷん</w:t>
      </w:r>
    </w:p>
    <w:p>
      <w:pPr>
        <w:pStyle w:val="ListParagraph"/>
      </w:pPr>
      <w:r>
        <w:rPr>
          <w:sz w:val="22"/>
        </w:rPr>
        <w:t>D. ろっぷん</w:t>
      </w:r>
    </w:p>
    <w:p/>
    <w:p>
      <w:r>
        <w:rPr>
          <w:b/>
          <w:sz w:val="24"/>
        </w:rPr>
        <w:t>Câu 172: 4 phút trong tiếng Nhật là gì?</w:t>
      </w:r>
    </w:p>
    <w:p>
      <w:pPr>
        <w:pStyle w:val="ListParagraph"/>
      </w:pPr>
      <w:r>
        <w:rPr>
          <w:sz w:val="22"/>
        </w:rPr>
        <w:t>A. さんぷん</w:t>
      </w:r>
    </w:p>
    <w:p>
      <w:pPr>
        <w:pStyle w:val="ListParagraph"/>
      </w:pPr>
      <w:r>
        <w:rPr>
          <w:sz w:val="22"/>
        </w:rPr>
        <w:t>B. よんぷん</w:t>
      </w:r>
    </w:p>
    <w:p>
      <w:pPr>
        <w:pStyle w:val="ListParagraph"/>
      </w:pPr>
      <w:r>
        <w:rPr>
          <w:sz w:val="22"/>
        </w:rPr>
        <w:t>C. ごふん</w:t>
      </w:r>
    </w:p>
    <w:p>
      <w:pPr>
        <w:pStyle w:val="ListParagraph"/>
      </w:pPr>
      <w:r>
        <w:rPr>
          <w:sz w:val="22"/>
        </w:rPr>
        <w:t>D. ななふん</w:t>
      </w:r>
    </w:p>
    <w:p/>
    <w:p>
      <w:r>
        <w:rPr>
          <w:b/>
          <w:sz w:val="24"/>
        </w:rPr>
        <w:t>Câu 173: 5 phút trong tiếng Nhật là gì?</w:t>
      </w:r>
    </w:p>
    <w:p>
      <w:pPr>
        <w:pStyle w:val="ListParagraph"/>
      </w:pPr>
      <w:r>
        <w:rPr>
          <w:sz w:val="22"/>
        </w:rPr>
        <w:t>A. よんぷん</w:t>
      </w:r>
    </w:p>
    <w:p>
      <w:pPr>
        <w:pStyle w:val="ListParagraph"/>
      </w:pPr>
      <w:r>
        <w:rPr>
          <w:sz w:val="22"/>
        </w:rPr>
        <w:t>B. ごふん</w:t>
      </w:r>
    </w:p>
    <w:p>
      <w:pPr>
        <w:pStyle w:val="ListParagraph"/>
      </w:pPr>
      <w:r>
        <w:rPr>
          <w:sz w:val="22"/>
        </w:rPr>
        <w:t>C. ろっぷん</w:t>
      </w:r>
    </w:p>
    <w:p>
      <w:pPr>
        <w:pStyle w:val="ListParagraph"/>
      </w:pPr>
      <w:r>
        <w:rPr>
          <w:sz w:val="22"/>
        </w:rPr>
        <w:t>D. はっぷん</w:t>
      </w:r>
    </w:p>
    <w:p/>
    <w:p>
      <w:r>
        <w:rPr>
          <w:b/>
          <w:sz w:val="24"/>
        </w:rPr>
        <w:t>Câu 174: 6 phút trong tiếng Nhật là gì?</w:t>
      </w:r>
    </w:p>
    <w:p>
      <w:pPr>
        <w:pStyle w:val="ListParagraph"/>
      </w:pPr>
      <w:r>
        <w:rPr>
          <w:sz w:val="22"/>
        </w:rPr>
        <w:t>A. ごふん</w:t>
      </w:r>
    </w:p>
    <w:p>
      <w:pPr>
        <w:pStyle w:val="ListParagraph"/>
      </w:pPr>
      <w:r>
        <w:rPr>
          <w:sz w:val="22"/>
        </w:rPr>
        <w:t>B. ろっぷん</w:t>
      </w:r>
    </w:p>
    <w:p>
      <w:pPr>
        <w:pStyle w:val="ListParagraph"/>
      </w:pPr>
      <w:r>
        <w:rPr>
          <w:sz w:val="22"/>
        </w:rPr>
        <w:t>C. ななふん</w:t>
      </w:r>
    </w:p>
    <w:p>
      <w:pPr>
        <w:pStyle w:val="ListParagraph"/>
      </w:pPr>
      <w:r>
        <w:rPr>
          <w:sz w:val="22"/>
        </w:rPr>
        <w:t>D. きゅうふん</w:t>
      </w:r>
    </w:p>
    <w:p/>
    <w:p>
      <w:r>
        <w:rPr>
          <w:b/>
          <w:sz w:val="24"/>
        </w:rPr>
        <w:t>Câu 175: 7 phút trong tiếng Nhật là gì?</w:t>
      </w:r>
    </w:p>
    <w:p>
      <w:pPr>
        <w:pStyle w:val="ListParagraph"/>
      </w:pPr>
      <w:r>
        <w:rPr>
          <w:sz w:val="22"/>
        </w:rPr>
        <w:t>A. ろっぷん</w:t>
      </w:r>
    </w:p>
    <w:p>
      <w:pPr>
        <w:pStyle w:val="ListParagraph"/>
      </w:pPr>
      <w:r>
        <w:rPr>
          <w:sz w:val="22"/>
        </w:rPr>
        <w:t>B. ななふん</w:t>
      </w:r>
    </w:p>
    <w:p>
      <w:pPr>
        <w:pStyle w:val="ListParagraph"/>
      </w:pPr>
      <w:r>
        <w:rPr>
          <w:sz w:val="22"/>
        </w:rPr>
        <w:t>C. はっぷん</w:t>
      </w:r>
    </w:p>
    <w:p>
      <w:pPr>
        <w:pStyle w:val="ListParagraph"/>
      </w:pPr>
      <w:r>
        <w:rPr>
          <w:sz w:val="22"/>
        </w:rPr>
        <w:t>D. じゅっぷん</w:t>
      </w:r>
    </w:p>
    <w:p/>
    <w:p>
      <w:r>
        <w:rPr>
          <w:b/>
          <w:sz w:val="24"/>
        </w:rPr>
        <w:t>Câu 176: 8 phút trong tiếng Nhật là gì?</w:t>
      </w:r>
    </w:p>
    <w:p>
      <w:pPr>
        <w:pStyle w:val="ListParagraph"/>
      </w:pPr>
      <w:r>
        <w:rPr>
          <w:sz w:val="22"/>
        </w:rPr>
        <w:t>A. ななふん</w:t>
      </w:r>
    </w:p>
    <w:p>
      <w:pPr>
        <w:pStyle w:val="ListParagraph"/>
      </w:pPr>
      <w:r>
        <w:rPr>
          <w:sz w:val="22"/>
        </w:rPr>
        <w:t>B. はっぷん</w:t>
      </w:r>
    </w:p>
    <w:p>
      <w:pPr>
        <w:pStyle w:val="ListParagraph"/>
      </w:pPr>
      <w:r>
        <w:rPr>
          <w:sz w:val="22"/>
        </w:rPr>
        <w:t>C. きゅうふん</w:t>
      </w:r>
    </w:p>
    <w:p>
      <w:pPr>
        <w:pStyle w:val="ListParagraph"/>
      </w:pPr>
      <w:r>
        <w:rPr>
          <w:sz w:val="22"/>
        </w:rPr>
        <w:t>D. じゅっぷん</w:t>
      </w:r>
    </w:p>
    <w:p/>
    <w:p>
      <w:r>
        <w:rPr>
          <w:b/>
          <w:sz w:val="24"/>
        </w:rPr>
        <w:t>Câu 177: 9 phút trong tiếng Nhật là gì?</w:t>
      </w:r>
    </w:p>
    <w:p>
      <w:pPr>
        <w:pStyle w:val="ListParagraph"/>
      </w:pPr>
      <w:r>
        <w:rPr>
          <w:sz w:val="22"/>
        </w:rPr>
        <w:t>A. はっぷん</w:t>
      </w:r>
    </w:p>
    <w:p>
      <w:pPr>
        <w:pStyle w:val="ListParagraph"/>
      </w:pPr>
      <w:r>
        <w:rPr>
          <w:sz w:val="22"/>
        </w:rPr>
        <w:t>B. きゅうふん</w:t>
      </w:r>
    </w:p>
    <w:p>
      <w:pPr>
        <w:pStyle w:val="ListParagraph"/>
      </w:pPr>
      <w:r>
        <w:rPr>
          <w:sz w:val="22"/>
        </w:rPr>
        <w:t>C. じゅっぷん</w:t>
      </w:r>
    </w:p>
    <w:p>
      <w:pPr>
        <w:pStyle w:val="ListParagraph"/>
      </w:pPr>
      <w:r>
        <w:rPr>
          <w:sz w:val="22"/>
        </w:rPr>
        <w:t>D. ろっぷん</w:t>
      </w:r>
    </w:p>
    <w:p/>
    <w:p>
      <w:r>
        <w:rPr>
          <w:b/>
          <w:sz w:val="24"/>
        </w:rPr>
        <w:t>Câu 178: 10 phút trong tiếng Nhật là gì?</w:t>
      </w:r>
    </w:p>
    <w:p>
      <w:pPr>
        <w:pStyle w:val="ListParagraph"/>
      </w:pPr>
      <w:r>
        <w:rPr>
          <w:sz w:val="22"/>
        </w:rPr>
        <w:t>A. きゅうふん</w:t>
      </w:r>
    </w:p>
    <w:p>
      <w:pPr>
        <w:pStyle w:val="ListParagraph"/>
      </w:pPr>
      <w:r>
        <w:rPr>
          <w:sz w:val="22"/>
        </w:rPr>
        <w:t>B. じゅっぷん</w:t>
      </w:r>
    </w:p>
    <w:p>
      <w:pPr>
        <w:pStyle w:val="ListParagraph"/>
      </w:pPr>
      <w:r>
        <w:rPr>
          <w:sz w:val="22"/>
        </w:rPr>
        <w:t>C. はっぷん</w:t>
      </w:r>
    </w:p>
    <w:p>
      <w:pPr>
        <w:pStyle w:val="ListParagraph"/>
      </w:pPr>
      <w:r>
        <w:rPr>
          <w:sz w:val="22"/>
        </w:rPr>
        <w:t>D. ななふん</w:t>
      </w:r>
    </w:p>
    <w:p/>
    <w:p>
      <w:r>
        <w:rPr>
          <w:b/>
          <w:sz w:val="24"/>
        </w:rPr>
        <w:t>Câu 179: 「いっぷん」nghĩa là mấy phút?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180: 「にふん」nghĩa là mấy phút?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181: 「さんぷん」nghĩa là mấy phút?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182: 「よんぷん」nghĩa là mấy phút?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183: 「ごふん」nghĩa là mấy phút?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184: 「ろっぷん」nghĩa là mấy phút?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185: 「ななふん」nghĩa là mấy phút?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186: 「はっぷん」nghĩa là mấy phút?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187: 「きゅうふん」nghĩa là mấy phút?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188: 「じゅっぷん」nghĩa là mấy phút?</w:t>
      </w:r>
    </w:p>
    <w:p>
      <w:pPr>
        <w:pStyle w:val="ListParagraph"/>
      </w:pPr>
      <w:r>
        <w:rPr>
          <w:sz w:val="22"/>
        </w:rPr>
        <w:t>A. 9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189: Romaji của「ひとり」là gì?</w:t>
      </w:r>
    </w:p>
    <w:p>
      <w:pPr>
        <w:pStyle w:val="ListParagraph"/>
      </w:pPr>
      <w:r>
        <w:rPr>
          <w:sz w:val="22"/>
        </w:rPr>
        <w:t>A. hitori</w:t>
      </w:r>
    </w:p>
    <w:p>
      <w:pPr>
        <w:pStyle w:val="ListParagraph"/>
      </w:pPr>
      <w:r>
        <w:rPr>
          <w:sz w:val="22"/>
        </w:rPr>
        <w:t>B. futari</w:t>
      </w:r>
    </w:p>
    <w:p>
      <w:pPr>
        <w:pStyle w:val="ListParagraph"/>
      </w:pPr>
      <w:r>
        <w:rPr>
          <w:sz w:val="22"/>
        </w:rPr>
        <w:t>C. sannin</w:t>
      </w:r>
    </w:p>
    <w:p>
      <w:pPr>
        <w:pStyle w:val="ListParagraph"/>
      </w:pPr>
      <w:r>
        <w:rPr>
          <w:sz w:val="22"/>
        </w:rPr>
        <w:t>D. yonin</w:t>
      </w:r>
    </w:p>
    <w:p/>
    <w:p>
      <w:r>
        <w:rPr>
          <w:b/>
          <w:sz w:val="24"/>
        </w:rPr>
        <w:t>Câu 190: Romaji của「ふたり」là gì?</w:t>
      </w:r>
    </w:p>
    <w:p>
      <w:pPr>
        <w:pStyle w:val="ListParagraph"/>
      </w:pPr>
      <w:r>
        <w:rPr>
          <w:sz w:val="22"/>
        </w:rPr>
        <w:t>A. hitori</w:t>
      </w:r>
    </w:p>
    <w:p>
      <w:pPr>
        <w:pStyle w:val="ListParagraph"/>
      </w:pPr>
      <w:r>
        <w:rPr>
          <w:sz w:val="22"/>
        </w:rPr>
        <w:t>B. futari</w:t>
      </w:r>
    </w:p>
    <w:p>
      <w:pPr>
        <w:pStyle w:val="ListParagraph"/>
      </w:pPr>
      <w:r>
        <w:rPr>
          <w:sz w:val="22"/>
        </w:rPr>
        <w:t>C. gonin</w:t>
      </w:r>
    </w:p>
    <w:p>
      <w:pPr>
        <w:pStyle w:val="ListParagraph"/>
      </w:pPr>
      <w:r>
        <w:rPr>
          <w:sz w:val="22"/>
        </w:rPr>
        <w:t>D. rokunin</w:t>
      </w:r>
    </w:p>
    <w:p/>
    <w:p>
      <w:r>
        <w:rPr>
          <w:b/>
          <w:sz w:val="24"/>
        </w:rPr>
        <w:t>Câu 191: Romaji của「よにん」là gì?</w:t>
      </w:r>
    </w:p>
    <w:p>
      <w:pPr>
        <w:pStyle w:val="ListParagraph"/>
      </w:pPr>
      <w:r>
        <w:rPr>
          <w:sz w:val="22"/>
        </w:rPr>
        <w:t>A. sannin</w:t>
      </w:r>
    </w:p>
    <w:p>
      <w:pPr>
        <w:pStyle w:val="ListParagraph"/>
      </w:pPr>
      <w:r>
        <w:rPr>
          <w:sz w:val="22"/>
        </w:rPr>
        <w:t>B. yonin</w:t>
      </w:r>
    </w:p>
    <w:p>
      <w:pPr>
        <w:pStyle w:val="ListParagraph"/>
      </w:pPr>
      <w:r>
        <w:rPr>
          <w:sz w:val="22"/>
        </w:rPr>
        <w:t>C. gonin</w:t>
      </w:r>
    </w:p>
    <w:p>
      <w:pPr>
        <w:pStyle w:val="ListParagraph"/>
      </w:pPr>
      <w:r>
        <w:rPr>
          <w:sz w:val="22"/>
        </w:rPr>
        <w:t>D. hachinin</w:t>
      </w:r>
    </w:p>
    <w:p/>
    <w:p>
      <w:r>
        <w:rPr>
          <w:b/>
          <w:sz w:val="24"/>
        </w:rPr>
        <w:t>Câu 192: Romaji của「ひとつ」là gì?</w:t>
      </w:r>
    </w:p>
    <w:p>
      <w:pPr>
        <w:pStyle w:val="ListParagraph"/>
      </w:pPr>
      <w:r>
        <w:rPr>
          <w:sz w:val="22"/>
        </w:rPr>
        <w:t>A. hitotsu</w:t>
      </w:r>
    </w:p>
    <w:p>
      <w:pPr>
        <w:pStyle w:val="ListParagraph"/>
      </w:pPr>
      <w:r>
        <w:rPr>
          <w:sz w:val="22"/>
        </w:rPr>
        <w:t>B. futatsu</w:t>
      </w:r>
    </w:p>
    <w:p>
      <w:pPr>
        <w:pStyle w:val="ListParagraph"/>
      </w:pPr>
      <w:r>
        <w:rPr>
          <w:sz w:val="22"/>
        </w:rPr>
        <w:t>C. mittsu</w:t>
      </w:r>
    </w:p>
    <w:p>
      <w:pPr>
        <w:pStyle w:val="ListParagraph"/>
      </w:pPr>
      <w:r>
        <w:rPr>
          <w:sz w:val="22"/>
        </w:rPr>
        <w:t>D. yottsu</w:t>
      </w:r>
    </w:p>
    <w:p/>
    <w:p>
      <w:r>
        <w:rPr>
          <w:b/>
          <w:sz w:val="24"/>
        </w:rPr>
        <w:t>Câu 193: Romaji của「とお」là gì?</w:t>
      </w:r>
    </w:p>
    <w:p>
      <w:pPr>
        <w:pStyle w:val="ListParagraph"/>
      </w:pPr>
      <w:r>
        <w:rPr>
          <w:sz w:val="22"/>
        </w:rPr>
        <w:t>A. too</w:t>
      </w:r>
    </w:p>
    <w:p>
      <w:pPr>
        <w:pStyle w:val="ListParagraph"/>
      </w:pPr>
      <w:r>
        <w:rPr>
          <w:sz w:val="22"/>
        </w:rPr>
        <w:t>B. tou</w:t>
      </w:r>
    </w:p>
    <w:p>
      <w:pPr>
        <w:pStyle w:val="ListParagraph"/>
      </w:pPr>
      <w:r>
        <w:rPr>
          <w:sz w:val="22"/>
        </w:rPr>
        <w:t>C. kokonotsu</w:t>
      </w:r>
    </w:p>
    <w:p>
      <w:pPr>
        <w:pStyle w:val="ListParagraph"/>
      </w:pPr>
      <w:r>
        <w:rPr>
          <w:sz w:val="22"/>
        </w:rPr>
        <w:t>D. yattsu</w:t>
      </w:r>
    </w:p>
    <w:p/>
    <w:p>
      <w:r>
        <w:rPr>
          <w:b/>
          <w:sz w:val="24"/>
        </w:rPr>
        <w:t>Câu 194: Romaji của「ここのつ」là gì?</w:t>
      </w:r>
    </w:p>
    <w:p>
      <w:pPr>
        <w:pStyle w:val="ListParagraph"/>
      </w:pPr>
      <w:r>
        <w:rPr>
          <w:sz w:val="22"/>
        </w:rPr>
        <w:t>A. kokonotsu</w:t>
      </w:r>
    </w:p>
    <w:p>
      <w:pPr>
        <w:pStyle w:val="ListParagraph"/>
      </w:pPr>
      <w:r>
        <w:rPr>
          <w:sz w:val="22"/>
        </w:rPr>
        <w:t>B. kokono</w:t>
      </w:r>
    </w:p>
    <w:p>
      <w:pPr>
        <w:pStyle w:val="ListParagraph"/>
      </w:pPr>
      <w:r>
        <w:rPr>
          <w:sz w:val="22"/>
        </w:rPr>
        <w:t>C. yattsu</w:t>
      </w:r>
    </w:p>
    <w:p>
      <w:pPr>
        <w:pStyle w:val="ListParagraph"/>
      </w:pPr>
      <w:r>
        <w:rPr>
          <w:sz w:val="22"/>
        </w:rPr>
        <w:t>D. nanatsu</w:t>
      </w:r>
    </w:p>
    <w:p/>
    <w:p>
      <w:r>
        <w:rPr>
          <w:b/>
          <w:sz w:val="24"/>
        </w:rPr>
        <w:t>Câu 195: Romaji của「いっぽん」là gì?</w:t>
      </w:r>
    </w:p>
    <w:p>
      <w:pPr>
        <w:pStyle w:val="ListParagraph"/>
      </w:pPr>
      <w:r>
        <w:rPr>
          <w:sz w:val="22"/>
        </w:rPr>
        <w:t>A. ippon</w:t>
      </w:r>
    </w:p>
    <w:p>
      <w:pPr>
        <w:pStyle w:val="ListParagraph"/>
      </w:pPr>
      <w:r>
        <w:rPr>
          <w:sz w:val="22"/>
        </w:rPr>
        <w:t>B. nihon</w:t>
      </w:r>
    </w:p>
    <w:p>
      <w:pPr>
        <w:pStyle w:val="ListParagraph"/>
      </w:pPr>
      <w:r>
        <w:rPr>
          <w:sz w:val="22"/>
        </w:rPr>
        <w:t>C. sanbon</w:t>
      </w:r>
    </w:p>
    <w:p>
      <w:pPr>
        <w:pStyle w:val="ListParagraph"/>
      </w:pPr>
      <w:r>
        <w:rPr>
          <w:sz w:val="22"/>
        </w:rPr>
        <w:t>D. roppon</w:t>
      </w:r>
    </w:p>
    <w:p/>
    <w:p>
      <w:r>
        <w:rPr>
          <w:b/>
          <w:sz w:val="24"/>
        </w:rPr>
        <w:t>Câu 196: Romaji của「さんぼん」là gì?</w:t>
      </w:r>
    </w:p>
    <w:p>
      <w:pPr>
        <w:pStyle w:val="ListParagraph"/>
      </w:pPr>
      <w:r>
        <w:rPr>
          <w:sz w:val="22"/>
        </w:rPr>
        <w:t>A. sanbon</w:t>
      </w:r>
    </w:p>
    <w:p>
      <w:pPr>
        <w:pStyle w:val="ListParagraph"/>
      </w:pPr>
      <w:r>
        <w:rPr>
          <w:sz w:val="22"/>
        </w:rPr>
        <w:t>B. sanpon</w:t>
      </w:r>
    </w:p>
    <w:p>
      <w:pPr>
        <w:pStyle w:val="ListParagraph"/>
      </w:pPr>
      <w:r>
        <w:rPr>
          <w:sz w:val="22"/>
        </w:rPr>
        <w:t>C. sanhon</w:t>
      </w:r>
    </w:p>
    <w:p>
      <w:pPr>
        <w:pStyle w:val="ListParagraph"/>
      </w:pPr>
      <w:r>
        <w:rPr>
          <w:sz w:val="22"/>
        </w:rPr>
        <w:t>D. sanbonn</w:t>
      </w:r>
    </w:p>
    <w:p/>
    <w:p>
      <w:r>
        <w:rPr>
          <w:b/>
          <w:sz w:val="24"/>
        </w:rPr>
        <w:t>Câu 197: Romaji của「ろっぽん」là gì?</w:t>
      </w:r>
    </w:p>
    <w:p>
      <w:pPr>
        <w:pStyle w:val="ListParagraph"/>
      </w:pPr>
      <w:r>
        <w:rPr>
          <w:sz w:val="22"/>
        </w:rPr>
        <w:t>A. roppon</w:t>
      </w:r>
    </w:p>
    <w:p>
      <w:pPr>
        <w:pStyle w:val="ListParagraph"/>
      </w:pPr>
      <w:r>
        <w:rPr>
          <w:sz w:val="22"/>
        </w:rPr>
        <w:t>B. rokuhon</w:t>
      </w:r>
    </w:p>
    <w:p>
      <w:pPr>
        <w:pStyle w:val="ListParagraph"/>
      </w:pPr>
      <w:r>
        <w:rPr>
          <w:sz w:val="22"/>
        </w:rPr>
        <w:t>C. ropponh</w:t>
      </w:r>
    </w:p>
    <w:p>
      <w:pPr>
        <w:pStyle w:val="ListParagraph"/>
      </w:pPr>
      <w:r>
        <w:rPr>
          <w:sz w:val="22"/>
        </w:rPr>
        <w:t>D. rokupon</w:t>
      </w:r>
    </w:p>
    <w:p/>
    <w:p>
      <w:r>
        <w:rPr>
          <w:b/>
          <w:sz w:val="24"/>
        </w:rPr>
        <w:t>Câu 198: Romaji của「じゅっぽん」là gì?</w:t>
      </w:r>
    </w:p>
    <w:p>
      <w:pPr>
        <w:pStyle w:val="ListParagraph"/>
      </w:pPr>
      <w:r>
        <w:rPr>
          <w:sz w:val="22"/>
        </w:rPr>
        <w:t>A. juppon</w:t>
      </w:r>
    </w:p>
    <w:p>
      <w:pPr>
        <w:pStyle w:val="ListParagraph"/>
      </w:pPr>
      <w:r>
        <w:rPr>
          <w:sz w:val="22"/>
        </w:rPr>
        <w:t>B. juupon</w:t>
      </w:r>
    </w:p>
    <w:p>
      <w:pPr>
        <w:pStyle w:val="ListParagraph"/>
      </w:pPr>
      <w:r>
        <w:rPr>
          <w:sz w:val="22"/>
        </w:rPr>
        <w:t>C. jupponh</w:t>
      </w:r>
    </w:p>
    <w:p>
      <w:pPr>
        <w:pStyle w:val="ListParagraph"/>
      </w:pPr>
      <w:r>
        <w:rPr>
          <w:sz w:val="22"/>
        </w:rPr>
        <w:t>D. juhon</w:t>
      </w:r>
    </w:p>
    <w:p/>
    <w:p>
      <w:r>
        <w:rPr>
          <w:b/>
          <w:sz w:val="24"/>
        </w:rPr>
        <w:t>Câu 199: Romaji của「いちまい」là gì?</w:t>
      </w:r>
    </w:p>
    <w:p>
      <w:pPr>
        <w:pStyle w:val="ListParagraph"/>
      </w:pPr>
      <w:r>
        <w:rPr>
          <w:sz w:val="22"/>
        </w:rPr>
        <w:t>A. ichimai</w:t>
      </w:r>
    </w:p>
    <w:p>
      <w:pPr>
        <w:pStyle w:val="ListParagraph"/>
      </w:pPr>
      <w:r>
        <w:rPr>
          <w:sz w:val="22"/>
        </w:rPr>
        <w:t>B. nimai</w:t>
      </w:r>
    </w:p>
    <w:p>
      <w:pPr>
        <w:pStyle w:val="ListParagraph"/>
      </w:pPr>
      <w:r>
        <w:rPr>
          <w:sz w:val="22"/>
        </w:rPr>
        <w:t>C. sanmai</w:t>
      </w:r>
    </w:p>
    <w:p>
      <w:pPr>
        <w:pStyle w:val="ListParagraph"/>
      </w:pPr>
      <w:r>
        <w:rPr>
          <w:sz w:val="22"/>
        </w:rPr>
        <w:t>D. gomai</w:t>
      </w:r>
    </w:p>
    <w:p/>
    <w:p>
      <w:r>
        <w:rPr>
          <w:b/>
          <w:sz w:val="24"/>
        </w:rPr>
        <w:t>Câu 200: Romaji của「じゅうまい」là gì?</w:t>
      </w:r>
    </w:p>
    <w:p>
      <w:pPr>
        <w:pStyle w:val="ListParagraph"/>
      </w:pPr>
      <w:r>
        <w:rPr>
          <w:sz w:val="22"/>
        </w:rPr>
        <w:t>A. juumai</w:t>
      </w:r>
    </w:p>
    <w:p>
      <w:pPr>
        <w:pStyle w:val="ListParagraph"/>
      </w:pPr>
      <w:r>
        <w:rPr>
          <w:sz w:val="22"/>
        </w:rPr>
        <w:t>B. jumai</w:t>
      </w:r>
    </w:p>
    <w:p>
      <w:pPr>
        <w:pStyle w:val="ListParagraph"/>
      </w:pPr>
      <w:r>
        <w:rPr>
          <w:sz w:val="22"/>
        </w:rPr>
        <w:t>C. juumae</w:t>
      </w:r>
    </w:p>
    <w:p>
      <w:pPr>
        <w:pStyle w:val="ListParagraph"/>
      </w:pPr>
      <w:r>
        <w:rPr>
          <w:sz w:val="22"/>
        </w:rPr>
        <w:t>D. juumaii</w:t>
      </w:r>
    </w:p>
    <w:p/>
    <w:p>
      <w:r>
        <w:rPr>
          <w:b/>
          <w:sz w:val="24"/>
        </w:rPr>
        <w:t>Câu 201: Romaji của「いっかい」là gì?</w:t>
      </w:r>
    </w:p>
    <w:p>
      <w:pPr>
        <w:pStyle w:val="ListParagraph"/>
      </w:pPr>
      <w:r>
        <w:rPr>
          <w:sz w:val="22"/>
        </w:rPr>
        <w:t>A. ikkai</w:t>
      </w:r>
    </w:p>
    <w:p>
      <w:pPr>
        <w:pStyle w:val="ListParagraph"/>
      </w:pPr>
      <w:r>
        <w:rPr>
          <w:sz w:val="22"/>
        </w:rPr>
        <w:t>B. nikai</w:t>
      </w:r>
    </w:p>
    <w:p>
      <w:pPr>
        <w:pStyle w:val="ListParagraph"/>
      </w:pPr>
      <w:r>
        <w:rPr>
          <w:sz w:val="22"/>
        </w:rPr>
        <w:t>C. sankai</w:t>
      </w:r>
    </w:p>
    <w:p>
      <w:pPr>
        <w:pStyle w:val="ListParagraph"/>
      </w:pPr>
      <w:r>
        <w:rPr>
          <w:sz w:val="22"/>
        </w:rPr>
        <w:t>D. rokkai</w:t>
      </w:r>
    </w:p>
    <w:p/>
    <w:p>
      <w:r>
        <w:rPr>
          <w:b/>
          <w:sz w:val="24"/>
        </w:rPr>
        <w:t>Câu 202: Romaji của「ろっかい」là gì?</w:t>
      </w:r>
    </w:p>
    <w:p>
      <w:pPr>
        <w:pStyle w:val="ListParagraph"/>
      </w:pPr>
      <w:r>
        <w:rPr>
          <w:sz w:val="22"/>
        </w:rPr>
        <w:t>A. rokkai</w:t>
      </w:r>
    </w:p>
    <w:p>
      <w:pPr>
        <w:pStyle w:val="ListParagraph"/>
      </w:pPr>
      <w:r>
        <w:rPr>
          <w:sz w:val="22"/>
        </w:rPr>
        <w:t>B. rokukai</w:t>
      </w:r>
    </w:p>
    <w:p>
      <w:pPr>
        <w:pStyle w:val="ListParagraph"/>
      </w:pPr>
      <w:r>
        <w:rPr>
          <w:sz w:val="22"/>
        </w:rPr>
        <w:t>C. rokkaih</w:t>
      </w:r>
    </w:p>
    <w:p>
      <w:pPr>
        <w:pStyle w:val="ListParagraph"/>
      </w:pPr>
      <w:r>
        <w:rPr>
          <w:sz w:val="22"/>
        </w:rPr>
        <w:t>D. rokai</w:t>
      </w:r>
    </w:p>
    <w:p/>
    <w:p>
      <w:r>
        <w:rPr>
          <w:b/>
          <w:sz w:val="24"/>
        </w:rPr>
        <w:t>Câu 203: Romaji của「いっさい」là gì?</w:t>
      </w:r>
    </w:p>
    <w:p>
      <w:pPr>
        <w:pStyle w:val="ListParagraph"/>
      </w:pPr>
      <w:r>
        <w:rPr>
          <w:sz w:val="22"/>
        </w:rPr>
        <w:t>A. issai</w:t>
      </w:r>
    </w:p>
    <w:p>
      <w:pPr>
        <w:pStyle w:val="ListParagraph"/>
      </w:pPr>
      <w:r>
        <w:rPr>
          <w:sz w:val="22"/>
        </w:rPr>
        <w:t>B. nisai</w:t>
      </w:r>
    </w:p>
    <w:p>
      <w:pPr>
        <w:pStyle w:val="ListParagraph"/>
      </w:pPr>
      <w:r>
        <w:rPr>
          <w:sz w:val="22"/>
        </w:rPr>
        <w:t>C. sansai</w:t>
      </w:r>
    </w:p>
    <w:p>
      <w:pPr>
        <w:pStyle w:val="ListParagraph"/>
      </w:pPr>
      <w:r>
        <w:rPr>
          <w:sz w:val="22"/>
        </w:rPr>
        <w:t>D. hassai</w:t>
      </w:r>
    </w:p>
    <w:p/>
    <w:p>
      <w:r>
        <w:rPr>
          <w:b/>
          <w:sz w:val="24"/>
        </w:rPr>
        <w:t>Câu 204: Romaji của「はたち」là gì?</w:t>
      </w:r>
    </w:p>
    <w:p>
      <w:pPr>
        <w:pStyle w:val="ListParagraph"/>
      </w:pPr>
      <w:r>
        <w:rPr>
          <w:sz w:val="22"/>
        </w:rPr>
        <w:t>A. hatachi</w:t>
      </w:r>
    </w:p>
    <w:p>
      <w:pPr>
        <w:pStyle w:val="ListParagraph"/>
      </w:pPr>
      <w:r>
        <w:rPr>
          <w:sz w:val="22"/>
        </w:rPr>
        <w:t>B. hatati</w:t>
      </w:r>
    </w:p>
    <w:p>
      <w:pPr>
        <w:pStyle w:val="ListParagraph"/>
      </w:pPr>
      <w:r>
        <w:rPr>
          <w:sz w:val="22"/>
        </w:rPr>
        <w:t>C. hataji</w:t>
      </w:r>
    </w:p>
    <w:p>
      <w:pPr>
        <w:pStyle w:val="ListParagraph"/>
      </w:pPr>
      <w:r>
        <w:rPr>
          <w:sz w:val="22"/>
        </w:rPr>
        <w:t>D. hadachi</w:t>
      </w:r>
    </w:p>
    <w:p/>
    <w:p>
      <w:r>
        <w:rPr>
          <w:b/>
          <w:sz w:val="24"/>
        </w:rPr>
        <w:t>Câu 205: Romaji của「しちじ」là gì?</w:t>
      </w:r>
    </w:p>
    <w:p>
      <w:pPr>
        <w:pStyle w:val="ListParagraph"/>
      </w:pPr>
      <w:r>
        <w:rPr>
          <w:sz w:val="22"/>
        </w:rPr>
        <w:t>A. shichiji</w:t>
      </w:r>
    </w:p>
    <w:p>
      <w:pPr>
        <w:pStyle w:val="ListParagraph"/>
      </w:pPr>
      <w:r>
        <w:rPr>
          <w:sz w:val="22"/>
        </w:rPr>
        <w:t>B. nanaji</w:t>
      </w:r>
    </w:p>
    <w:p>
      <w:pPr>
        <w:pStyle w:val="ListParagraph"/>
      </w:pPr>
      <w:r>
        <w:rPr>
          <w:sz w:val="22"/>
        </w:rPr>
        <w:t>C. hachiji</w:t>
      </w:r>
    </w:p>
    <w:p>
      <w:pPr>
        <w:pStyle w:val="ListParagraph"/>
      </w:pPr>
      <w:r>
        <w:rPr>
          <w:sz w:val="22"/>
        </w:rPr>
        <w:t>D. kuji</w:t>
      </w:r>
    </w:p>
    <w:p/>
    <w:p>
      <w:r>
        <w:rPr>
          <w:b/>
          <w:sz w:val="24"/>
        </w:rPr>
        <w:t>Câu 206: Romaji của「くじ」là gì?</w:t>
      </w:r>
    </w:p>
    <w:p>
      <w:pPr>
        <w:pStyle w:val="ListParagraph"/>
      </w:pPr>
      <w:r>
        <w:rPr>
          <w:sz w:val="22"/>
        </w:rPr>
        <w:t>A. kuji</w:t>
      </w:r>
    </w:p>
    <w:p>
      <w:pPr>
        <w:pStyle w:val="ListParagraph"/>
      </w:pPr>
      <w:r>
        <w:rPr>
          <w:sz w:val="22"/>
        </w:rPr>
        <w:t>B. kyuuji</w:t>
      </w:r>
    </w:p>
    <w:p>
      <w:pPr>
        <w:pStyle w:val="ListParagraph"/>
      </w:pPr>
      <w:r>
        <w:rPr>
          <w:sz w:val="22"/>
        </w:rPr>
        <w:t>C. hachiji</w:t>
      </w:r>
    </w:p>
    <w:p>
      <w:pPr>
        <w:pStyle w:val="ListParagraph"/>
      </w:pPr>
      <w:r>
        <w:rPr>
          <w:sz w:val="22"/>
        </w:rPr>
        <w:t>D. juuji</w:t>
      </w:r>
    </w:p>
    <w:p/>
    <w:p>
      <w:r>
        <w:rPr>
          <w:b/>
          <w:sz w:val="24"/>
        </w:rPr>
        <w:t>Câu 207: Romaji của「いっぷん」là gì?</w:t>
      </w:r>
    </w:p>
    <w:p>
      <w:pPr>
        <w:pStyle w:val="ListParagraph"/>
      </w:pPr>
      <w:r>
        <w:rPr>
          <w:sz w:val="22"/>
        </w:rPr>
        <w:t>A. ippun</w:t>
      </w:r>
    </w:p>
    <w:p>
      <w:pPr>
        <w:pStyle w:val="ListParagraph"/>
      </w:pPr>
      <w:r>
        <w:rPr>
          <w:sz w:val="22"/>
        </w:rPr>
        <w:t>B. nifun</w:t>
      </w:r>
    </w:p>
    <w:p>
      <w:pPr>
        <w:pStyle w:val="ListParagraph"/>
      </w:pPr>
      <w:r>
        <w:rPr>
          <w:sz w:val="22"/>
        </w:rPr>
        <w:t>C. sanpun</w:t>
      </w:r>
    </w:p>
    <w:p>
      <w:pPr>
        <w:pStyle w:val="ListParagraph"/>
      </w:pPr>
      <w:r>
        <w:rPr>
          <w:sz w:val="22"/>
        </w:rPr>
        <w:t>D. gofun</w:t>
      </w:r>
    </w:p>
    <w:p/>
    <w:p>
      <w:r>
        <w:rPr>
          <w:b/>
          <w:sz w:val="24"/>
        </w:rPr>
        <w:t>Câu 208: Romaji của「ろっぷん」là gì?</w:t>
      </w:r>
    </w:p>
    <w:p>
      <w:pPr>
        <w:pStyle w:val="ListParagraph"/>
      </w:pPr>
      <w:r>
        <w:rPr>
          <w:sz w:val="22"/>
        </w:rPr>
        <w:t>A. roppun</w:t>
      </w:r>
    </w:p>
    <w:p>
      <w:pPr>
        <w:pStyle w:val="ListParagraph"/>
      </w:pPr>
      <w:r>
        <w:rPr>
          <w:sz w:val="22"/>
        </w:rPr>
        <w:t>B. rokupun</w:t>
      </w:r>
    </w:p>
    <w:p>
      <w:pPr>
        <w:pStyle w:val="ListParagraph"/>
      </w:pPr>
      <w:r>
        <w:rPr>
          <w:sz w:val="22"/>
        </w:rPr>
        <w:t>C. rokufun</w:t>
      </w:r>
    </w:p>
    <w:p>
      <w:pPr>
        <w:pStyle w:val="ListParagraph"/>
      </w:pPr>
      <w:r>
        <w:rPr>
          <w:sz w:val="22"/>
        </w:rPr>
        <w:t>D. roppunh</w:t>
      </w:r>
    </w:p>
    <w:p/>
    <w:p>
      <w:r>
        <w:rPr>
          <w:b/>
          <w:sz w:val="24"/>
        </w:rPr>
        <w:t>Câu 209: Trợ từ đếm người là gì?</w:t>
      </w:r>
    </w:p>
    <w:p>
      <w:pPr>
        <w:pStyle w:val="ListParagraph"/>
      </w:pPr>
      <w:r>
        <w:rPr>
          <w:sz w:val="22"/>
        </w:rPr>
        <w:t>A. にん</w:t>
      </w:r>
    </w:p>
    <w:p>
      <w:pPr>
        <w:pStyle w:val="ListParagraph"/>
      </w:pPr>
      <w:r>
        <w:rPr>
          <w:sz w:val="22"/>
        </w:rPr>
        <w:t>B. つ</w:t>
      </w:r>
    </w:p>
    <w:p>
      <w:pPr>
        <w:pStyle w:val="ListParagraph"/>
      </w:pPr>
      <w:r>
        <w:rPr>
          <w:sz w:val="22"/>
        </w:rPr>
        <w:t>C. ほん</w:t>
      </w:r>
    </w:p>
    <w:p>
      <w:pPr>
        <w:pStyle w:val="ListParagraph"/>
      </w:pPr>
      <w:r>
        <w:rPr>
          <w:sz w:val="22"/>
        </w:rPr>
        <w:t>D. まい</w:t>
      </w:r>
    </w:p>
    <w:p/>
    <w:p>
      <w:r>
        <w:rPr>
          <w:b/>
          <w:sz w:val="24"/>
        </w:rPr>
        <w:t>Câu 210: Trợ từ đếm đồ vật chung là gì?</w:t>
      </w:r>
    </w:p>
    <w:p>
      <w:pPr>
        <w:pStyle w:val="ListParagraph"/>
      </w:pPr>
      <w:r>
        <w:rPr>
          <w:sz w:val="22"/>
        </w:rPr>
        <w:t>A. つ</w:t>
      </w:r>
    </w:p>
    <w:p>
      <w:pPr>
        <w:pStyle w:val="ListParagraph"/>
      </w:pPr>
      <w:r>
        <w:rPr>
          <w:sz w:val="22"/>
        </w:rPr>
        <w:t>B. にん</w:t>
      </w:r>
    </w:p>
    <w:p>
      <w:pPr>
        <w:pStyle w:val="ListParagraph"/>
      </w:pPr>
      <w:r>
        <w:rPr>
          <w:sz w:val="22"/>
        </w:rPr>
        <w:t>C. まい</w:t>
      </w:r>
    </w:p>
    <w:p>
      <w:pPr>
        <w:pStyle w:val="ListParagraph"/>
      </w:pPr>
      <w:r>
        <w:rPr>
          <w:sz w:val="22"/>
        </w:rPr>
        <w:t>D. かい</w:t>
      </w:r>
    </w:p>
    <w:p/>
    <w:p>
      <w:r>
        <w:rPr>
          <w:b/>
          <w:sz w:val="24"/>
        </w:rPr>
        <w:t>Câu 211: Trợ từ đếm vật dài (bút, chai...) là gì?</w:t>
      </w:r>
    </w:p>
    <w:p>
      <w:pPr>
        <w:pStyle w:val="ListParagraph"/>
      </w:pPr>
      <w:r>
        <w:rPr>
          <w:sz w:val="22"/>
        </w:rPr>
        <w:t>A. ほん</w:t>
      </w:r>
    </w:p>
    <w:p>
      <w:pPr>
        <w:pStyle w:val="ListParagraph"/>
      </w:pPr>
      <w:r>
        <w:rPr>
          <w:sz w:val="22"/>
        </w:rPr>
        <w:t>B. まい</w:t>
      </w:r>
    </w:p>
    <w:p>
      <w:pPr>
        <w:pStyle w:val="ListParagraph"/>
      </w:pPr>
      <w:r>
        <w:rPr>
          <w:sz w:val="22"/>
        </w:rPr>
        <w:t>C. つ</w:t>
      </w:r>
    </w:p>
    <w:p>
      <w:pPr>
        <w:pStyle w:val="ListParagraph"/>
      </w:pPr>
      <w:r>
        <w:rPr>
          <w:sz w:val="22"/>
        </w:rPr>
        <w:t>D. さい</w:t>
      </w:r>
    </w:p>
    <w:p/>
    <w:p>
      <w:r>
        <w:rPr>
          <w:b/>
          <w:sz w:val="24"/>
        </w:rPr>
        <w:t>Câu 212: Trợ từ đếm vật mỏng (giấy, áo...) là gì?</w:t>
      </w:r>
    </w:p>
    <w:p>
      <w:pPr>
        <w:pStyle w:val="ListParagraph"/>
      </w:pPr>
      <w:r>
        <w:rPr>
          <w:sz w:val="22"/>
        </w:rPr>
        <w:t>A. まい</w:t>
      </w:r>
    </w:p>
    <w:p>
      <w:pPr>
        <w:pStyle w:val="ListParagraph"/>
      </w:pPr>
      <w:r>
        <w:rPr>
          <w:sz w:val="22"/>
        </w:rPr>
        <w:t>B. ほん</w:t>
      </w:r>
    </w:p>
    <w:p>
      <w:pPr>
        <w:pStyle w:val="ListParagraph"/>
      </w:pPr>
      <w:r>
        <w:rPr>
          <w:sz w:val="22"/>
        </w:rPr>
        <w:t>C. かい</w:t>
      </w:r>
    </w:p>
    <w:p>
      <w:pPr>
        <w:pStyle w:val="ListParagraph"/>
      </w:pPr>
      <w:r>
        <w:rPr>
          <w:sz w:val="22"/>
        </w:rPr>
        <w:t>D. にん</w:t>
      </w:r>
    </w:p>
    <w:p/>
    <w:p>
      <w:r>
        <w:rPr>
          <w:b/>
          <w:sz w:val="24"/>
        </w:rPr>
        <w:t>Câu 213: Trợ từ đếm số lần là gì?</w:t>
      </w:r>
    </w:p>
    <w:p>
      <w:pPr>
        <w:pStyle w:val="ListParagraph"/>
      </w:pPr>
      <w:r>
        <w:rPr>
          <w:sz w:val="22"/>
        </w:rPr>
        <w:t>A. かい</w:t>
      </w:r>
    </w:p>
    <w:p>
      <w:pPr>
        <w:pStyle w:val="ListParagraph"/>
      </w:pPr>
      <w:r>
        <w:rPr>
          <w:sz w:val="22"/>
        </w:rPr>
        <w:t>B. さい</w:t>
      </w:r>
    </w:p>
    <w:p>
      <w:pPr>
        <w:pStyle w:val="ListParagraph"/>
      </w:pPr>
      <w:r>
        <w:rPr>
          <w:sz w:val="22"/>
        </w:rPr>
        <w:t>C. にん</w:t>
      </w:r>
    </w:p>
    <w:p>
      <w:pPr>
        <w:pStyle w:val="ListParagraph"/>
      </w:pPr>
      <w:r>
        <w:rPr>
          <w:sz w:val="22"/>
        </w:rPr>
        <w:t>D. まい</w:t>
      </w:r>
    </w:p>
    <w:p/>
    <w:p>
      <w:r>
        <w:rPr>
          <w:b/>
          <w:sz w:val="24"/>
        </w:rPr>
        <w:t>Câu 214: Trợ từ đếm tuổi là gì?</w:t>
      </w:r>
    </w:p>
    <w:p>
      <w:pPr>
        <w:pStyle w:val="ListParagraph"/>
      </w:pPr>
      <w:r>
        <w:rPr>
          <w:sz w:val="22"/>
        </w:rPr>
        <w:t>A. さい</w:t>
      </w:r>
    </w:p>
    <w:p>
      <w:pPr>
        <w:pStyle w:val="ListParagraph"/>
      </w:pPr>
      <w:r>
        <w:rPr>
          <w:sz w:val="22"/>
        </w:rPr>
        <w:t>B. かい</w:t>
      </w:r>
    </w:p>
    <w:p>
      <w:pPr>
        <w:pStyle w:val="ListParagraph"/>
      </w:pPr>
      <w:r>
        <w:rPr>
          <w:sz w:val="22"/>
        </w:rPr>
        <w:t>C. つ</w:t>
      </w:r>
    </w:p>
    <w:p>
      <w:pPr>
        <w:pStyle w:val="ListParagraph"/>
      </w:pPr>
      <w:r>
        <w:rPr>
          <w:sz w:val="22"/>
        </w:rPr>
        <w:t>D. ほん</w:t>
      </w:r>
    </w:p>
    <w:p/>
    <w:p>
      <w:r>
        <w:rPr>
          <w:b/>
          <w:sz w:val="24"/>
        </w:rPr>
        <w:t>Câu 215: Trợ từ đếm giờ là gì?</w:t>
      </w:r>
    </w:p>
    <w:p>
      <w:pPr>
        <w:pStyle w:val="ListParagraph"/>
      </w:pPr>
      <w:r>
        <w:rPr>
          <w:sz w:val="22"/>
        </w:rPr>
        <w:t>A. じ</w:t>
      </w:r>
    </w:p>
    <w:p>
      <w:pPr>
        <w:pStyle w:val="ListParagraph"/>
      </w:pPr>
      <w:r>
        <w:rPr>
          <w:sz w:val="22"/>
        </w:rPr>
        <w:t>B. ふん</w:t>
      </w:r>
    </w:p>
    <w:p>
      <w:pPr>
        <w:pStyle w:val="ListParagraph"/>
      </w:pPr>
      <w:r>
        <w:rPr>
          <w:sz w:val="22"/>
        </w:rPr>
        <w:t>C. ぷん</w:t>
      </w:r>
    </w:p>
    <w:p>
      <w:pPr>
        <w:pStyle w:val="ListParagraph"/>
      </w:pPr>
      <w:r>
        <w:rPr>
          <w:sz w:val="22"/>
        </w:rPr>
        <w:t>D. さい</w:t>
      </w:r>
    </w:p>
    <w:p/>
    <w:p>
      <w:r>
        <w:rPr>
          <w:b/>
          <w:sz w:val="24"/>
        </w:rPr>
        <w:t>Câu 216: Trợ từ đếm phút là gì?</w:t>
      </w:r>
    </w:p>
    <w:p>
      <w:pPr>
        <w:pStyle w:val="ListParagraph"/>
      </w:pPr>
      <w:r>
        <w:rPr>
          <w:sz w:val="22"/>
        </w:rPr>
        <w:t>A. ふん / ぷん</w:t>
      </w:r>
    </w:p>
    <w:p>
      <w:pPr>
        <w:pStyle w:val="ListParagraph"/>
      </w:pPr>
      <w:r>
        <w:rPr>
          <w:sz w:val="22"/>
        </w:rPr>
        <w:t>B. じ</w:t>
      </w:r>
    </w:p>
    <w:p>
      <w:pPr>
        <w:pStyle w:val="ListParagraph"/>
      </w:pPr>
      <w:r>
        <w:rPr>
          <w:sz w:val="22"/>
        </w:rPr>
        <w:t>C. かい</w:t>
      </w:r>
    </w:p>
    <w:p>
      <w:pPr>
        <w:pStyle w:val="ListParagraph"/>
      </w:pPr>
      <w:r>
        <w:rPr>
          <w:sz w:val="22"/>
        </w:rPr>
        <w:t>D. にん</w:t>
      </w:r>
    </w:p>
    <w:p/>
    <w:p>
      <w:r>
        <w:rPr>
          <w:b/>
          <w:sz w:val="24"/>
        </w:rPr>
        <w:t>Câu 217: Điền vào chỗ trống: りんごを みっ__ ください.</w:t>
      </w:r>
    </w:p>
    <w:p>
      <w:pPr>
        <w:pStyle w:val="ListParagraph"/>
      </w:pPr>
      <w:r>
        <w:rPr>
          <w:sz w:val="22"/>
        </w:rPr>
        <w:t>A. つ</w:t>
      </w:r>
    </w:p>
    <w:p>
      <w:pPr>
        <w:pStyle w:val="ListParagraph"/>
      </w:pPr>
      <w:r>
        <w:rPr>
          <w:sz w:val="22"/>
        </w:rPr>
        <w:t>B. にん</w:t>
      </w:r>
    </w:p>
    <w:p>
      <w:pPr>
        <w:pStyle w:val="ListParagraph"/>
      </w:pPr>
      <w:r>
        <w:rPr>
          <w:sz w:val="22"/>
        </w:rPr>
        <w:t>C. ほん</w:t>
      </w:r>
    </w:p>
    <w:p>
      <w:pPr>
        <w:pStyle w:val="ListParagraph"/>
      </w:pPr>
      <w:r>
        <w:rPr>
          <w:sz w:val="22"/>
        </w:rPr>
        <w:t>D. まい</w:t>
      </w:r>
    </w:p>
    <w:p/>
    <w:p>
      <w:r>
        <w:rPr>
          <w:b/>
          <w:sz w:val="24"/>
        </w:rPr>
        <w:t>Câu 218: Điền vào chỗ trống: かみを に__ ください.</w:t>
      </w:r>
    </w:p>
    <w:p>
      <w:pPr>
        <w:pStyle w:val="ListParagraph"/>
      </w:pPr>
      <w:r>
        <w:rPr>
          <w:sz w:val="22"/>
        </w:rPr>
        <w:t>A. まい</w:t>
      </w:r>
    </w:p>
    <w:p>
      <w:pPr>
        <w:pStyle w:val="ListParagraph"/>
      </w:pPr>
      <w:r>
        <w:rPr>
          <w:sz w:val="22"/>
        </w:rPr>
        <w:t>B. ほん</w:t>
      </w:r>
    </w:p>
    <w:p>
      <w:pPr>
        <w:pStyle w:val="ListParagraph"/>
      </w:pPr>
      <w:r>
        <w:rPr>
          <w:sz w:val="22"/>
        </w:rPr>
        <w:t>C. つ</w:t>
      </w:r>
    </w:p>
    <w:p>
      <w:pPr>
        <w:pStyle w:val="ListParagraph"/>
      </w:pPr>
      <w:r>
        <w:rPr>
          <w:sz w:val="22"/>
        </w:rPr>
        <w:t>D. にん</w:t>
      </w:r>
    </w:p>
    <w:p/>
    <w:p>
      <w:r>
        <w:rPr>
          <w:b/>
          <w:sz w:val="24"/>
        </w:rPr>
        <w:t>Câu 219: Điền vào chỗ trống: えんぴつを さん__ ください.</w:t>
      </w:r>
    </w:p>
    <w:p>
      <w:pPr>
        <w:pStyle w:val="ListParagraph"/>
      </w:pPr>
      <w:r>
        <w:rPr>
          <w:sz w:val="22"/>
        </w:rPr>
        <w:t>A. ぼん</w:t>
      </w:r>
    </w:p>
    <w:p>
      <w:pPr>
        <w:pStyle w:val="ListParagraph"/>
      </w:pPr>
      <w:r>
        <w:rPr>
          <w:sz w:val="22"/>
        </w:rPr>
        <w:t>B. ほん</w:t>
      </w:r>
    </w:p>
    <w:p>
      <w:pPr>
        <w:pStyle w:val="ListParagraph"/>
      </w:pPr>
      <w:r>
        <w:rPr>
          <w:sz w:val="22"/>
        </w:rPr>
        <w:t>C. まい</w:t>
      </w:r>
    </w:p>
    <w:p>
      <w:pPr>
        <w:pStyle w:val="ListParagraph"/>
      </w:pPr>
      <w:r>
        <w:rPr>
          <w:sz w:val="22"/>
        </w:rPr>
        <w:t>D. つ</w:t>
      </w:r>
    </w:p>
    <w:p/>
    <w:p>
      <w:r>
        <w:rPr>
          <w:b/>
          <w:sz w:val="24"/>
        </w:rPr>
        <w:t>Câu 220: Điền vào chỗ trống: がくせいが よ__ います.</w:t>
      </w:r>
    </w:p>
    <w:p>
      <w:pPr>
        <w:pStyle w:val="ListParagraph"/>
      </w:pPr>
      <w:r>
        <w:rPr>
          <w:sz w:val="22"/>
        </w:rPr>
        <w:t>A. にん</w:t>
      </w:r>
    </w:p>
    <w:p>
      <w:pPr>
        <w:pStyle w:val="ListParagraph"/>
      </w:pPr>
      <w:r>
        <w:rPr>
          <w:sz w:val="22"/>
        </w:rPr>
        <w:t>B. つ</w:t>
      </w:r>
    </w:p>
    <w:p>
      <w:pPr>
        <w:pStyle w:val="ListParagraph"/>
      </w:pPr>
      <w:r>
        <w:rPr>
          <w:sz w:val="22"/>
        </w:rPr>
        <w:t>C. ほん</w:t>
      </w:r>
    </w:p>
    <w:p>
      <w:pPr>
        <w:pStyle w:val="ListParagraph"/>
      </w:pPr>
      <w:r>
        <w:rPr>
          <w:sz w:val="22"/>
        </w:rPr>
        <w:t>D. まい</w:t>
      </w:r>
    </w:p>
    <w:p/>
    <w:p>
      <w:r>
        <w:rPr>
          <w:b/>
          <w:sz w:val="24"/>
        </w:rPr>
        <w:t>Câu 221: Điền vào chỗ trống: いぬが いっぴ__ います.</w:t>
      </w:r>
    </w:p>
    <w:p>
      <w:pPr>
        <w:pStyle w:val="ListParagraph"/>
      </w:pPr>
      <w:r>
        <w:rPr>
          <w:sz w:val="22"/>
        </w:rPr>
        <w:t>A. き</w:t>
      </w:r>
    </w:p>
    <w:p>
      <w:pPr>
        <w:pStyle w:val="ListParagraph"/>
      </w:pPr>
      <w:r>
        <w:rPr>
          <w:sz w:val="22"/>
        </w:rPr>
        <w:t>B. ん</w:t>
      </w:r>
    </w:p>
    <w:p>
      <w:pPr>
        <w:pStyle w:val="ListParagraph"/>
      </w:pPr>
      <w:r>
        <w:rPr>
          <w:sz w:val="22"/>
        </w:rPr>
        <w:t>C. つ</w:t>
      </w:r>
    </w:p>
    <w:p>
      <w:pPr>
        <w:pStyle w:val="ListParagraph"/>
      </w:pPr>
      <w:r>
        <w:rPr>
          <w:sz w:val="22"/>
        </w:rPr>
        <w:t>D. まい</w:t>
      </w:r>
    </w:p>
    <w:p/>
    <w:p>
      <w:r>
        <w:rPr>
          <w:b/>
          <w:sz w:val="24"/>
        </w:rPr>
        <w:t>Câu 222: Câu nào đúng khi nói "4 giờ"?</w:t>
      </w:r>
    </w:p>
    <w:p>
      <w:pPr>
        <w:pStyle w:val="ListParagraph"/>
      </w:pPr>
      <w:r>
        <w:rPr>
          <w:sz w:val="22"/>
        </w:rPr>
        <w:t>A. よじ</w:t>
      </w:r>
    </w:p>
    <w:p>
      <w:pPr>
        <w:pStyle w:val="ListParagraph"/>
      </w:pPr>
      <w:r>
        <w:rPr>
          <w:sz w:val="22"/>
        </w:rPr>
        <w:t>B. よんじ</w:t>
      </w:r>
    </w:p>
    <w:p>
      <w:pPr>
        <w:pStyle w:val="ListParagraph"/>
      </w:pPr>
      <w:r>
        <w:rPr>
          <w:sz w:val="22"/>
        </w:rPr>
        <w:t>C. しじ</w:t>
      </w:r>
    </w:p>
    <w:p>
      <w:pPr>
        <w:pStyle w:val="ListParagraph"/>
      </w:pPr>
      <w:r>
        <w:rPr>
          <w:sz w:val="22"/>
        </w:rPr>
        <w:t>D. ごじ</w:t>
      </w:r>
    </w:p>
    <w:p/>
    <w:p>
      <w:r>
        <w:rPr>
          <w:b/>
          <w:sz w:val="24"/>
        </w:rPr>
        <w:t>Câu 223: Câu nào đúng khi nói "9 giờ"?</w:t>
      </w:r>
    </w:p>
    <w:p>
      <w:pPr>
        <w:pStyle w:val="ListParagraph"/>
      </w:pPr>
      <w:r>
        <w:rPr>
          <w:sz w:val="22"/>
        </w:rPr>
        <w:t>A. くじ</w:t>
      </w:r>
    </w:p>
    <w:p>
      <w:pPr>
        <w:pStyle w:val="ListParagraph"/>
      </w:pPr>
      <w:r>
        <w:rPr>
          <w:sz w:val="22"/>
        </w:rPr>
        <w:t>B. きゅうじ</w:t>
      </w:r>
    </w:p>
    <w:p>
      <w:pPr>
        <w:pStyle w:val="ListParagraph"/>
      </w:pPr>
      <w:r>
        <w:rPr>
          <w:sz w:val="22"/>
        </w:rPr>
        <w:t>C. ここのじ</w:t>
      </w:r>
    </w:p>
    <w:p>
      <w:pPr>
        <w:pStyle w:val="ListParagraph"/>
      </w:pPr>
      <w:r>
        <w:rPr>
          <w:sz w:val="22"/>
        </w:rPr>
        <w:t>D. ななじ</w:t>
      </w:r>
    </w:p>
    <w:p/>
    <w:p>
      <w:r>
        <w:rPr>
          <w:b/>
          <w:sz w:val="24"/>
        </w:rPr>
        <w:t>Câu 224: Câu nào đúng khi nói "7 giờ"?</w:t>
      </w:r>
    </w:p>
    <w:p>
      <w:pPr>
        <w:pStyle w:val="ListParagraph"/>
      </w:pPr>
      <w:r>
        <w:rPr>
          <w:sz w:val="22"/>
        </w:rPr>
        <w:t>A. しちじ</w:t>
      </w:r>
    </w:p>
    <w:p>
      <w:pPr>
        <w:pStyle w:val="ListParagraph"/>
      </w:pPr>
      <w:r>
        <w:rPr>
          <w:sz w:val="22"/>
        </w:rPr>
        <w:t>B. ななじ</w:t>
      </w:r>
    </w:p>
    <w:p>
      <w:pPr>
        <w:pStyle w:val="ListParagraph"/>
      </w:pPr>
      <w:r>
        <w:rPr>
          <w:sz w:val="22"/>
        </w:rPr>
        <w:t>C. ひちじ</w:t>
      </w:r>
    </w:p>
    <w:p>
      <w:pPr>
        <w:pStyle w:val="ListParagraph"/>
      </w:pPr>
      <w:r>
        <w:rPr>
          <w:sz w:val="22"/>
        </w:rPr>
        <w:t>D. ろくじ</w:t>
      </w:r>
    </w:p>
    <w:p/>
    <w:p>
      <w:r>
        <w:rPr>
          <w:b/>
          <w:sz w:val="24"/>
        </w:rPr>
        <w:t>Câu 225: Câu nào đúng khi nói "1 phút"?</w:t>
      </w:r>
    </w:p>
    <w:p>
      <w:pPr>
        <w:pStyle w:val="ListParagraph"/>
      </w:pPr>
      <w:r>
        <w:rPr>
          <w:sz w:val="22"/>
        </w:rPr>
        <w:t>A. いっぷん</w:t>
      </w:r>
    </w:p>
    <w:p>
      <w:pPr>
        <w:pStyle w:val="ListParagraph"/>
      </w:pPr>
      <w:r>
        <w:rPr>
          <w:sz w:val="22"/>
        </w:rPr>
        <w:t>B. いちふん</w:t>
      </w:r>
    </w:p>
    <w:p>
      <w:pPr>
        <w:pStyle w:val="ListParagraph"/>
      </w:pPr>
      <w:r>
        <w:rPr>
          <w:sz w:val="22"/>
        </w:rPr>
        <w:t>C. いちぷん</w:t>
      </w:r>
    </w:p>
    <w:p>
      <w:pPr>
        <w:pStyle w:val="ListParagraph"/>
      </w:pPr>
      <w:r>
        <w:rPr>
          <w:sz w:val="22"/>
        </w:rPr>
        <w:t>D. ひとふん</w:t>
      </w:r>
    </w:p>
    <w:p/>
    <w:p>
      <w:r>
        <w:rPr>
          <w:b/>
          <w:sz w:val="24"/>
        </w:rPr>
        <w:t>Câu 226: Câu nào đúng khi nói "6 phút"?</w:t>
      </w:r>
    </w:p>
    <w:p>
      <w:pPr>
        <w:pStyle w:val="ListParagraph"/>
      </w:pPr>
      <w:r>
        <w:rPr>
          <w:sz w:val="22"/>
        </w:rPr>
        <w:t>A. ろっぷん</w:t>
      </w:r>
    </w:p>
    <w:p>
      <w:pPr>
        <w:pStyle w:val="ListParagraph"/>
      </w:pPr>
      <w:r>
        <w:rPr>
          <w:sz w:val="22"/>
        </w:rPr>
        <w:t>B. ろくふん</w:t>
      </w:r>
    </w:p>
    <w:p>
      <w:pPr>
        <w:pStyle w:val="ListParagraph"/>
      </w:pPr>
      <w:r>
        <w:rPr>
          <w:sz w:val="22"/>
        </w:rPr>
        <w:t>C. ろくぷん</w:t>
      </w:r>
    </w:p>
    <w:p>
      <w:pPr>
        <w:pStyle w:val="ListParagraph"/>
      </w:pPr>
      <w:r>
        <w:rPr>
          <w:sz w:val="22"/>
        </w:rPr>
        <w:t>D. ろっぷんh</w:t>
      </w:r>
    </w:p>
    <w:p/>
    <w:p>
      <w:r>
        <w:rPr>
          <w:b/>
          <w:sz w:val="24"/>
        </w:rPr>
        <w:t>Câu 227: Câu nào đúng khi nói "10 phút"?</w:t>
      </w:r>
    </w:p>
    <w:p>
      <w:pPr>
        <w:pStyle w:val="ListParagraph"/>
      </w:pPr>
      <w:r>
        <w:rPr>
          <w:sz w:val="22"/>
        </w:rPr>
        <w:t>A. じゅっぷん</w:t>
      </w:r>
    </w:p>
    <w:p>
      <w:pPr>
        <w:pStyle w:val="ListParagraph"/>
      </w:pPr>
      <w:r>
        <w:rPr>
          <w:sz w:val="22"/>
        </w:rPr>
        <w:t>B. じゅうふん</w:t>
      </w:r>
    </w:p>
    <w:p>
      <w:pPr>
        <w:pStyle w:val="ListParagraph"/>
      </w:pPr>
      <w:r>
        <w:rPr>
          <w:sz w:val="22"/>
        </w:rPr>
        <w:t>C. じゅうぷん</w:t>
      </w:r>
    </w:p>
    <w:p>
      <w:pPr>
        <w:pStyle w:val="ListParagraph"/>
      </w:pPr>
      <w:r>
        <w:rPr>
          <w:sz w:val="22"/>
        </w:rPr>
        <w:t>D. とおぷん</w:t>
      </w:r>
    </w:p>
    <w:p/>
    <w:p>
      <w:r>
        <w:rPr>
          <w:b/>
          <w:sz w:val="24"/>
        </w:rPr>
        <w:t>Câu 228: Câu nào đúng khi nói "3 vật dài"?</w:t>
      </w:r>
    </w:p>
    <w:p>
      <w:pPr>
        <w:pStyle w:val="ListParagraph"/>
      </w:pPr>
      <w:r>
        <w:rPr>
          <w:sz w:val="22"/>
        </w:rPr>
        <w:t>A. さんぼん</w:t>
      </w:r>
    </w:p>
    <w:p>
      <w:pPr>
        <w:pStyle w:val="ListParagraph"/>
      </w:pPr>
      <w:r>
        <w:rPr>
          <w:sz w:val="22"/>
        </w:rPr>
        <w:t>B. さんほん</w:t>
      </w:r>
    </w:p>
    <w:p>
      <w:pPr>
        <w:pStyle w:val="ListParagraph"/>
      </w:pPr>
      <w:r>
        <w:rPr>
          <w:sz w:val="22"/>
        </w:rPr>
        <w:t>C. さんぽん</w:t>
      </w:r>
    </w:p>
    <w:p>
      <w:pPr>
        <w:pStyle w:val="ListParagraph"/>
      </w:pPr>
      <w:r>
        <w:rPr>
          <w:sz w:val="22"/>
        </w:rPr>
        <w:t>D. さんぼんh</w:t>
      </w:r>
    </w:p>
    <w:p/>
    <w:p>
      <w:r>
        <w:rPr>
          <w:b/>
          <w:sz w:val="24"/>
        </w:rPr>
        <w:t>Câu 229: Câu nào đúng khi nói "6 vật dài"?</w:t>
      </w:r>
    </w:p>
    <w:p>
      <w:pPr>
        <w:pStyle w:val="ListParagraph"/>
      </w:pPr>
      <w:r>
        <w:rPr>
          <w:sz w:val="22"/>
        </w:rPr>
        <w:t>A. ろっぽん</w:t>
      </w:r>
    </w:p>
    <w:p>
      <w:pPr>
        <w:pStyle w:val="ListParagraph"/>
      </w:pPr>
      <w:r>
        <w:rPr>
          <w:sz w:val="22"/>
        </w:rPr>
        <w:t>B. ろくほん</w:t>
      </w:r>
    </w:p>
    <w:p>
      <w:pPr>
        <w:pStyle w:val="ListParagraph"/>
      </w:pPr>
      <w:r>
        <w:rPr>
          <w:sz w:val="22"/>
        </w:rPr>
        <w:t>C. ろくぼん</w:t>
      </w:r>
    </w:p>
    <w:p>
      <w:pPr>
        <w:pStyle w:val="ListParagraph"/>
      </w:pPr>
      <w:r>
        <w:rPr>
          <w:sz w:val="22"/>
        </w:rPr>
        <w:t>D. ろっぽんh</w:t>
      </w:r>
    </w:p>
    <w:p/>
    <w:p>
      <w:r>
        <w:rPr>
          <w:b/>
          <w:sz w:val="24"/>
        </w:rPr>
        <w:t>Câu 230: Câu nào đúng khi nói "10 vật dài"?</w:t>
      </w:r>
    </w:p>
    <w:p>
      <w:pPr>
        <w:pStyle w:val="ListParagraph"/>
      </w:pPr>
      <w:r>
        <w:rPr>
          <w:sz w:val="22"/>
        </w:rPr>
        <w:t>A. じゅっぽん</w:t>
      </w:r>
    </w:p>
    <w:p>
      <w:pPr>
        <w:pStyle w:val="ListParagraph"/>
      </w:pPr>
      <w:r>
        <w:rPr>
          <w:sz w:val="22"/>
        </w:rPr>
        <w:t>B. じゅうほん</w:t>
      </w:r>
    </w:p>
    <w:p>
      <w:pPr>
        <w:pStyle w:val="ListParagraph"/>
      </w:pPr>
      <w:r>
        <w:rPr>
          <w:sz w:val="22"/>
        </w:rPr>
        <w:t>C. じゅうぼん</w:t>
      </w:r>
    </w:p>
    <w:p>
      <w:pPr>
        <w:pStyle w:val="ListParagraph"/>
      </w:pPr>
      <w:r>
        <w:rPr>
          <w:sz w:val="22"/>
        </w:rPr>
        <w:t>D. とおほん</w:t>
      </w:r>
    </w:p>
    <w:p/>
    <w:p>
      <w:r>
        <w:rPr>
          <w:b/>
          <w:sz w:val="24"/>
        </w:rPr>
        <w:t>Câu 231: 「1 tuổi」đọc đúng là gì?</w:t>
      </w:r>
    </w:p>
    <w:p>
      <w:pPr>
        <w:pStyle w:val="ListParagraph"/>
      </w:pPr>
      <w:r>
        <w:rPr>
          <w:sz w:val="22"/>
        </w:rPr>
        <w:t>A. いっさい</w:t>
      </w:r>
    </w:p>
    <w:p>
      <w:pPr>
        <w:pStyle w:val="ListParagraph"/>
      </w:pPr>
      <w:r>
        <w:rPr>
          <w:sz w:val="22"/>
        </w:rPr>
        <w:t>B. いちさい</w:t>
      </w:r>
    </w:p>
    <w:p>
      <w:pPr>
        <w:pStyle w:val="ListParagraph"/>
      </w:pPr>
      <w:r>
        <w:rPr>
          <w:sz w:val="22"/>
        </w:rPr>
        <w:t>C. ひとさい</w:t>
      </w:r>
    </w:p>
    <w:p>
      <w:pPr>
        <w:pStyle w:val="ListParagraph"/>
      </w:pPr>
      <w:r>
        <w:rPr>
          <w:sz w:val="22"/>
        </w:rPr>
        <w:t>D. いっざい</w:t>
      </w:r>
    </w:p>
    <w:p/>
    <w:p>
      <w:r>
        <w:rPr>
          <w:b/>
          <w:sz w:val="24"/>
        </w:rPr>
        <w:t>Câu 232: 「8 tuổi」đọc đúng là gì?</w:t>
      </w:r>
    </w:p>
    <w:p>
      <w:pPr>
        <w:pStyle w:val="ListParagraph"/>
      </w:pPr>
      <w:r>
        <w:rPr>
          <w:sz w:val="22"/>
        </w:rPr>
        <w:t>A. はっさい</w:t>
      </w:r>
    </w:p>
    <w:p>
      <w:pPr>
        <w:pStyle w:val="ListParagraph"/>
      </w:pPr>
      <w:r>
        <w:rPr>
          <w:sz w:val="22"/>
        </w:rPr>
        <w:t>B. はちさい</w:t>
      </w:r>
    </w:p>
    <w:p>
      <w:pPr>
        <w:pStyle w:val="ListParagraph"/>
      </w:pPr>
      <w:r>
        <w:rPr>
          <w:sz w:val="22"/>
        </w:rPr>
        <w:t>C. やっさい</w:t>
      </w:r>
    </w:p>
    <w:p>
      <w:pPr>
        <w:pStyle w:val="ListParagraph"/>
      </w:pPr>
      <w:r>
        <w:rPr>
          <w:sz w:val="22"/>
        </w:rPr>
        <w:t>D. はっざい</w:t>
      </w:r>
    </w:p>
    <w:p/>
    <w:p>
      <w:r>
        <w:rPr>
          <w:b/>
          <w:sz w:val="24"/>
        </w:rPr>
        <w:t>Câu 233: 「1 lần」đọc đúng là gì?</w:t>
      </w:r>
    </w:p>
    <w:p>
      <w:pPr>
        <w:pStyle w:val="ListParagraph"/>
      </w:pPr>
      <w:r>
        <w:rPr>
          <w:sz w:val="22"/>
        </w:rPr>
        <w:t>A. いっかい</w:t>
      </w:r>
    </w:p>
    <w:p>
      <w:pPr>
        <w:pStyle w:val="ListParagraph"/>
      </w:pPr>
      <w:r>
        <w:rPr>
          <w:sz w:val="22"/>
        </w:rPr>
        <w:t>B. いちかい</w:t>
      </w:r>
    </w:p>
    <w:p>
      <w:pPr>
        <w:pStyle w:val="ListParagraph"/>
      </w:pPr>
      <w:r>
        <w:rPr>
          <w:sz w:val="22"/>
        </w:rPr>
        <w:t>C. ひとかい</w:t>
      </w:r>
    </w:p>
    <w:p>
      <w:pPr>
        <w:pStyle w:val="ListParagraph"/>
      </w:pPr>
      <w:r>
        <w:rPr>
          <w:sz w:val="22"/>
        </w:rPr>
        <w:t>D. いっがい</w:t>
      </w:r>
    </w:p>
    <w:p/>
    <w:p>
      <w:r>
        <w:rPr>
          <w:b/>
          <w:sz w:val="24"/>
        </w:rPr>
        <w:t>Câu 234: 「6 lần」đọc đúng là gì?</w:t>
      </w:r>
    </w:p>
    <w:p>
      <w:pPr>
        <w:pStyle w:val="ListParagraph"/>
      </w:pPr>
      <w:r>
        <w:rPr>
          <w:sz w:val="22"/>
        </w:rPr>
        <w:t>A. ろっかい</w:t>
      </w:r>
    </w:p>
    <w:p>
      <w:pPr>
        <w:pStyle w:val="ListParagraph"/>
      </w:pPr>
      <w:r>
        <w:rPr>
          <w:sz w:val="22"/>
        </w:rPr>
        <w:t>B. ろくかい</w:t>
      </w:r>
    </w:p>
    <w:p>
      <w:pPr>
        <w:pStyle w:val="ListParagraph"/>
      </w:pPr>
      <w:r>
        <w:rPr>
          <w:sz w:val="22"/>
        </w:rPr>
        <w:t>C. むっかい</w:t>
      </w:r>
    </w:p>
    <w:p>
      <w:pPr>
        <w:pStyle w:val="ListParagraph"/>
      </w:pPr>
      <w:r>
        <w:rPr>
          <w:sz w:val="22"/>
        </w:rPr>
        <w:t>D. ろっがい</w:t>
      </w:r>
    </w:p>
    <w:p/>
    <w:p>
      <w:r>
        <w:rPr>
          <w:b/>
          <w:sz w:val="24"/>
        </w:rPr>
        <w:t>Câu 235: 「20 tuổi」đọc đặc biệt là gì?</w:t>
      </w:r>
    </w:p>
    <w:p>
      <w:pPr>
        <w:pStyle w:val="ListParagraph"/>
      </w:pPr>
      <w:r>
        <w:rPr>
          <w:sz w:val="22"/>
        </w:rPr>
        <w:t>A. はたち</w:t>
      </w:r>
    </w:p>
    <w:p>
      <w:pPr>
        <w:pStyle w:val="ListParagraph"/>
      </w:pPr>
      <w:r>
        <w:rPr>
          <w:sz w:val="22"/>
        </w:rPr>
        <w:t>B. にじゅっさい</w:t>
      </w:r>
    </w:p>
    <w:p>
      <w:pPr>
        <w:pStyle w:val="ListParagraph"/>
      </w:pPr>
      <w:r>
        <w:rPr>
          <w:sz w:val="22"/>
        </w:rPr>
        <w:t>C. ふたつ</w:t>
      </w:r>
    </w:p>
    <w:p>
      <w:pPr>
        <w:pStyle w:val="ListParagraph"/>
      </w:pPr>
      <w:r>
        <w:rPr>
          <w:sz w:val="22"/>
        </w:rPr>
        <w:t>D. にじゅう</w:t>
      </w:r>
    </w:p>
    <w:p/>
    <w:p>
      <w:r>
        <w:rPr>
          <w:b/>
          <w:sz w:val="24"/>
        </w:rPr>
        <w:t>Câu 236: Số 100 đọc là ひゃく, vậy "300" thường đọc là gì?</w:t>
      </w:r>
    </w:p>
    <w:p>
      <w:pPr>
        <w:pStyle w:val="ListParagraph"/>
      </w:pPr>
      <w:r>
        <w:rPr>
          <w:sz w:val="22"/>
        </w:rPr>
        <w:t>A. さんびゃく</w:t>
      </w:r>
    </w:p>
    <w:p>
      <w:pPr>
        <w:pStyle w:val="ListParagraph"/>
      </w:pPr>
      <w:r>
        <w:rPr>
          <w:sz w:val="22"/>
        </w:rPr>
        <w:t>B. さんひゃく</w:t>
      </w:r>
    </w:p>
    <w:p>
      <w:pPr>
        <w:pStyle w:val="ListParagraph"/>
      </w:pPr>
      <w:r>
        <w:rPr>
          <w:sz w:val="22"/>
        </w:rPr>
        <w:t>C. みひゃく</w:t>
      </w:r>
    </w:p>
    <w:p>
      <w:pPr>
        <w:pStyle w:val="ListParagraph"/>
      </w:pPr>
      <w:r>
        <w:rPr>
          <w:sz w:val="22"/>
        </w:rPr>
        <w:t>D. さんぴゃく</w:t>
      </w:r>
    </w:p>
    <w:p/>
    <w:p>
      <w:r>
        <w:rPr>
          <w:b/>
          <w:sz w:val="24"/>
        </w:rPr>
        <w:t>Câu 237: Số 1.000 đọc là せん, vậy "3.000" thường đọc là gì?</w:t>
      </w:r>
    </w:p>
    <w:p>
      <w:pPr>
        <w:pStyle w:val="ListParagraph"/>
      </w:pPr>
      <w:r>
        <w:rPr>
          <w:sz w:val="22"/>
        </w:rPr>
        <w:t>A. さんぜん</w:t>
      </w:r>
    </w:p>
    <w:p>
      <w:pPr>
        <w:pStyle w:val="ListParagraph"/>
      </w:pPr>
      <w:r>
        <w:rPr>
          <w:sz w:val="22"/>
        </w:rPr>
        <w:t>B. さんせん</w:t>
      </w:r>
    </w:p>
    <w:p>
      <w:pPr>
        <w:pStyle w:val="ListParagraph"/>
      </w:pPr>
      <w:r>
        <w:rPr>
          <w:sz w:val="22"/>
        </w:rPr>
        <w:t>C. みせん</w:t>
      </w:r>
    </w:p>
    <w:p>
      <w:pPr>
        <w:pStyle w:val="ListParagraph"/>
      </w:pPr>
      <w:r>
        <w:rPr>
          <w:sz w:val="22"/>
        </w:rPr>
        <w:t>D. さんぜんh</w:t>
      </w:r>
    </w:p>
    <w:p/>
    <w:p>
      <w:r>
        <w:rPr>
          <w:b/>
          <w:sz w:val="24"/>
        </w:rPr>
        <w:t>Câu 238: Từ nào KHÔNG phải là cách đếm người?</w:t>
      </w:r>
    </w:p>
    <w:p>
      <w:pPr>
        <w:pStyle w:val="ListParagraph"/>
      </w:pPr>
      <w:r>
        <w:rPr>
          <w:sz w:val="22"/>
        </w:rPr>
        <w:t>A. ひとつ</w:t>
      </w:r>
    </w:p>
    <w:p>
      <w:pPr>
        <w:pStyle w:val="ListParagraph"/>
      </w:pPr>
      <w:r>
        <w:rPr>
          <w:sz w:val="22"/>
        </w:rPr>
        <w:t>B. ひとり</w:t>
      </w:r>
    </w:p>
    <w:p>
      <w:pPr>
        <w:pStyle w:val="ListParagraph"/>
      </w:pPr>
      <w:r>
        <w:rPr>
          <w:sz w:val="22"/>
        </w:rPr>
        <w:t>C. ふたり</w:t>
      </w:r>
    </w:p>
    <w:p>
      <w:pPr>
        <w:pStyle w:val="ListParagraph"/>
      </w:pPr>
      <w:r>
        <w:rPr>
          <w:sz w:val="22"/>
        </w:rPr>
        <w:t>D. さんにん</w:t>
      </w:r>
    </w:p>
    <w:p/>
    <w:p>
      <w:r>
        <w:rPr>
          <w:b/>
          <w:sz w:val="24"/>
        </w:rPr>
        <w:t>Câu 239: Từ nào KHÔNG phải là cách đếm đồ vật (つ)?</w:t>
      </w:r>
    </w:p>
    <w:p>
      <w:pPr>
        <w:pStyle w:val="ListParagraph"/>
      </w:pPr>
      <w:r>
        <w:rPr>
          <w:sz w:val="22"/>
        </w:rPr>
        <w:t>A. にほん</w:t>
      </w:r>
    </w:p>
    <w:p>
      <w:pPr>
        <w:pStyle w:val="ListParagraph"/>
      </w:pPr>
      <w:r>
        <w:rPr>
          <w:sz w:val="22"/>
        </w:rPr>
        <w:t>B. ひとつ</w:t>
      </w:r>
    </w:p>
    <w:p>
      <w:pPr>
        <w:pStyle w:val="ListParagraph"/>
      </w:pPr>
      <w:r>
        <w:rPr>
          <w:sz w:val="22"/>
        </w:rPr>
        <w:t>C. ふたつ</w:t>
      </w:r>
    </w:p>
    <w:p>
      <w:pPr>
        <w:pStyle w:val="ListParagraph"/>
      </w:pPr>
      <w:r>
        <w:rPr>
          <w:sz w:val="22"/>
        </w:rPr>
        <w:t>D. みっつ</w:t>
      </w:r>
    </w:p>
    <w:p/>
    <w:p>
      <w:r>
        <w:rPr>
          <w:b/>
          <w:sz w:val="24"/>
        </w:rPr>
        <w:t>Câu 240: Cách nói "2 người" và "2 vật" lần lượt là gì?</w:t>
      </w:r>
    </w:p>
    <w:p>
      <w:pPr>
        <w:pStyle w:val="ListParagraph"/>
      </w:pPr>
      <w:r>
        <w:rPr>
          <w:sz w:val="22"/>
        </w:rPr>
        <w:t>A. ふたり – ふたつ</w:t>
      </w:r>
    </w:p>
    <w:p>
      <w:pPr>
        <w:pStyle w:val="ListParagraph"/>
      </w:pPr>
      <w:r>
        <w:rPr>
          <w:sz w:val="22"/>
        </w:rPr>
        <w:t>B. ふたつ – ふたり</w:t>
      </w:r>
    </w:p>
    <w:p>
      <w:pPr>
        <w:pStyle w:val="ListParagraph"/>
      </w:pPr>
      <w:r>
        <w:rPr>
          <w:sz w:val="22"/>
        </w:rPr>
        <w:t>C. ににん – にまい</w:t>
      </w:r>
    </w:p>
    <w:p>
      <w:pPr>
        <w:pStyle w:val="ListParagraph"/>
      </w:pPr>
      <w:r>
        <w:rPr>
          <w:sz w:val="22"/>
        </w:rPr>
        <w:t>D. にほん – にかい</w:t>
      </w:r>
    </w:p>
    <w:p/>
    <w:p>
      <w:r>
        <w:rPr>
          <w:b/>
          <w:sz w:val="24"/>
        </w:rPr>
        <w:t>Câu 241: Cách nói "1 vật dài" và "1 vật mỏng" lần lượt là gì?</w:t>
      </w:r>
    </w:p>
    <w:p>
      <w:pPr>
        <w:pStyle w:val="ListParagraph"/>
      </w:pPr>
      <w:r>
        <w:rPr>
          <w:sz w:val="22"/>
        </w:rPr>
        <w:t>A. いっぽん – いちまい</w:t>
      </w:r>
    </w:p>
    <w:p>
      <w:pPr>
        <w:pStyle w:val="ListParagraph"/>
      </w:pPr>
      <w:r>
        <w:rPr>
          <w:sz w:val="22"/>
        </w:rPr>
        <w:t>B. いちまい – いっぽん</w:t>
      </w:r>
    </w:p>
    <w:p>
      <w:pPr>
        <w:pStyle w:val="ListParagraph"/>
      </w:pPr>
      <w:r>
        <w:rPr>
          <w:sz w:val="22"/>
        </w:rPr>
        <w:t>C. いっぽん – いっかい</w:t>
      </w:r>
    </w:p>
    <w:p>
      <w:pPr>
        <w:pStyle w:val="ListParagraph"/>
      </w:pPr>
      <w:r>
        <w:rPr>
          <w:sz w:val="22"/>
        </w:rPr>
        <w:t>D. ひとつ – いちまい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B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B</w:t>
      </w:r>
    </w:p>
    <w:p>
      <w:r>
        <w:rPr>
          <w:b/>
        </w:rPr>
        <w:t>Câu 51: Đáp án đúng: B</w:t>
      </w:r>
    </w:p>
    <w:p>
      <w:r>
        <w:rPr>
          <w:b/>
        </w:rPr>
        <w:t>Câu 52: Đáp án đúng: B</w:t>
      </w:r>
    </w:p>
    <w:p>
      <w:r>
        <w:rPr>
          <w:b/>
        </w:rPr>
        <w:t>Câu 53: Đáp án đúng: B</w:t>
      </w:r>
    </w:p>
    <w:p>
      <w:r>
        <w:rPr>
          <w:b/>
        </w:rPr>
        <w:t>Câu 54: Đáp án đúng: B</w:t>
      </w:r>
    </w:p>
    <w:p>
      <w:r>
        <w:rPr>
          <w:b/>
        </w:rPr>
        <w:t>Câu 55: Đáp án đúng: B</w:t>
      </w:r>
    </w:p>
    <w:p>
      <w:r>
        <w:rPr>
          <w:b/>
        </w:rPr>
        <w:t>Câu 56: Đáp án đúng: B</w:t>
      </w:r>
    </w:p>
    <w:p>
      <w:r>
        <w:rPr>
          <w:b/>
        </w:rPr>
        <w:t>Câu 57: Đáp án đúng: B</w:t>
      </w:r>
    </w:p>
    <w:p>
      <w:r>
        <w:rPr>
          <w:b/>
        </w:rPr>
        <w:t>Câu 58: Đáp án đúng: B</w:t>
      </w:r>
    </w:p>
    <w:p>
      <w:r>
        <w:rPr>
          <w:b/>
        </w:rPr>
        <w:t>Câu 59: Đáp án đúng: A</w:t>
      </w:r>
    </w:p>
    <w:p>
      <w:r>
        <w:rPr>
          <w:b/>
        </w:rPr>
        <w:t>Câu 60: Đáp án đúng: B</w:t>
      </w:r>
    </w:p>
    <w:p>
      <w:r>
        <w:rPr>
          <w:b/>
        </w:rPr>
        <w:t>Câu 61: Đáp án đúng: B</w:t>
      </w:r>
    </w:p>
    <w:p>
      <w:r>
        <w:rPr>
          <w:b/>
        </w:rPr>
        <w:t>Câu 62: Đáp án đúng: B</w:t>
      </w:r>
    </w:p>
    <w:p>
      <w:r>
        <w:rPr>
          <w:b/>
        </w:rPr>
        <w:t>Câu 63: Đáp án đúng: B</w:t>
      </w:r>
    </w:p>
    <w:p>
      <w:r>
        <w:rPr>
          <w:b/>
        </w:rPr>
        <w:t>Câu 64: Đáp án đúng: B</w:t>
      </w:r>
    </w:p>
    <w:p>
      <w:r>
        <w:rPr>
          <w:b/>
        </w:rPr>
        <w:t>Câu 65: Đáp án đúng: B</w:t>
      </w:r>
    </w:p>
    <w:p>
      <w:r>
        <w:rPr>
          <w:b/>
        </w:rPr>
        <w:t>Câu 66: Đáp án đúng: B</w:t>
      </w:r>
    </w:p>
    <w:p>
      <w:r>
        <w:rPr>
          <w:b/>
        </w:rPr>
        <w:t>Câu 67: Đáp án đúng: B</w:t>
      </w:r>
    </w:p>
    <w:p>
      <w:r>
        <w:rPr>
          <w:b/>
        </w:rPr>
        <w:t>Câu 68: Đáp án đúng: B</w:t>
      </w:r>
    </w:p>
    <w:p>
      <w:r>
        <w:rPr>
          <w:b/>
        </w:rPr>
        <w:t>Câu 69: Đáp án đúng: A</w:t>
      </w:r>
    </w:p>
    <w:p>
      <w:r>
        <w:rPr>
          <w:b/>
        </w:rPr>
        <w:t>Câu 70: Đáp án đúng: B</w:t>
      </w:r>
    </w:p>
    <w:p>
      <w:r>
        <w:rPr>
          <w:b/>
        </w:rPr>
        <w:t>Câu 71: Đáp án đúng: B</w:t>
      </w:r>
    </w:p>
    <w:p>
      <w:r>
        <w:rPr>
          <w:b/>
        </w:rPr>
        <w:t>Câu 72: Đáp án đúng: B</w:t>
      </w:r>
    </w:p>
    <w:p>
      <w:r>
        <w:rPr>
          <w:b/>
        </w:rPr>
        <w:t>Câu 73: Đáp án đúng: B</w:t>
      </w:r>
    </w:p>
    <w:p>
      <w:r>
        <w:rPr>
          <w:b/>
        </w:rPr>
        <w:t>Câu 74: Đáp án đúng: B</w:t>
      </w:r>
    </w:p>
    <w:p>
      <w:r>
        <w:rPr>
          <w:b/>
        </w:rPr>
        <w:t>Câu 75: Đáp án đúng: B</w:t>
      </w:r>
    </w:p>
    <w:p>
      <w:r>
        <w:rPr>
          <w:b/>
        </w:rPr>
        <w:t>Câu 76: Đáp án đúng: B</w:t>
      </w:r>
    </w:p>
    <w:p>
      <w:r>
        <w:rPr>
          <w:b/>
        </w:rPr>
        <w:t>Câu 77: Đáp án đúng: B</w:t>
      </w:r>
    </w:p>
    <w:p>
      <w:r>
        <w:rPr>
          <w:b/>
        </w:rPr>
        <w:t>Câu 78: Đáp án đúng: B</w:t>
      </w:r>
    </w:p>
    <w:p>
      <w:r>
        <w:rPr>
          <w:b/>
        </w:rPr>
        <w:t>Câu 79: Đáp án đúng: A</w:t>
      </w:r>
    </w:p>
    <w:p>
      <w:r>
        <w:rPr>
          <w:b/>
        </w:rPr>
        <w:t>Câu 80: Đáp án đúng: B</w:t>
      </w:r>
    </w:p>
    <w:p>
      <w:r>
        <w:rPr>
          <w:b/>
        </w:rPr>
        <w:t>Câu 81: Đáp án đúng: B</w:t>
      </w:r>
    </w:p>
    <w:p>
      <w:r>
        <w:rPr>
          <w:b/>
        </w:rPr>
        <w:t>Câu 82: Đáp án đúng: B</w:t>
      </w:r>
    </w:p>
    <w:p>
      <w:r>
        <w:rPr>
          <w:b/>
        </w:rPr>
        <w:t>Câu 83: Đáp án đúng: B</w:t>
      </w:r>
    </w:p>
    <w:p>
      <w:r>
        <w:rPr>
          <w:b/>
        </w:rPr>
        <w:t>Câu 84: Đáp án đúng: B</w:t>
      </w:r>
    </w:p>
    <w:p>
      <w:r>
        <w:rPr>
          <w:b/>
        </w:rPr>
        <w:t>Câu 85: Đáp án đúng: B</w:t>
      </w:r>
    </w:p>
    <w:p>
      <w:r>
        <w:rPr>
          <w:b/>
        </w:rPr>
        <w:t>Câu 86: Đáp án đúng: B</w:t>
      </w:r>
    </w:p>
    <w:p>
      <w:r>
        <w:rPr>
          <w:b/>
        </w:rPr>
        <w:t>Câu 87: Đáp án đúng: B</w:t>
      </w:r>
    </w:p>
    <w:p>
      <w:r>
        <w:rPr>
          <w:b/>
        </w:rPr>
        <w:t>Câu 88: Đáp án đúng: B</w:t>
      </w:r>
    </w:p>
    <w:p>
      <w:r>
        <w:rPr>
          <w:b/>
        </w:rPr>
        <w:t>Câu 89: Đáp án đúng: A</w:t>
      </w:r>
    </w:p>
    <w:p>
      <w:r>
        <w:rPr>
          <w:b/>
        </w:rPr>
        <w:t>Câu 90: Đáp án đúng: B</w:t>
      </w:r>
    </w:p>
    <w:p>
      <w:r>
        <w:rPr>
          <w:b/>
        </w:rPr>
        <w:t>Câu 91: Đáp án đúng: B</w:t>
      </w:r>
    </w:p>
    <w:p>
      <w:r>
        <w:rPr>
          <w:b/>
        </w:rPr>
        <w:t>Câu 92: Đáp án đúng: B</w:t>
      </w:r>
    </w:p>
    <w:p>
      <w:r>
        <w:rPr>
          <w:b/>
        </w:rPr>
        <w:t>Câu 93: Đáp án đúng: B</w:t>
      </w:r>
    </w:p>
    <w:p>
      <w:r>
        <w:rPr>
          <w:b/>
        </w:rPr>
        <w:t>Câu 94: Đáp án đúng: B</w:t>
      </w:r>
    </w:p>
    <w:p>
      <w:r>
        <w:rPr>
          <w:b/>
        </w:rPr>
        <w:t>Câu 95: Đáp án đúng: B</w:t>
      </w:r>
    </w:p>
    <w:p>
      <w:r>
        <w:rPr>
          <w:b/>
        </w:rPr>
        <w:t>Câu 96: Đáp án đúng: B</w:t>
      </w:r>
    </w:p>
    <w:p>
      <w:r>
        <w:rPr>
          <w:b/>
        </w:rPr>
        <w:t>Câu 97: Đáp án đúng: B</w:t>
      </w:r>
    </w:p>
    <w:p>
      <w:r>
        <w:rPr>
          <w:b/>
        </w:rPr>
        <w:t>Câu 98: Đáp án đúng: B</w:t>
      </w:r>
    </w:p>
    <w:p>
      <w:r>
        <w:rPr>
          <w:b/>
        </w:rPr>
        <w:t>Câu 99: Đáp án đúng: A</w:t>
      </w:r>
    </w:p>
    <w:p>
      <w:r>
        <w:rPr>
          <w:b/>
        </w:rPr>
        <w:t>Câu 100: Đáp án đúng: B</w:t>
      </w:r>
    </w:p>
    <w:p>
      <w:r>
        <w:rPr>
          <w:b/>
        </w:rPr>
        <w:t>Câu 101: Đáp án đúng: B</w:t>
      </w:r>
    </w:p>
    <w:p>
      <w:r>
        <w:rPr>
          <w:b/>
        </w:rPr>
        <w:t>Câu 102: Đáp án đúng: B</w:t>
      </w:r>
    </w:p>
    <w:p>
      <w:r>
        <w:rPr>
          <w:b/>
        </w:rPr>
        <w:t>Câu 103: Đáp án đúng: B</w:t>
      </w:r>
    </w:p>
    <w:p>
      <w:r>
        <w:rPr>
          <w:b/>
        </w:rPr>
        <w:t>Câu 104: Đáp án đúng: B</w:t>
      </w:r>
    </w:p>
    <w:p>
      <w:r>
        <w:rPr>
          <w:b/>
        </w:rPr>
        <w:t>Câu 105: Đáp án đúng: B</w:t>
      </w:r>
    </w:p>
    <w:p>
      <w:r>
        <w:rPr>
          <w:b/>
        </w:rPr>
        <w:t>Câu 106: Đáp án đúng: B</w:t>
      </w:r>
    </w:p>
    <w:p>
      <w:r>
        <w:rPr>
          <w:b/>
        </w:rPr>
        <w:t>Câu 107: Đáp án đúng: B</w:t>
      </w:r>
    </w:p>
    <w:p>
      <w:r>
        <w:rPr>
          <w:b/>
        </w:rPr>
        <w:t>Câu 108: Đáp án đúng: B</w:t>
      </w:r>
    </w:p>
    <w:p>
      <w:r>
        <w:rPr>
          <w:b/>
        </w:rPr>
        <w:t>Câu 109: Đáp án đúng: A</w:t>
      </w:r>
    </w:p>
    <w:p>
      <w:r>
        <w:rPr>
          <w:b/>
        </w:rPr>
        <w:t>Câu 110: Đáp án đúng: B</w:t>
      </w:r>
    </w:p>
    <w:p>
      <w:r>
        <w:rPr>
          <w:b/>
        </w:rPr>
        <w:t>Câu 111: Đáp án đúng: B</w:t>
      </w:r>
    </w:p>
    <w:p>
      <w:r>
        <w:rPr>
          <w:b/>
        </w:rPr>
        <w:t>Câu 112: Đáp án đúng: B</w:t>
      </w:r>
    </w:p>
    <w:p>
      <w:r>
        <w:rPr>
          <w:b/>
        </w:rPr>
        <w:t>Câu 113: Đáp án đúng: B</w:t>
      </w:r>
    </w:p>
    <w:p>
      <w:r>
        <w:rPr>
          <w:b/>
        </w:rPr>
        <w:t>Câu 114: Đáp án đúng: B</w:t>
      </w:r>
    </w:p>
    <w:p>
      <w:r>
        <w:rPr>
          <w:b/>
        </w:rPr>
        <w:t>Câu 115: Đáp án đúng: B</w:t>
      </w:r>
    </w:p>
    <w:p>
      <w:r>
        <w:rPr>
          <w:b/>
        </w:rPr>
        <w:t>Câu 116: Đáp án đúng: B</w:t>
      </w:r>
    </w:p>
    <w:p>
      <w:r>
        <w:rPr>
          <w:b/>
        </w:rPr>
        <w:t>Câu 117: Đáp án đúng: B</w:t>
      </w:r>
    </w:p>
    <w:p>
      <w:r>
        <w:rPr>
          <w:b/>
        </w:rPr>
        <w:t>Câu 118: Đáp án đúng: B</w:t>
      </w:r>
    </w:p>
    <w:p>
      <w:r>
        <w:rPr>
          <w:b/>
        </w:rPr>
        <w:t>Câu 119: Đáp án đúng: A</w:t>
      </w:r>
    </w:p>
    <w:p>
      <w:r>
        <w:rPr>
          <w:b/>
        </w:rPr>
        <w:t>Câu 120: Đáp án đúng: B</w:t>
      </w:r>
    </w:p>
    <w:p>
      <w:r>
        <w:rPr>
          <w:b/>
        </w:rPr>
        <w:t>Câu 121: Đáp án đúng: B</w:t>
      </w:r>
    </w:p>
    <w:p>
      <w:r>
        <w:rPr>
          <w:b/>
        </w:rPr>
        <w:t>Câu 122: Đáp án đúng: B</w:t>
      </w:r>
    </w:p>
    <w:p>
      <w:r>
        <w:rPr>
          <w:b/>
        </w:rPr>
        <w:t>Câu 123: Đáp án đúng: B</w:t>
      </w:r>
    </w:p>
    <w:p>
      <w:r>
        <w:rPr>
          <w:b/>
        </w:rPr>
        <w:t>Câu 124: Đáp án đúng: B</w:t>
      </w:r>
    </w:p>
    <w:p>
      <w:r>
        <w:rPr>
          <w:b/>
        </w:rPr>
        <w:t>Câu 125: Đáp án đúng: B</w:t>
      </w:r>
    </w:p>
    <w:p>
      <w:r>
        <w:rPr>
          <w:b/>
        </w:rPr>
        <w:t>Câu 126: Đáp án đúng: B</w:t>
      </w:r>
    </w:p>
    <w:p>
      <w:r>
        <w:rPr>
          <w:b/>
        </w:rPr>
        <w:t>Câu 127: Đáp án đúng: B</w:t>
      </w:r>
    </w:p>
    <w:p>
      <w:r>
        <w:rPr>
          <w:b/>
        </w:rPr>
        <w:t>Câu 128: Đáp án đúng: B</w:t>
      </w:r>
    </w:p>
    <w:p>
      <w:r>
        <w:rPr>
          <w:b/>
        </w:rPr>
        <w:t>Câu 129: Đáp án đúng: A</w:t>
      </w:r>
    </w:p>
    <w:p>
      <w:r>
        <w:rPr>
          <w:b/>
        </w:rPr>
        <w:t>Câu 130: Đáp án đúng: B</w:t>
      </w:r>
    </w:p>
    <w:p>
      <w:r>
        <w:rPr>
          <w:b/>
        </w:rPr>
        <w:t>Câu 131: Đáp án đúng: B</w:t>
      </w:r>
    </w:p>
    <w:p>
      <w:r>
        <w:rPr>
          <w:b/>
        </w:rPr>
        <w:t>Câu 132: Đáp án đúng: B</w:t>
      </w:r>
    </w:p>
    <w:p>
      <w:r>
        <w:rPr>
          <w:b/>
        </w:rPr>
        <w:t>Câu 133: Đáp án đúng: B</w:t>
      </w:r>
    </w:p>
    <w:p>
      <w:r>
        <w:rPr>
          <w:b/>
        </w:rPr>
        <w:t>Câu 134: Đáp án đúng: B</w:t>
      </w:r>
    </w:p>
    <w:p>
      <w:r>
        <w:rPr>
          <w:b/>
        </w:rPr>
        <w:t>Câu 135: Đáp án đúng: B</w:t>
      </w:r>
    </w:p>
    <w:p>
      <w:r>
        <w:rPr>
          <w:b/>
        </w:rPr>
        <w:t>Câu 136: Đáp án đúng: B</w:t>
      </w:r>
    </w:p>
    <w:p>
      <w:r>
        <w:rPr>
          <w:b/>
        </w:rPr>
        <w:t>Câu 137: Đáp án đúng: B</w:t>
      </w:r>
    </w:p>
    <w:p>
      <w:r>
        <w:rPr>
          <w:b/>
        </w:rPr>
        <w:t>Câu 138: Đáp án đúng: B</w:t>
      </w:r>
    </w:p>
    <w:p>
      <w:r>
        <w:rPr>
          <w:b/>
        </w:rPr>
        <w:t>Câu 139: Đáp án đúng: A</w:t>
      </w:r>
    </w:p>
    <w:p>
      <w:r>
        <w:rPr>
          <w:b/>
        </w:rPr>
        <w:t>Câu 140: Đáp án đúng: B</w:t>
      </w:r>
    </w:p>
    <w:p>
      <w:r>
        <w:rPr>
          <w:b/>
        </w:rPr>
        <w:t>Câu 141: Đáp án đúng: B</w:t>
      </w:r>
    </w:p>
    <w:p>
      <w:r>
        <w:rPr>
          <w:b/>
        </w:rPr>
        <w:t>Câu 142: Đáp án đúng: B</w:t>
      </w:r>
    </w:p>
    <w:p>
      <w:r>
        <w:rPr>
          <w:b/>
        </w:rPr>
        <w:t>Câu 143: Đáp án đúng: B</w:t>
      </w:r>
    </w:p>
    <w:p>
      <w:r>
        <w:rPr>
          <w:b/>
        </w:rPr>
        <w:t>Câu 144: Đáp án đúng: B</w:t>
      </w:r>
    </w:p>
    <w:p>
      <w:r>
        <w:rPr>
          <w:b/>
        </w:rPr>
        <w:t>Câu 145: Đáp án đúng: B</w:t>
      </w:r>
    </w:p>
    <w:p>
      <w:r>
        <w:rPr>
          <w:b/>
        </w:rPr>
        <w:t>Câu 146: Đáp án đúng: B</w:t>
      </w:r>
    </w:p>
    <w:p>
      <w:r>
        <w:rPr>
          <w:b/>
        </w:rPr>
        <w:t>Câu 147: Đáp án đúng: B</w:t>
      </w:r>
    </w:p>
    <w:p>
      <w:r>
        <w:rPr>
          <w:b/>
        </w:rPr>
        <w:t>Câu 148: Đáp án đúng: B</w:t>
      </w:r>
    </w:p>
    <w:p>
      <w:r>
        <w:rPr>
          <w:b/>
        </w:rPr>
        <w:t>Câu 149: Đáp án đúng: A</w:t>
      </w:r>
    </w:p>
    <w:p>
      <w:r>
        <w:rPr>
          <w:b/>
        </w:rPr>
        <w:t>Câu 150: Đáp án đúng: A</w:t>
      </w:r>
    </w:p>
    <w:p>
      <w:r>
        <w:rPr>
          <w:b/>
        </w:rPr>
        <w:t>Câu 151: Đáp án đúng: C</w:t>
      </w:r>
    </w:p>
    <w:p>
      <w:r>
        <w:rPr>
          <w:b/>
        </w:rPr>
        <w:t>Câu 152: Đáp án đúng: C</w:t>
      </w:r>
    </w:p>
    <w:p>
      <w:r>
        <w:rPr>
          <w:b/>
        </w:rPr>
        <w:t>Câu 153: Đáp án đúng: D</w:t>
      </w:r>
    </w:p>
    <w:p>
      <w:r>
        <w:rPr>
          <w:b/>
        </w:rPr>
        <w:t>Câu 154: Đáp án đúng: A</w:t>
      </w:r>
    </w:p>
    <w:p>
      <w:r>
        <w:rPr>
          <w:b/>
        </w:rPr>
        <w:t>Câu 155: Đáp án đúng: B</w:t>
      </w:r>
    </w:p>
    <w:p>
      <w:r>
        <w:rPr>
          <w:b/>
        </w:rPr>
        <w:t>Câu 156: Đáp án đúng: B</w:t>
      </w:r>
    </w:p>
    <w:p>
      <w:r>
        <w:rPr>
          <w:b/>
        </w:rPr>
        <w:t>Câu 157: Đáp án đúng: C</w:t>
      </w:r>
    </w:p>
    <w:p>
      <w:r>
        <w:rPr>
          <w:b/>
        </w:rPr>
        <w:t>Câu 158: Đáp án đúng: A</w:t>
      </w:r>
    </w:p>
    <w:p>
      <w:r>
        <w:rPr>
          <w:b/>
        </w:rPr>
        <w:t>Câu 159: Đáp án đúng: B</w:t>
      </w:r>
    </w:p>
    <w:p>
      <w:r>
        <w:rPr>
          <w:b/>
        </w:rPr>
        <w:t>Câu 160: Đáp án đúng: B</w:t>
      </w:r>
    </w:p>
    <w:p>
      <w:r>
        <w:rPr>
          <w:b/>
        </w:rPr>
        <w:t>Câu 161: Đáp án đúng: A</w:t>
      </w:r>
    </w:p>
    <w:p>
      <w:r>
        <w:rPr>
          <w:b/>
        </w:rPr>
        <w:t>Câu 162: Đáp án đúng: B</w:t>
      </w:r>
    </w:p>
    <w:p>
      <w:r>
        <w:rPr>
          <w:b/>
        </w:rPr>
        <w:t>Câu 163: Đáp án đúng: A</w:t>
      </w:r>
    </w:p>
    <w:p>
      <w:r>
        <w:rPr>
          <w:b/>
        </w:rPr>
        <w:t>Câu 164: Đáp án đúng: B</w:t>
      </w:r>
    </w:p>
    <w:p>
      <w:r>
        <w:rPr>
          <w:b/>
        </w:rPr>
        <w:t>Câu 165: Đáp án đúng: C</w:t>
      </w:r>
    </w:p>
    <w:p>
      <w:r>
        <w:rPr>
          <w:b/>
        </w:rPr>
        <w:t>Câu 166: Đáp án đúng: A</w:t>
      </w:r>
    </w:p>
    <w:p>
      <w:r>
        <w:rPr>
          <w:b/>
        </w:rPr>
        <w:t>Câu 167: Đáp án đúng: A</w:t>
      </w:r>
    </w:p>
    <w:p>
      <w:r>
        <w:rPr>
          <w:b/>
        </w:rPr>
        <w:t>Câu 168: Đáp án đúng: A</w:t>
      </w:r>
    </w:p>
    <w:p>
      <w:r>
        <w:rPr>
          <w:b/>
        </w:rPr>
        <w:t>Câu 169: Đáp án đúng: A</w:t>
      </w:r>
    </w:p>
    <w:p>
      <w:r>
        <w:rPr>
          <w:b/>
        </w:rPr>
        <w:t>Câu 170: Đáp án đúng: B</w:t>
      </w:r>
    </w:p>
    <w:p>
      <w:r>
        <w:rPr>
          <w:b/>
        </w:rPr>
        <w:t>Câu 171: Đáp án đúng: B</w:t>
      </w:r>
    </w:p>
    <w:p>
      <w:r>
        <w:rPr>
          <w:b/>
        </w:rPr>
        <w:t>Câu 172: Đáp án đúng: B</w:t>
      </w:r>
    </w:p>
    <w:p>
      <w:r>
        <w:rPr>
          <w:b/>
        </w:rPr>
        <w:t>Câu 173: Đáp án đúng: B</w:t>
      </w:r>
    </w:p>
    <w:p>
      <w:r>
        <w:rPr>
          <w:b/>
        </w:rPr>
        <w:t>Câu 174: Đáp án đúng: B</w:t>
      </w:r>
    </w:p>
    <w:p>
      <w:r>
        <w:rPr>
          <w:b/>
        </w:rPr>
        <w:t>Câu 175: Đáp án đúng: B</w:t>
      </w:r>
    </w:p>
    <w:p>
      <w:r>
        <w:rPr>
          <w:b/>
        </w:rPr>
        <w:t>Câu 176: Đáp án đúng: B</w:t>
      </w:r>
    </w:p>
    <w:p>
      <w:r>
        <w:rPr>
          <w:b/>
        </w:rPr>
        <w:t>Câu 177: Đáp án đúng: B</w:t>
      </w:r>
    </w:p>
    <w:p>
      <w:r>
        <w:rPr>
          <w:b/>
        </w:rPr>
        <w:t>Câu 178: Đáp án đúng: B</w:t>
      </w:r>
    </w:p>
    <w:p>
      <w:r>
        <w:rPr>
          <w:b/>
        </w:rPr>
        <w:t>Câu 179: Đáp án đúng: A</w:t>
      </w:r>
    </w:p>
    <w:p>
      <w:r>
        <w:rPr>
          <w:b/>
        </w:rPr>
        <w:t>Câu 180: Đáp án đúng: B</w:t>
      </w:r>
    </w:p>
    <w:p>
      <w:r>
        <w:rPr>
          <w:b/>
        </w:rPr>
        <w:t>Câu 181: Đáp án đúng: B</w:t>
      </w:r>
    </w:p>
    <w:p>
      <w:r>
        <w:rPr>
          <w:b/>
        </w:rPr>
        <w:t>Câu 182: Đáp án đúng: B</w:t>
      </w:r>
    </w:p>
    <w:p>
      <w:r>
        <w:rPr>
          <w:b/>
        </w:rPr>
        <w:t>Câu 183: Đáp án đúng: B</w:t>
      </w:r>
    </w:p>
    <w:p>
      <w:r>
        <w:rPr>
          <w:b/>
        </w:rPr>
        <w:t>Câu 184: Đáp án đúng: B</w:t>
      </w:r>
    </w:p>
    <w:p>
      <w:r>
        <w:rPr>
          <w:b/>
        </w:rPr>
        <w:t>Câu 185: Đáp án đúng: B</w:t>
      </w:r>
    </w:p>
    <w:p>
      <w:r>
        <w:rPr>
          <w:b/>
        </w:rPr>
        <w:t>Câu 186: Đáp án đúng: B</w:t>
      </w:r>
    </w:p>
    <w:p>
      <w:r>
        <w:rPr>
          <w:b/>
        </w:rPr>
        <w:t>Câu 187: Đáp án đúng: B</w:t>
      </w:r>
    </w:p>
    <w:p>
      <w:r>
        <w:rPr>
          <w:b/>
        </w:rPr>
        <w:t>Câu 188: Đáp án đúng: B</w:t>
      </w:r>
    </w:p>
    <w:p>
      <w:r>
        <w:rPr>
          <w:b/>
        </w:rPr>
        <w:t>Câu 189: Đáp án đúng: A</w:t>
      </w:r>
    </w:p>
    <w:p>
      <w:r>
        <w:rPr>
          <w:b/>
        </w:rPr>
        <w:t>Câu 190: Đáp án đúng: B</w:t>
      </w:r>
    </w:p>
    <w:p>
      <w:r>
        <w:rPr>
          <w:b/>
        </w:rPr>
        <w:t>Câu 191: Đáp án đúng: B</w:t>
      </w:r>
    </w:p>
    <w:p>
      <w:r>
        <w:rPr>
          <w:b/>
        </w:rPr>
        <w:t>Câu 192: Đáp án đúng: A</w:t>
      </w:r>
    </w:p>
    <w:p>
      <w:r>
        <w:rPr>
          <w:b/>
        </w:rPr>
        <w:t>Câu 193: Đáp án đúng: A</w:t>
      </w:r>
    </w:p>
    <w:p>
      <w:r>
        <w:rPr>
          <w:b/>
        </w:rPr>
        <w:t>Câu 194: Đáp án đúng: A</w:t>
      </w:r>
    </w:p>
    <w:p>
      <w:r>
        <w:rPr>
          <w:b/>
        </w:rPr>
        <w:t>Câu 195: Đáp án đúng: A</w:t>
      </w:r>
    </w:p>
    <w:p>
      <w:r>
        <w:rPr>
          <w:b/>
        </w:rPr>
        <w:t>Câu 196: Đáp án đúng: A</w:t>
      </w:r>
    </w:p>
    <w:p>
      <w:r>
        <w:rPr>
          <w:b/>
        </w:rPr>
        <w:t>Câu 197: Đáp án đúng: A</w:t>
      </w:r>
    </w:p>
    <w:p>
      <w:r>
        <w:rPr>
          <w:b/>
        </w:rPr>
        <w:t>Câu 198: Đáp án đúng: A</w:t>
      </w:r>
    </w:p>
    <w:p>
      <w:r>
        <w:rPr>
          <w:b/>
        </w:rPr>
        <w:t>Câu 199: Đáp án đúng: A</w:t>
      </w:r>
    </w:p>
    <w:p>
      <w:r>
        <w:rPr>
          <w:b/>
        </w:rPr>
        <w:t>Câu 200: Đáp án đúng: A</w:t>
      </w:r>
    </w:p>
    <w:p>
      <w:r>
        <w:rPr>
          <w:b/>
        </w:rPr>
        <w:t>Câu 201: Đáp án đúng: A</w:t>
      </w:r>
    </w:p>
    <w:p>
      <w:r>
        <w:rPr>
          <w:b/>
        </w:rPr>
        <w:t>Câu 202: Đáp án đúng: A</w:t>
      </w:r>
    </w:p>
    <w:p>
      <w:r>
        <w:rPr>
          <w:b/>
        </w:rPr>
        <w:t>Câu 203: Đáp án đúng: A</w:t>
      </w:r>
    </w:p>
    <w:p>
      <w:r>
        <w:rPr>
          <w:b/>
        </w:rPr>
        <w:t>Câu 204: Đáp án đúng: A</w:t>
      </w:r>
    </w:p>
    <w:p>
      <w:r>
        <w:rPr>
          <w:b/>
        </w:rPr>
        <w:t>Câu 205: Đáp án đúng: A</w:t>
      </w:r>
    </w:p>
    <w:p>
      <w:r>
        <w:rPr>
          <w:b/>
        </w:rPr>
        <w:t>Câu 206: Đáp án đúng: A</w:t>
      </w:r>
    </w:p>
    <w:p>
      <w:r>
        <w:rPr>
          <w:b/>
        </w:rPr>
        <w:t>Câu 207: Đáp án đúng: A</w:t>
      </w:r>
    </w:p>
    <w:p>
      <w:r>
        <w:rPr>
          <w:b/>
        </w:rPr>
        <w:t>Câu 208: Đáp án đúng: A</w:t>
      </w:r>
    </w:p>
    <w:p>
      <w:r>
        <w:rPr>
          <w:b/>
        </w:rPr>
        <w:t>Câu 209: Đáp án đúng: A</w:t>
      </w:r>
    </w:p>
    <w:p>
      <w:r>
        <w:rPr>
          <w:b/>
        </w:rPr>
        <w:t>Câu 210: Đáp án đúng: A</w:t>
      </w:r>
    </w:p>
    <w:p>
      <w:r>
        <w:rPr>
          <w:b/>
        </w:rPr>
        <w:t>Câu 211: Đáp án đúng: A</w:t>
      </w:r>
    </w:p>
    <w:p>
      <w:r>
        <w:rPr>
          <w:b/>
        </w:rPr>
        <w:t>Câu 212: Đáp án đúng: A</w:t>
      </w:r>
    </w:p>
    <w:p>
      <w:r>
        <w:rPr>
          <w:b/>
        </w:rPr>
        <w:t>Câu 213: Đáp án đúng: A</w:t>
      </w:r>
    </w:p>
    <w:p>
      <w:r>
        <w:rPr>
          <w:b/>
        </w:rPr>
        <w:t>Câu 214: Đáp án đúng: A</w:t>
      </w:r>
    </w:p>
    <w:p>
      <w:r>
        <w:rPr>
          <w:b/>
        </w:rPr>
        <w:t>Câu 215: Đáp án đúng: A</w:t>
      </w:r>
    </w:p>
    <w:p>
      <w:r>
        <w:rPr>
          <w:b/>
        </w:rPr>
        <w:t>Câu 216: Đáp án đúng: A</w:t>
      </w:r>
    </w:p>
    <w:p>
      <w:r>
        <w:rPr>
          <w:b/>
        </w:rPr>
        <w:t>Câu 217: Đáp án đúng: A</w:t>
      </w:r>
    </w:p>
    <w:p>
      <w:r>
        <w:rPr>
          <w:b/>
        </w:rPr>
        <w:t>Câu 218: Đáp án đúng: A</w:t>
      </w:r>
    </w:p>
    <w:p>
      <w:r>
        <w:rPr>
          <w:b/>
        </w:rPr>
        <w:t>Câu 219: Đáp án đúng: A</w:t>
      </w:r>
    </w:p>
    <w:p>
      <w:r>
        <w:rPr>
          <w:b/>
        </w:rPr>
        <w:t>Câu 220: Đáp án đúng: A</w:t>
      </w:r>
    </w:p>
    <w:p>
      <w:r>
        <w:rPr>
          <w:b/>
        </w:rPr>
        <w:t>Câu 221: Đáp án đúng: A</w:t>
      </w:r>
    </w:p>
    <w:p>
      <w:r>
        <w:rPr>
          <w:b/>
        </w:rPr>
        <w:t>Câu 222: Đáp án đúng: A</w:t>
      </w:r>
    </w:p>
    <w:p>
      <w:r>
        <w:rPr>
          <w:b/>
        </w:rPr>
        <w:t>Câu 223: Đáp án đúng: A</w:t>
      </w:r>
    </w:p>
    <w:p>
      <w:r>
        <w:rPr>
          <w:b/>
        </w:rPr>
        <w:t>Câu 224: Đáp án đúng: A</w:t>
      </w:r>
    </w:p>
    <w:p>
      <w:r>
        <w:rPr>
          <w:b/>
        </w:rPr>
        <w:t>Câu 225: Đáp án đúng: A</w:t>
      </w:r>
    </w:p>
    <w:p>
      <w:r>
        <w:rPr>
          <w:b/>
        </w:rPr>
        <w:t>Câu 226: Đáp án đúng: A</w:t>
      </w:r>
    </w:p>
    <w:p>
      <w:r>
        <w:rPr>
          <w:b/>
        </w:rPr>
        <w:t>Câu 227: Đáp án đúng: A</w:t>
      </w:r>
    </w:p>
    <w:p>
      <w:r>
        <w:rPr>
          <w:b/>
        </w:rPr>
        <w:t>Câu 228: Đáp án đúng: A</w:t>
      </w:r>
    </w:p>
    <w:p>
      <w:r>
        <w:rPr>
          <w:b/>
        </w:rPr>
        <w:t>Câu 229: Đáp án đúng: A</w:t>
      </w:r>
    </w:p>
    <w:p>
      <w:r>
        <w:rPr>
          <w:b/>
        </w:rPr>
        <w:t>Câu 230: Đáp án đúng: A</w:t>
      </w:r>
    </w:p>
    <w:p>
      <w:r>
        <w:rPr>
          <w:b/>
        </w:rPr>
        <w:t>Câu 231: Đáp án đúng: A</w:t>
      </w:r>
    </w:p>
    <w:p>
      <w:r>
        <w:rPr>
          <w:b/>
        </w:rPr>
        <w:t>Câu 232: Đáp án đúng: A</w:t>
      </w:r>
    </w:p>
    <w:p>
      <w:r>
        <w:rPr>
          <w:b/>
        </w:rPr>
        <w:t>Câu 233: Đáp án đúng: A</w:t>
      </w:r>
    </w:p>
    <w:p>
      <w:r>
        <w:rPr>
          <w:b/>
        </w:rPr>
        <w:t>Câu 234: Đáp án đúng: A</w:t>
      </w:r>
    </w:p>
    <w:p>
      <w:r>
        <w:rPr>
          <w:b/>
        </w:rPr>
        <w:t>Câu 235: Đáp án đúng: A</w:t>
      </w:r>
    </w:p>
    <w:p>
      <w:r>
        <w:rPr>
          <w:b/>
        </w:rPr>
        <w:t>Câu 236: Đáp án đúng: A</w:t>
      </w:r>
    </w:p>
    <w:p>
      <w:r>
        <w:rPr>
          <w:b/>
        </w:rPr>
        <w:t>Câu 237: Đáp án đúng: A</w:t>
      </w:r>
    </w:p>
    <w:p>
      <w:r>
        <w:rPr>
          <w:b/>
        </w:rPr>
        <w:t>Câu 238: Đáp án đúng: A</w:t>
      </w:r>
    </w:p>
    <w:p>
      <w:r>
        <w:rPr>
          <w:b/>
        </w:rPr>
        <w:t>Câu 239: Đáp án đúng: A</w:t>
      </w:r>
    </w:p>
    <w:p>
      <w:r>
        <w:rPr>
          <w:b/>
        </w:rPr>
        <w:t>Câu 240: Đáp án đúng: A</w:t>
      </w:r>
    </w:p>
    <w:p>
      <w:r>
        <w:rPr>
          <w:b/>
        </w:rPr>
        <w:t>Câu 241: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