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Theo quy định hiện hành, quần đảo Trường Sa t...</w:t>
      </w:r>
    </w:p>
    <w:p>
      <w:pPr>
        <w:jc w:val="center"/>
      </w:pPr>
      <w:r>
        <w:rPr>
          <w:sz w:val="22"/>
        </w:rPr>
        <w:t>Số câu: 13    Thời gian: _____ phút    Họ và tên: _________________________</w:t>
      </w:r>
    </w:p>
    <w:p/>
    <w:p>
      <w:r>
        <w:rPr>
          <w:b/>
          <w:sz w:val="24"/>
        </w:rPr>
        <w:t>Câu 1: Theo quy định hiện hành, quần đảo Trường Sa thuộc quyền quản lí hành chính của tỉnh nào sau đây?</w:t>
      </w:r>
    </w:p>
    <w:p>
      <w:pPr>
        <w:pStyle w:val="ListParagraph"/>
      </w:pPr>
      <w:r>
        <w:rPr>
          <w:sz w:val="22"/>
        </w:rPr>
        <w:t>A. Quảng Ngãi.</w:t>
      </w:r>
    </w:p>
    <w:p>
      <w:pPr>
        <w:pStyle w:val="ListParagraph"/>
      </w:pPr>
      <w:r>
        <w:rPr>
          <w:sz w:val="22"/>
        </w:rPr>
        <w:t>B. Lâm Đồng.</w:t>
      </w:r>
    </w:p>
    <w:p>
      <w:pPr>
        <w:pStyle w:val="ListParagraph"/>
      </w:pPr>
      <w:r>
        <w:rPr>
          <w:sz w:val="22"/>
        </w:rPr>
        <w:t>C. Khánh Hòa.</w:t>
      </w:r>
    </w:p>
    <w:p>
      <w:pPr>
        <w:pStyle w:val="ListParagraph"/>
      </w:pPr>
      <w:r>
        <w:rPr>
          <w:sz w:val="22"/>
        </w:rPr>
        <w:t>D. Nghệ An.</w:t>
      </w:r>
    </w:p>
    <w:p/>
    <w:p>
      <w:r>
        <w:rPr>
          <w:b/>
          <w:sz w:val="24"/>
        </w:rPr>
        <w:t>Câu 2: Vùng thềm lục địa của nước ta bao gồm phần đáy biển và bộ phận nào sau đây?</w:t>
      </w:r>
    </w:p>
    <w:p>
      <w:pPr>
        <w:pStyle w:val="ListParagraph"/>
      </w:pPr>
      <w:r>
        <w:rPr>
          <w:sz w:val="22"/>
        </w:rPr>
        <w:t>A. Dòng đất dưới đáy biển.</w:t>
      </w:r>
    </w:p>
    <w:p>
      <w:pPr>
        <w:pStyle w:val="ListParagraph"/>
      </w:pPr>
      <w:r>
        <w:rPr>
          <w:sz w:val="22"/>
        </w:rPr>
        <w:t>B. Các đảo ven bờ biển.</w:t>
      </w:r>
    </w:p>
    <w:p>
      <w:pPr>
        <w:pStyle w:val="ListParagraph"/>
      </w:pPr>
      <w:r>
        <w:rPr>
          <w:sz w:val="22"/>
        </w:rPr>
        <w:t>C. Toàn bộ vùng lãnh hải.</w:t>
      </w:r>
    </w:p>
    <w:p>
      <w:pPr>
        <w:pStyle w:val="ListParagraph"/>
      </w:pPr>
      <w:r>
        <w:rPr>
          <w:sz w:val="22"/>
        </w:rPr>
        <w:t>D. Vùng tiếp giáp lãnh hải.</w:t>
      </w:r>
    </w:p>
    <w:p/>
    <w:p>
      <w:r>
        <w:rPr>
          <w:b/>
          <w:sz w:val="24"/>
        </w:rPr>
        <w:t>Câu 3: Trên đất liền, vùng trời của nước ta được xác định bởi ranh giới nào sau đây?</w:t>
      </w:r>
    </w:p>
    <w:p>
      <w:pPr>
        <w:pStyle w:val="ListParagraph"/>
      </w:pPr>
      <w:r>
        <w:rPr>
          <w:sz w:val="22"/>
        </w:rPr>
        <w:t>A. Đường bờ biển nước ta.</w:t>
      </w:r>
    </w:p>
    <w:p>
      <w:pPr>
        <w:pStyle w:val="ListParagraph"/>
      </w:pPr>
      <w:r>
        <w:rPr>
          <w:sz w:val="22"/>
        </w:rPr>
        <w:t>B. Đường biên giới quốc gia.</w:t>
      </w:r>
    </w:p>
    <w:p>
      <w:pPr>
        <w:pStyle w:val="ListParagraph"/>
      </w:pPr>
      <w:r>
        <w:rPr>
          <w:sz w:val="22"/>
        </w:rPr>
        <w:t>C. Đường cơ sở trên biển.</w:t>
      </w:r>
    </w:p>
    <w:p>
      <w:pPr>
        <w:pStyle w:val="ListParagraph"/>
      </w:pPr>
      <w:r>
        <w:rPr>
          <w:sz w:val="22"/>
        </w:rPr>
        <w:t>D. Đường vĩ tuyến biên giới.</w:t>
      </w:r>
    </w:p>
    <w:p/>
    <w:p>
      <w:r>
        <w:rPr>
          <w:b/>
          <w:sz w:val="24"/>
        </w:rPr>
        <w:t>Câu 4: Vị trí nằm trên ngã tư đường hàng hải và hàng không quốc tế giúp nước ta thuận lợi để</w:t>
      </w:r>
    </w:p>
    <w:p>
      <w:pPr>
        <w:pStyle w:val="ListParagraph"/>
      </w:pPr>
      <w:r>
        <w:rPr>
          <w:sz w:val="22"/>
        </w:rPr>
        <w:t>A. giao lưu với các nước.</w:t>
      </w:r>
    </w:p>
    <w:p>
      <w:pPr>
        <w:pStyle w:val="ListParagraph"/>
      </w:pPr>
      <w:r>
        <w:rPr>
          <w:sz w:val="22"/>
        </w:rPr>
        <w:t>B. phát triển nghề làm muối.</w:t>
      </w:r>
    </w:p>
    <w:p>
      <w:pPr>
        <w:pStyle w:val="ListParagraph"/>
      </w:pPr>
      <w:r>
        <w:rPr>
          <w:sz w:val="22"/>
        </w:rPr>
        <w:t>C. trồng cây công nghiệp.</w:t>
      </w:r>
    </w:p>
    <w:p>
      <w:pPr>
        <w:pStyle w:val="ListParagraph"/>
      </w:pPr>
      <w:r>
        <w:rPr>
          <w:sz w:val="22"/>
        </w:rPr>
        <w:t>D. bảo vệ rừng ngập mặn.</w:t>
      </w:r>
    </w:p>
    <w:p/>
    <w:p>
      <w:r>
        <w:rPr>
          <w:b/>
          <w:sz w:val="24"/>
        </w:rPr>
        <w:t>Câu 5: Việt Nam gắn liền với lục địa và đại dương nào sau đây?</w:t>
      </w:r>
    </w:p>
    <w:p>
      <w:pPr>
        <w:pStyle w:val="ListParagraph"/>
      </w:pPr>
      <w:r>
        <w:rPr>
          <w:sz w:val="22"/>
        </w:rPr>
        <w:t>A. Á-Âu và Bắc Băng Dương.</w:t>
      </w:r>
    </w:p>
    <w:p>
      <w:pPr>
        <w:pStyle w:val="ListParagraph"/>
      </w:pPr>
      <w:r>
        <w:rPr>
          <w:sz w:val="22"/>
        </w:rPr>
        <w:t>B. Á-Âu và Đại Tây Dương.</w:t>
      </w:r>
    </w:p>
    <w:p>
      <w:pPr>
        <w:pStyle w:val="ListParagraph"/>
      </w:pPr>
      <w:r>
        <w:rPr>
          <w:sz w:val="22"/>
        </w:rPr>
        <w:t>C. Á-Âu và Ấn Độ Dương.</w:t>
      </w:r>
    </w:p>
    <w:p>
      <w:pPr>
        <w:pStyle w:val="ListParagraph"/>
      </w:pPr>
      <w:r>
        <w:rPr>
          <w:sz w:val="22"/>
        </w:rPr>
        <w:t>D. Á-Âu và Thái Bình Dương.</w:t>
      </w:r>
    </w:p>
    <w:p/>
    <w:p>
      <w:r>
        <w:rPr>
          <w:b/>
          <w:sz w:val="24"/>
        </w:rPr>
        <w:t>Câu 6: Vùng biển của nước ta không tiếp giáp với vùng biển của quốc gia nào sau đây?</w:t>
      </w:r>
    </w:p>
    <w:p>
      <w:pPr>
        <w:pStyle w:val="ListParagraph"/>
      </w:pPr>
      <w:r>
        <w:rPr>
          <w:sz w:val="22"/>
        </w:rPr>
        <w:t>A. Trung Quốc.</w:t>
      </w:r>
    </w:p>
    <w:p>
      <w:pPr>
        <w:pStyle w:val="ListParagraph"/>
      </w:pPr>
      <w:r>
        <w:rPr>
          <w:sz w:val="22"/>
        </w:rPr>
        <w:t>B. Cam-pu-chia.</w:t>
      </w:r>
    </w:p>
    <w:p>
      <w:pPr>
        <w:pStyle w:val="ListParagraph"/>
      </w:pPr>
      <w:r>
        <w:rPr>
          <w:sz w:val="22"/>
        </w:rPr>
        <w:t>C. Thái Lan.</w:t>
      </w:r>
    </w:p>
    <w:p>
      <w:pPr>
        <w:pStyle w:val="ListParagraph"/>
      </w:pPr>
      <w:r>
        <w:rPr>
          <w:sz w:val="22"/>
        </w:rPr>
        <w:t>D. Mi-an-ma.</w:t>
      </w:r>
    </w:p>
    <w:p/>
    <w:p>
      <w:r>
        <w:rPr>
          <w:b/>
          <w:sz w:val="24"/>
        </w:rPr>
        <w:t>Câu 7: Quần đảo nằm cách xa đất liền nhất của nước ta là</w:t>
      </w:r>
    </w:p>
    <w:p>
      <w:pPr>
        <w:pStyle w:val="ListParagraph"/>
      </w:pPr>
      <w:r>
        <w:rPr>
          <w:sz w:val="22"/>
        </w:rPr>
        <w:t>A. Hoàng Sa.</w:t>
      </w:r>
    </w:p>
    <w:p>
      <w:pPr>
        <w:pStyle w:val="ListParagraph"/>
      </w:pPr>
      <w:r>
        <w:rPr>
          <w:sz w:val="22"/>
        </w:rPr>
        <w:t>B. Phú Quốc.</w:t>
      </w:r>
    </w:p>
    <w:p>
      <w:pPr>
        <w:pStyle w:val="ListParagraph"/>
      </w:pPr>
      <w:r>
        <w:rPr>
          <w:sz w:val="22"/>
        </w:rPr>
        <w:t>C. Phú Quý.</w:t>
      </w:r>
    </w:p>
    <w:p>
      <w:pPr>
        <w:pStyle w:val="ListParagraph"/>
      </w:pPr>
      <w:r>
        <w:rPr>
          <w:sz w:val="22"/>
        </w:rPr>
        <w:t>D. Trường Sa.</w:t>
      </w:r>
    </w:p>
    <w:p/>
    <w:p>
      <w:r>
        <w:rPr>
          <w:b/>
          <w:sz w:val="24"/>
        </w:rPr>
        <w:t>Câu 8: Lãnh thổ nước ta</w:t>
      </w:r>
    </w:p>
    <w:p>
      <w:pPr>
        <w:pStyle w:val="ListParagraph"/>
      </w:pPr>
      <w:r>
        <w:rPr>
          <w:sz w:val="22"/>
        </w:rPr>
        <w:t>A. Có đường bờ biển dài từ Bắc vào Nam.</w:t>
      </w:r>
    </w:p>
    <w:p>
      <w:pPr>
        <w:pStyle w:val="ListParagraph"/>
      </w:pPr>
      <w:r>
        <w:rPr>
          <w:sz w:val="22"/>
        </w:rPr>
        <w:t>B. có vùng đất gấp nhiều lần vùng biển.</w:t>
      </w:r>
    </w:p>
    <w:p>
      <w:pPr>
        <w:pStyle w:val="ListParagraph"/>
      </w:pPr>
      <w:r>
        <w:rPr>
          <w:sz w:val="22"/>
        </w:rPr>
        <w:t>C. nằm hoàn toàn ở trong vùng xích đạo.</w:t>
      </w:r>
    </w:p>
    <w:p>
      <w:pPr>
        <w:pStyle w:val="ListParagraph"/>
      </w:pPr>
      <w:r>
        <w:rPr>
          <w:sz w:val="22"/>
        </w:rPr>
        <w:t>D. chỉ tiếp giáp với các quốc gia trên biển.</w:t>
      </w:r>
    </w:p>
    <w:p/>
    <w:p>
      <w:r>
        <w:rPr>
          <w:b/>
          <w:sz w:val="24"/>
        </w:rPr>
        <w:t>Câu 9: Lãnh thổ nước ta</w:t>
      </w:r>
    </w:p>
    <w:p>
      <w:pPr>
        <w:pStyle w:val="ListParagraph"/>
      </w:pPr>
      <w:r>
        <w:rPr>
          <w:sz w:val="22"/>
        </w:rPr>
        <w:t>A. có biên giới chung với nhiều nước.</w:t>
      </w:r>
    </w:p>
    <w:p>
      <w:pPr>
        <w:pStyle w:val="ListParagraph"/>
      </w:pPr>
      <w:r>
        <w:rPr>
          <w:sz w:val="22"/>
        </w:rPr>
        <w:t>B. nằm hoàn toàn trong vùng xích đạo.</w:t>
      </w:r>
    </w:p>
    <w:p>
      <w:pPr>
        <w:pStyle w:val="ListParagraph"/>
      </w:pPr>
      <w:r>
        <w:rPr>
          <w:sz w:val="22"/>
        </w:rPr>
        <w:t>C. có vùng đất rộng lớn hơn vùng biển.</w:t>
      </w:r>
    </w:p>
    <w:p>
      <w:pPr>
        <w:pStyle w:val="ListParagraph"/>
      </w:pPr>
      <w:r>
        <w:rPr>
          <w:sz w:val="22"/>
        </w:rPr>
        <w:t>D. có bờ biển dài theo chiều Đông - Tây.</w:t>
      </w:r>
    </w:p>
    <w:p/>
    <w:p>
      <w:r>
        <w:rPr>
          <w:b/>
          <w:sz w:val="24"/>
        </w:rPr>
        <w:t>Câu 10: Vùng đất Việt Nam gồm toàn bộ phần đất liền và các</w:t>
      </w:r>
    </w:p>
    <w:p>
      <w:pPr>
        <w:pStyle w:val="ListParagraph"/>
      </w:pPr>
      <w:r>
        <w:rPr>
          <w:sz w:val="22"/>
        </w:rPr>
        <w:t>A. hải đảo.</w:t>
      </w:r>
    </w:p>
    <w:p>
      <w:pPr>
        <w:pStyle w:val="ListParagraph"/>
      </w:pPr>
      <w:r>
        <w:rPr>
          <w:sz w:val="22"/>
        </w:rPr>
        <w:t>B. đảo ven bờ.</w:t>
      </w:r>
    </w:p>
    <w:p>
      <w:pPr>
        <w:pStyle w:val="ListParagraph"/>
      </w:pPr>
      <w:r>
        <w:rPr>
          <w:sz w:val="22"/>
        </w:rPr>
        <w:t>C. đảo xa bờ.</w:t>
      </w:r>
    </w:p>
    <w:p>
      <w:pPr>
        <w:pStyle w:val="ListParagraph"/>
      </w:pPr>
      <w:r>
        <w:rPr>
          <w:sz w:val="22"/>
        </w:rPr>
        <w:t>D. quần đảo.</w:t>
      </w:r>
    </w:p>
    <w:p/>
    <w:p>
      <w:r>
        <w:rPr>
          <w:b/>
          <w:sz w:val="24"/>
        </w:rPr>
        <w:t>Câu 11: Vị trí địa lí nước ta</w:t>
      </w:r>
    </w:p>
    <w:p>
      <w:pPr>
        <w:pStyle w:val="ListParagraph"/>
      </w:pPr>
      <w:r>
        <w:rPr>
          <w:sz w:val="22"/>
        </w:rPr>
        <w:t>A. thuộc khu vực Đông Nam Á hải đảo.</w:t>
      </w:r>
    </w:p>
    <w:p>
      <w:pPr>
        <w:pStyle w:val="ListParagraph"/>
      </w:pPr>
      <w:r>
        <w:rPr>
          <w:sz w:val="22"/>
        </w:rPr>
        <w:t>B. là một bộ phận của bán đảo Tiểu Á.</w:t>
      </w:r>
    </w:p>
    <w:p>
      <w:pPr>
        <w:pStyle w:val="ListParagraph"/>
      </w:pPr>
      <w:r>
        <w:rPr>
          <w:sz w:val="22"/>
        </w:rPr>
        <w:t>C. trong vùng hoạt động gió mậu dịch.</w:t>
      </w:r>
    </w:p>
    <w:p>
      <w:pPr>
        <w:pStyle w:val="ListParagraph"/>
      </w:pPr>
      <w:r>
        <w:rPr>
          <w:sz w:val="22"/>
        </w:rPr>
        <w:t>D. nằm ở phía đông Thái Bình Dương.</w:t>
      </w:r>
    </w:p>
    <w:p/>
    <w:p>
      <w:r>
        <w:rPr>
          <w:b/>
          <w:sz w:val="24"/>
        </w:rPr>
        <w:t>Câu 12: Phía tây nước ta tiếp giáp với những quốc gia nào sau đây?</w:t>
      </w:r>
    </w:p>
    <w:p>
      <w:pPr>
        <w:pStyle w:val="ListParagraph"/>
      </w:pPr>
      <w:r>
        <w:rPr>
          <w:sz w:val="22"/>
        </w:rPr>
        <w:t>A. Lào và Thái Lan.</w:t>
      </w:r>
    </w:p>
    <w:p>
      <w:pPr>
        <w:pStyle w:val="ListParagraph"/>
      </w:pPr>
      <w:r>
        <w:rPr>
          <w:sz w:val="22"/>
        </w:rPr>
        <w:t>B. Campuchia và Trung Quốc.</w:t>
      </w:r>
    </w:p>
    <w:p>
      <w:pPr>
        <w:pStyle w:val="ListParagraph"/>
      </w:pPr>
      <w:r>
        <w:rPr>
          <w:sz w:val="22"/>
        </w:rPr>
        <w:t>C. Lào và Campuchia.</w:t>
      </w:r>
    </w:p>
    <w:p>
      <w:pPr>
        <w:pStyle w:val="ListParagraph"/>
      </w:pPr>
      <w:r>
        <w:rPr>
          <w:sz w:val="22"/>
        </w:rPr>
        <w:t>D. Lào và Trung Quốc.</w:t>
      </w:r>
    </w:p>
    <w:p/>
    <w:p>
      <w:r>
        <w:rPr>
          <w:b/>
          <w:sz w:val="24"/>
        </w:rPr>
        <w:t>Câu 13: Hệ tọa độ địa lí phần đất liền nước ta là</w:t>
      </w:r>
    </w:p>
    <w:p>
      <w:pPr>
        <w:pStyle w:val="ListParagraph"/>
      </w:pPr>
      <w:r>
        <w:rPr>
          <w:sz w:val="22"/>
        </w:rPr>
        <w:t>A. 23°20'B - 8°30'B và 102°09'Đ - 109°24'Đ</w:t>
      </w:r>
    </w:p>
    <w:p>
      <w:pPr>
        <w:pStyle w:val="ListParagraph"/>
      </w:pPr>
      <w:r>
        <w:rPr>
          <w:sz w:val="22"/>
        </w:rPr>
        <w:t>B. 23°23'B - 8°30'B và 102°09'Đ - 109°28'Đ</w:t>
      </w:r>
    </w:p>
    <w:p>
      <w:pPr>
        <w:pStyle w:val="ListParagraph"/>
      </w:pPr>
      <w:r>
        <w:rPr>
          <w:sz w:val="22"/>
        </w:rPr>
        <w:t>C. 23°23'B - 8°34'B và 102°09'Đ - 109°28'Đ</w:t>
      </w:r>
    </w:p>
    <w:p>
      <w:pPr>
        <w:pStyle w:val="ListParagraph"/>
      </w:pPr>
      <w:r>
        <w:rPr>
          <w:sz w:val="22"/>
        </w:rPr>
        <w:t>D. 23°23'B - 8°34'B và 102°09'Đ - 109°20'Đ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C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D</w:t>
      </w:r>
    </w:p>
    <w:p>
      <w:r>
        <w:rPr>
          <w:b/>
        </w:rPr>
        <w:t>Câu 6: Đáp án đúng: D</w:t>
      </w:r>
    </w:p>
    <w:p>
      <w:r>
        <w:rPr>
          <w:b/>
        </w:rPr>
        <w:t>Câu 7: Đáp án đúng: D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C</w:t>
      </w:r>
    </w:p>
    <w:p>
      <w:r>
        <w:rPr>
          <w:b/>
        </w:rPr>
        <w:t>Câu 12: Đáp án đúng: C</w:t>
      </w:r>
    </w:p>
    <w:p>
      <w:r>
        <w:rPr>
          <w:b/>
        </w:rPr>
        <w:t>Câu 13: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