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kiểm tra 15 phút trắc nghiệm hình thức lựa chọn đáp án đúng nhất ở 3 mức độ nhận biết , thông hiểu và vận dụng môn lịch sử 7  sách kết nối tri thức và cuộc sống</w:t>
      </w:r>
    </w:p>
    <w:p>
      <w:pPr>
        <w:jc w:val="center"/>
      </w:pPr>
      <w:r>
        <w:rPr>
          <w:sz w:val="22"/>
        </w:rPr>
        <w:t>Số câu: 30    Thời gian: _____ phút    Họ và tên: _________________________</w:t>
      </w:r>
    </w:p>
    <w:p/>
    <w:p>
      <w:r>
        <w:rPr>
          <w:b/>
          <w:sz w:val="24"/>
        </w:rPr>
        <w:t>Câu 1: Cuộc xâm lược và lật đổ đế quốc La Mã của người Giéc-man diễn ra vào năm nào?</w:t>
      </w:r>
    </w:p>
    <w:p>
      <w:pPr>
        <w:pStyle w:val="ListParagraph"/>
      </w:pPr>
      <w:r>
        <w:rPr>
          <w:sz w:val="22"/>
        </w:rPr>
        <w:t>A. Năm 466</w:t>
      </w:r>
    </w:p>
    <w:p>
      <w:pPr>
        <w:pStyle w:val="ListParagraph"/>
      </w:pPr>
      <w:r>
        <w:rPr>
          <w:sz w:val="22"/>
        </w:rPr>
        <w:t>B. Năm 476</w:t>
      </w:r>
    </w:p>
    <w:p>
      <w:pPr>
        <w:pStyle w:val="ListParagraph"/>
      </w:pPr>
      <w:r>
        <w:rPr>
          <w:sz w:val="22"/>
        </w:rPr>
        <w:t>C. Năm 486</w:t>
      </w:r>
    </w:p>
    <w:p>
      <w:pPr>
        <w:pStyle w:val="ListParagraph"/>
      </w:pPr>
      <w:r>
        <w:rPr>
          <w:sz w:val="22"/>
        </w:rPr>
        <w:t>D. Năm 496</w:t>
      </w:r>
    </w:p>
    <w:p/>
    <w:p>
      <w:r>
        <w:rPr>
          <w:b/>
          <w:sz w:val="24"/>
        </w:rPr>
        <w:t>Câu 2: Sau khi lật đổ đế quốc La Mã, người Giéc-man đã thành lập nhiều vương quốc mới, ngoại trừ</w:t>
      </w:r>
    </w:p>
    <w:p>
      <w:pPr>
        <w:pStyle w:val="ListParagraph"/>
      </w:pPr>
      <w:r>
        <w:rPr>
          <w:sz w:val="22"/>
        </w:rPr>
        <w:t>A. Vương quốc Phơ-răng</w:t>
      </w:r>
    </w:p>
    <w:p>
      <w:pPr>
        <w:pStyle w:val="ListParagraph"/>
      </w:pPr>
      <w:r>
        <w:rPr>
          <w:sz w:val="22"/>
        </w:rPr>
        <w:t>B. Vương quốc Tây Gốt</w:t>
      </w:r>
    </w:p>
    <w:p>
      <w:pPr>
        <w:pStyle w:val="ListParagraph"/>
      </w:pPr>
      <w:r>
        <w:rPr>
          <w:sz w:val="22"/>
        </w:rPr>
        <w:t>C. Vương quốc Đông Gốt</w:t>
      </w:r>
    </w:p>
    <w:p>
      <w:pPr>
        <w:pStyle w:val="ListParagraph"/>
      </w:pPr>
      <w:r>
        <w:rPr>
          <w:sz w:val="22"/>
        </w:rPr>
        <w:t>D. Vương quốc Ba Tư</w:t>
      </w:r>
    </w:p>
    <w:p/>
    <w:p>
      <w:r>
        <w:rPr>
          <w:b/>
          <w:sz w:val="24"/>
        </w:rPr>
        <w:t>Câu 3: Hai giai cấp cơ bản trong xã hội phong kiến Tây Âu là</w:t>
      </w:r>
    </w:p>
    <w:p>
      <w:pPr>
        <w:pStyle w:val="ListParagraph"/>
      </w:pPr>
      <w:r>
        <w:rPr>
          <w:sz w:val="22"/>
        </w:rPr>
        <w:t>A. Quý tộc và nông dân</w:t>
      </w:r>
    </w:p>
    <w:p>
      <w:pPr>
        <w:pStyle w:val="ListParagraph"/>
      </w:pPr>
      <w:r>
        <w:rPr>
          <w:sz w:val="22"/>
        </w:rPr>
        <w:t>B. Lãnh chúa phong kiến và nông nô</w:t>
      </w:r>
    </w:p>
    <w:p>
      <w:pPr>
        <w:pStyle w:val="ListParagraph"/>
      </w:pPr>
      <w:r>
        <w:rPr>
          <w:sz w:val="22"/>
        </w:rPr>
        <w:t>C. Chủ nô và nô lệ</w:t>
      </w:r>
    </w:p>
    <w:p>
      <w:pPr>
        <w:pStyle w:val="ListParagraph"/>
      </w:pPr>
      <w:r>
        <w:rPr>
          <w:sz w:val="22"/>
        </w:rPr>
        <w:t>D. Địa chủ và tá điền</w:t>
      </w:r>
    </w:p>
    <w:p/>
    <w:p>
      <w:r>
        <w:rPr>
          <w:b/>
          <w:sz w:val="24"/>
        </w:rPr>
        <w:t>Câu 4: Đơn vị chính trị và kinh tế cơ bản của chế độ phong kiến Tây Âu là</w:t>
      </w:r>
    </w:p>
    <w:p>
      <w:pPr>
        <w:pStyle w:val="ListParagraph"/>
      </w:pPr>
      <w:r>
        <w:rPr>
          <w:sz w:val="22"/>
        </w:rPr>
        <w:t>A. Thành thị trung đại</w:t>
      </w:r>
    </w:p>
    <w:p>
      <w:pPr>
        <w:pStyle w:val="ListParagraph"/>
      </w:pPr>
      <w:r>
        <w:rPr>
          <w:sz w:val="22"/>
        </w:rPr>
        <w:t>B. Lãnh địa phong kiến</w:t>
      </w:r>
    </w:p>
    <w:p>
      <w:pPr>
        <w:pStyle w:val="ListParagraph"/>
      </w:pPr>
      <w:r>
        <w:rPr>
          <w:sz w:val="22"/>
        </w:rPr>
        <w:t>C. Làng xã</w:t>
      </w:r>
    </w:p>
    <w:p>
      <w:pPr>
        <w:pStyle w:val="ListParagraph"/>
      </w:pPr>
      <w:r>
        <w:rPr>
          <w:sz w:val="22"/>
        </w:rPr>
        <w:t>D. Quốc gia</w:t>
      </w:r>
    </w:p>
    <w:p/>
    <w:p>
      <w:r>
        <w:rPr>
          <w:b/>
          <w:sz w:val="24"/>
        </w:rPr>
        <w:t>Câu 5: Đặc điểm của nông nô trong lãnh địa phong kiến là</w:t>
      </w:r>
    </w:p>
    <w:p>
      <w:pPr>
        <w:pStyle w:val="ListParagraph"/>
      </w:pPr>
      <w:r>
        <w:rPr>
          <w:sz w:val="22"/>
        </w:rPr>
        <w:t>A. Có ruộng đất riêng, chỉ nộp thuế cho vua</w:t>
      </w:r>
    </w:p>
    <w:p>
      <w:pPr>
        <w:pStyle w:val="ListParagraph"/>
      </w:pPr>
      <w:r>
        <w:rPr>
          <w:sz w:val="22"/>
        </w:rPr>
        <w:t>B. Không có ruộng đất, phụ thuộc vào lãnh chúa</w:t>
      </w:r>
    </w:p>
    <w:p>
      <w:pPr>
        <w:pStyle w:val="ListParagraph"/>
      </w:pPr>
      <w:r>
        <w:rPr>
          <w:sz w:val="22"/>
        </w:rPr>
        <w:t>C. Là chủ đất, bóc lột nông dân</w:t>
      </w:r>
    </w:p>
    <w:p>
      <w:pPr>
        <w:pStyle w:val="ListParagraph"/>
      </w:pPr>
      <w:r>
        <w:rPr>
          <w:sz w:val="22"/>
        </w:rPr>
        <w:t>D. Tự do làm ăn, không phải nộp tô</w:t>
      </w:r>
    </w:p>
    <w:p/>
    <w:p>
      <w:r>
        <w:rPr>
          <w:b/>
          <w:sz w:val="24"/>
        </w:rPr>
        <w:t>Câu 6: Kinh tế chủ yếu của lãnh địa phong kiến Tây Âu là</w:t>
      </w:r>
    </w:p>
    <w:p>
      <w:pPr>
        <w:pStyle w:val="ListParagraph"/>
      </w:pPr>
      <w:r>
        <w:rPr>
          <w:sz w:val="22"/>
        </w:rPr>
        <w:t>A. Công nghiệp</w:t>
      </w:r>
    </w:p>
    <w:p>
      <w:pPr>
        <w:pStyle w:val="ListParagraph"/>
      </w:pPr>
      <w:r>
        <w:rPr>
          <w:sz w:val="22"/>
        </w:rPr>
        <w:t>B. Thương mại</w:t>
      </w:r>
    </w:p>
    <w:p>
      <w:pPr>
        <w:pStyle w:val="ListParagraph"/>
      </w:pPr>
      <w:r>
        <w:rPr>
          <w:sz w:val="22"/>
        </w:rPr>
        <w:t>C. Nông nghiệp tự cấp tự túc</w:t>
      </w:r>
    </w:p>
    <w:p>
      <w:pPr>
        <w:pStyle w:val="ListParagraph"/>
      </w:pPr>
      <w:r>
        <w:rPr>
          <w:sz w:val="22"/>
        </w:rPr>
        <w:t>D. Dịch vụ</w:t>
      </w:r>
    </w:p>
    <w:p/>
    <w:p>
      <w:r>
        <w:rPr>
          <w:b/>
          <w:sz w:val="24"/>
        </w:rPr>
        <w:t>Câu 7: Nguyên nhân chính dẫn đến sự ra đời của thành thị trung đại ở Tây Âu là</w:t>
      </w:r>
    </w:p>
    <w:p>
      <w:pPr>
        <w:pStyle w:val="ListParagraph"/>
      </w:pPr>
      <w:r>
        <w:rPr>
          <w:sz w:val="22"/>
        </w:rPr>
        <w:t>A. Sản xuất thủ công phát triển, hàng hóa được trao đổi</w:t>
      </w:r>
    </w:p>
    <w:p>
      <w:pPr>
        <w:pStyle w:val="ListParagraph"/>
      </w:pPr>
      <w:r>
        <w:rPr>
          <w:sz w:val="22"/>
        </w:rPr>
        <w:t>B. Chiến tranh giữa các vương quốc</w:t>
      </w:r>
    </w:p>
    <w:p>
      <w:pPr>
        <w:pStyle w:val="ListParagraph"/>
      </w:pPr>
      <w:r>
        <w:rPr>
          <w:sz w:val="22"/>
        </w:rPr>
        <w:t>C. Vua ban đất cho quý tộc</w:t>
      </w:r>
    </w:p>
    <w:p>
      <w:pPr>
        <w:pStyle w:val="ListParagraph"/>
      </w:pPr>
      <w:r>
        <w:rPr>
          <w:sz w:val="22"/>
        </w:rPr>
        <w:t>D. Giáo hội cho xây dựng nhiều nhà thờ</w:t>
      </w:r>
    </w:p>
    <w:p/>
    <w:p>
      <w:r>
        <w:rPr>
          <w:b/>
          <w:sz w:val="24"/>
        </w:rPr>
        <w:t>Câu 8: Cư dân chủ yếu của thành thị trung đại là</w:t>
      </w:r>
    </w:p>
    <w:p>
      <w:pPr>
        <w:pStyle w:val="ListParagraph"/>
      </w:pPr>
      <w:r>
        <w:rPr>
          <w:sz w:val="22"/>
        </w:rPr>
        <w:t>A. Lãnh chúa và nông nô</w:t>
      </w:r>
    </w:p>
    <w:p>
      <w:pPr>
        <w:pStyle w:val="ListParagraph"/>
      </w:pPr>
      <w:r>
        <w:rPr>
          <w:sz w:val="22"/>
        </w:rPr>
        <w:t>B. Thợ thủ công và thương nhân</w:t>
      </w:r>
    </w:p>
    <w:p>
      <w:pPr>
        <w:pStyle w:val="ListParagraph"/>
      </w:pPr>
      <w:r>
        <w:rPr>
          <w:sz w:val="22"/>
        </w:rPr>
        <w:t>C. Quý tộc và tăng lữ</w:t>
      </w:r>
    </w:p>
    <w:p>
      <w:pPr>
        <w:pStyle w:val="ListParagraph"/>
      </w:pPr>
      <w:r>
        <w:rPr>
          <w:sz w:val="22"/>
        </w:rPr>
        <w:t>D. Nông dân và nô lệ</w:t>
      </w:r>
    </w:p>
    <w:p/>
    <w:p>
      <w:r>
        <w:rPr>
          <w:b/>
          <w:sz w:val="24"/>
        </w:rPr>
        <w:t>Câu 9: Vai trò của thành thị trung đại đối với xã hội phong kiến Tây Âu là</w:t>
      </w:r>
    </w:p>
    <w:p>
      <w:pPr>
        <w:pStyle w:val="ListParagraph"/>
      </w:pPr>
      <w:r>
        <w:rPr>
          <w:sz w:val="22"/>
        </w:rPr>
        <w:t>A. Củng cố nền kinh tế tự cấp tự túc</w:t>
      </w:r>
    </w:p>
    <w:p>
      <w:pPr>
        <w:pStyle w:val="ListParagraph"/>
      </w:pPr>
      <w:r>
        <w:rPr>
          <w:sz w:val="22"/>
        </w:rPr>
        <w:t>B. Phá vỡ kinh tế tự cấp tự túc, thúc đẩy kinh tế hàng hóa</w:t>
      </w:r>
    </w:p>
    <w:p>
      <w:pPr>
        <w:pStyle w:val="ListParagraph"/>
      </w:pPr>
      <w:r>
        <w:rPr>
          <w:sz w:val="22"/>
        </w:rPr>
        <w:t>C. Duy trì chế độ nô lệ</w:t>
      </w:r>
    </w:p>
    <w:p>
      <w:pPr>
        <w:pStyle w:val="ListParagraph"/>
      </w:pPr>
      <w:r>
        <w:rPr>
          <w:sz w:val="22"/>
        </w:rPr>
        <w:t>D. Làm suy sụp hoàn toàn nông nghiệp</w:t>
      </w:r>
    </w:p>
    <w:p/>
    <w:p>
      <w:r>
        <w:rPr>
          <w:b/>
          <w:sz w:val="24"/>
        </w:rPr>
        <w:t>Câu 10: Thế kỉ XIV - XV, chế độ phong kiến Tây Âu suy vong do</w:t>
      </w:r>
    </w:p>
    <w:p>
      <w:pPr>
        <w:pStyle w:val="ListParagraph"/>
      </w:pPr>
      <w:r>
        <w:rPr>
          <w:sz w:val="22"/>
        </w:rPr>
        <w:t>A. Nạn đói, dịch bệnh, chiến tranh nông dân</w:t>
      </w:r>
    </w:p>
    <w:p>
      <w:pPr>
        <w:pStyle w:val="ListParagraph"/>
      </w:pPr>
      <w:r>
        <w:rPr>
          <w:sz w:val="22"/>
        </w:rPr>
        <w:t>B. Sự phát triển mạnh mẽ của thành thị</w:t>
      </w:r>
    </w:p>
    <w:p>
      <w:pPr>
        <w:pStyle w:val="ListParagraph"/>
      </w:pPr>
      <w:r>
        <w:rPr>
          <w:sz w:val="22"/>
        </w:rPr>
        <w:t>C. Vua ban ruộng đất cho nông nô</w:t>
      </w:r>
    </w:p>
    <w:p>
      <w:pPr>
        <w:pStyle w:val="ListParagraph"/>
      </w:pPr>
      <w:r>
        <w:rPr>
          <w:sz w:val="22"/>
        </w:rPr>
        <w:t>D. Phong trào Cải cách tôn giáo</w:t>
      </w:r>
    </w:p>
    <w:p/>
    <w:p>
      <w:r>
        <w:rPr>
          <w:b/>
          <w:sz w:val="24"/>
        </w:rPr>
        <w:t>Câu 11: Phong trào Văn hóa Phục hưng diễn ra vào thời gian nào?</w:t>
      </w:r>
    </w:p>
    <w:p>
      <w:pPr>
        <w:pStyle w:val="ListParagraph"/>
      </w:pPr>
      <w:r>
        <w:rPr>
          <w:sz w:val="22"/>
        </w:rPr>
        <w:t>A. Thế kỉ XI - XIII</w:t>
      </w:r>
    </w:p>
    <w:p>
      <w:pPr>
        <w:pStyle w:val="ListParagraph"/>
      </w:pPr>
      <w:r>
        <w:rPr>
          <w:sz w:val="22"/>
        </w:rPr>
        <w:t>B. Thế kỉ XIV - XVII</w:t>
      </w:r>
    </w:p>
    <w:p>
      <w:pPr>
        <w:pStyle w:val="ListParagraph"/>
      </w:pPr>
      <w:r>
        <w:rPr>
          <w:sz w:val="22"/>
        </w:rPr>
        <w:t>C. Thế kỉ XVIII - XIX</w:t>
      </w:r>
    </w:p>
    <w:p>
      <w:pPr>
        <w:pStyle w:val="ListParagraph"/>
      </w:pPr>
      <w:r>
        <w:rPr>
          <w:sz w:val="22"/>
        </w:rPr>
        <w:t>D. Thế kỉ V - X</w:t>
      </w:r>
    </w:p>
    <w:p/>
    <w:p>
      <w:r>
        <w:rPr>
          <w:b/>
          <w:sz w:val="24"/>
        </w:rPr>
        <w:t>Câu 12: Phong trào Văn hóa Phục hưng bắt đầu ở quốc gia nào?</w:t>
      </w:r>
    </w:p>
    <w:p>
      <w:pPr>
        <w:pStyle w:val="ListParagraph"/>
      </w:pPr>
      <w:r>
        <w:rPr>
          <w:sz w:val="22"/>
        </w:rPr>
        <w:t>A. Pháp</w:t>
      </w:r>
    </w:p>
    <w:p>
      <w:pPr>
        <w:pStyle w:val="ListParagraph"/>
      </w:pPr>
      <w:r>
        <w:rPr>
          <w:sz w:val="22"/>
        </w:rPr>
        <w:t>B. Đức</w:t>
      </w:r>
    </w:p>
    <w:p>
      <w:pPr>
        <w:pStyle w:val="ListParagraph"/>
      </w:pPr>
      <w:r>
        <w:rPr>
          <w:sz w:val="22"/>
        </w:rPr>
        <w:t>C. I-ta-li-a</w:t>
      </w:r>
    </w:p>
    <w:p>
      <w:pPr>
        <w:pStyle w:val="ListParagraph"/>
      </w:pPr>
      <w:r>
        <w:rPr>
          <w:sz w:val="22"/>
        </w:rPr>
        <w:t>D. Anh</w:t>
      </w:r>
    </w:p>
    <w:p/>
    <w:p>
      <w:r>
        <w:rPr>
          <w:b/>
          <w:sz w:val="24"/>
        </w:rPr>
        <w:t>Câu 13: Tư tưởng cốt lõi của phong trào Văn hóa Phục hưng là</w:t>
      </w:r>
    </w:p>
    <w:p>
      <w:pPr>
        <w:pStyle w:val="ListParagraph"/>
      </w:pPr>
      <w:r>
        <w:rPr>
          <w:sz w:val="22"/>
        </w:rPr>
        <w:t>A. Đề cao con người, tự do, khoa học</w:t>
      </w:r>
    </w:p>
    <w:p>
      <w:pPr>
        <w:pStyle w:val="ListParagraph"/>
      </w:pPr>
      <w:r>
        <w:rPr>
          <w:sz w:val="22"/>
        </w:rPr>
        <w:t>B. Đề cao Thượng đế</w:t>
      </w:r>
    </w:p>
    <w:p>
      <w:pPr>
        <w:pStyle w:val="ListParagraph"/>
      </w:pPr>
      <w:r>
        <w:rPr>
          <w:sz w:val="22"/>
        </w:rPr>
        <w:t>C. Đề cao vua chúa</w:t>
      </w:r>
    </w:p>
    <w:p>
      <w:pPr>
        <w:pStyle w:val="ListParagraph"/>
      </w:pPr>
      <w:r>
        <w:rPr>
          <w:sz w:val="22"/>
        </w:rPr>
        <w:t>D. Đề cao nông nghiệp</w:t>
      </w:r>
    </w:p>
    <w:p/>
    <w:p>
      <w:r>
        <w:rPr>
          <w:b/>
          <w:sz w:val="24"/>
        </w:rPr>
        <w:t>Câu 14: Một đại diện tiêu biểu của phong trào Văn hóa Phục hưng là</w:t>
      </w:r>
    </w:p>
    <w:p>
      <w:pPr>
        <w:pStyle w:val="ListParagraph"/>
      </w:pPr>
      <w:r>
        <w:rPr>
          <w:sz w:val="22"/>
        </w:rPr>
        <w:t>A. Lê-ô-na đơ Vanh-xi</w:t>
      </w:r>
    </w:p>
    <w:p>
      <w:pPr>
        <w:pStyle w:val="ListParagraph"/>
      </w:pPr>
      <w:r>
        <w:rPr>
          <w:sz w:val="22"/>
        </w:rPr>
        <w:t>B. Mác-tin Lu-thơ</w:t>
      </w:r>
    </w:p>
    <w:p>
      <w:pPr>
        <w:pStyle w:val="ListParagraph"/>
      </w:pPr>
      <w:r>
        <w:rPr>
          <w:sz w:val="22"/>
        </w:rPr>
        <w:t>C. Cô-lôm-bô</w:t>
      </w:r>
    </w:p>
    <w:p>
      <w:pPr>
        <w:pStyle w:val="ListParagraph"/>
      </w:pPr>
      <w:r>
        <w:rPr>
          <w:sz w:val="22"/>
        </w:rPr>
        <w:t>D. Ma-gien-lăng</w:t>
      </w:r>
    </w:p>
    <w:p/>
    <w:p>
      <w:r>
        <w:rPr>
          <w:b/>
          <w:sz w:val="24"/>
        </w:rPr>
        <w:t>Câu 15: Phong trào Cải cách tôn giáo ở châu Âu khởi đầu ở quốc gia nào?</w:t>
      </w:r>
    </w:p>
    <w:p>
      <w:pPr>
        <w:pStyle w:val="ListParagraph"/>
      </w:pPr>
      <w:r>
        <w:rPr>
          <w:sz w:val="22"/>
        </w:rPr>
        <w:t>A. Đức</w:t>
      </w:r>
    </w:p>
    <w:p>
      <w:pPr>
        <w:pStyle w:val="ListParagraph"/>
      </w:pPr>
      <w:r>
        <w:rPr>
          <w:sz w:val="22"/>
        </w:rPr>
        <w:t>B. I-ta-li-a</w:t>
      </w:r>
    </w:p>
    <w:p>
      <w:pPr>
        <w:pStyle w:val="ListParagraph"/>
      </w:pPr>
      <w:r>
        <w:rPr>
          <w:sz w:val="22"/>
        </w:rPr>
        <w:t>C. Tây Ban Nha</w:t>
      </w:r>
    </w:p>
    <w:p>
      <w:pPr>
        <w:pStyle w:val="ListParagraph"/>
      </w:pPr>
      <w:r>
        <w:rPr>
          <w:sz w:val="22"/>
        </w:rPr>
        <w:t>D. Bồ Đào Nha</w:t>
      </w:r>
    </w:p>
    <w:p/>
    <w:p>
      <w:r>
        <w:rPr>
          <w:b/>
          <w:sz w:val="24"/>
        </w:rPr>
        <w:t>Câu 16: Người khởi xướng phong trào Cải cách tôn giáo ở Đức là</w:t>
      </w:r>
    </w:p>
    <w:p>
      <w:pPr>
        <w:pStyle w:val="ListParagraph"/>
      </w:pPr>
      <w:r>
        <w:rPr>
          <w:sz w:val="22"/>
        </w:rPr>
        <w:t>A. Can-vanh</w:t>
      </w:r>
    </w:p>
    <w:p>
      <w:pPr>
        <w:pStyle w:val="ListParagraph"/>
      </w:pPr>
      <w:r>
        <w:rPr>
          <w:sz w:val="22"/>
        </w:rPr>
        <w:t>B. Mác-tin Lu-thơ</w:t>
      </w:r>
    </w:p>
    <w:p>
      <w:pPr>
        <w:pStyle w:val="ListParagraph"/>
      </w:pPr>
      <w:r>
        <w:rPr>
          <w:sz w:val="22"/>
        </w:rPr>
        <w:t>C. Ga-li-lê</w:t>
      </w:r>
    </w:p>
    <w:p>
      <w:pPr>
        <w:pStyle w:val="ListParagraph"/>
      </w:pPr>
      <w:r>
        <w:rPr>
          <w:sz w:val="22"/>
        </w:rPr>
        <w:t>D. Sếch-xpia</w:t>
      </w:r>
    </w:p>
    <w:p/>
    <w:p>
      <w:r>
        <w:rPr>
          <w:b/>
          <w:sz w:val="24"/>
        </w:rPr>
        <w:t>Câu 17: Năm 1517, Mác-tin Lu-thơ công bố văn kiện nào?</w:t>
      </w:r>
    </w:p>
    <w:p>
      <w:pPr>
        <w:pStyle w:val="ListParagraph"/>
      </w:pPr>
      <w:r>
        <w:rPr>
          <w:sz w:val="22"/>
        </w:rPr>
        <w:t>A. 95 luận văn</w:t>
      </w:r>
    </w:p>
    <w:p>
      <w:pPr>
        <w:pStyle w:val="ListParagraph"/>
      </w:pPr>
      <w:r>
        <w:rPr>
          <w:sz w:val="22"/>
        </w:rPr>
        <w:t>B. Tuyên ngôn độc lập</w:t>
      </w:r>
    </w:p>
    <w:p>
      <w:pPr>
        <w:pStyle w:val="ListParagraph"/>
      </w:pPr>
      <w:r>
        <w:rPr>
          <w:sz w:val="22"/>
        </w:rPr>
        <w:t>C. Kinh Thánh</w:t>
      </w:r>
    </w:p>
    <w:p>
      <w:pPr>
        <w:pStyle w:val="ListParagraph"/>
      </w:pPr>
      <w:r>
        <w:rPr>
          <w:sz w:val="22"/>
        </w:rPr>
        <w:t>D. Hiến chương</w:t>
      </w:r>
    </w:p>
    <w:p/>
    <w:p>
      <w:r>
        <w:rPr>
          <w:b/>
          <w:sz w:val="24"/>
        </w:rPr>
        <w:t>Câu 18: Tôn giáo mới ra đời từ phong trào Cải cách tôn giáo là</w:t>
      </w:r>
    </w:p>
    <w:p>
      <w:pPr>
        <w:pStyle w:val="ListParagraph"/>
      </w:pPr>
      <w:r>
        <w:rPr>
          <w:sz w:val="22"/>
        </w:rPr>
        <w:t>A. Công giáo</w:t>
      </w:r>
    </w:p>
    <w:p>
      <w:pPr>
        <w:pStyle w:val="ListParagraph"/>
      </w:pPr>
      <w:r>
        <w:rPr>
          <w:sz w:val="22"/>
        </w:rPr>
        <w:t>B. Tin Lành</w:t>
      </w:r>
    </w:p>
    <w:p>
      <w:pPr>
        <w:pStyle w:val="ListParagraph"/>
      </w:pPr>
      <w:r>
        <w:rPr>
          <w:sz w:val="22"/>
        </w:rPr>
        <w:t>C. Phật giáo</w:t>
      </w:r>
    </w:p>
    <w:p>
      <w:pPr>
        <w:pStyle w:val="ListParagraph"/>
      </w:pPr>
      <w:r>
        <w:rPr>
          <w:sz w:val="22"/>
        </w:rPr>
        <w:t>D. Hồi giáo</w:t>
      </w:r>
    </w:p>
    <w:p/>
    <w:p>
      <w:r>
        <w:rPr>
          <w:b/>
          <w:sz w:val="24"/>
        </w:rPr>
        <w:t>Câu 19: Ý nghĩa quan trọng của phong trào Văn hóa Phục hưng là</w:t>
      </w:r>
    </w:p>
    <w:p>
      <w:pPr>
        <w:pStyle w:val="ListParagraph"/>
      </w:pPr>
      <w:r>
        <w:rPr>
          <w:sz w:val="22"/>
        </w:rPr>
        <w:t>A. Mở đường cho văn hóa châu Âu phát triển</w:t>
      </w:r>
    </w:p>
    <w:p>
      <w:pPr>
        <w:pStyle w:val="ListParagraph"/>
      </w:pPr>
      <w:r>
        <w:rPr>
          <w:sz w:val="22"/>
        </w:rPr>
        <w:t>B. Khôi phục chế độ nô lệ</w:t>
      </w:r>
    </w:p>
    <w:p>
      <w:pPr>
        <w:pStyle w:val="ListParagraph"/>
      </w:pPr>
      <w:r>
        <w:rPr>
          <w:sz w:val="22"/>
        </w:rPr>
        <w:t>C. Củng cố quyền lực của Giáo hội</w:t>
      </w:r>
    </w:p>
    <w:p>
      <w:pPr>
        <w:pStyle w:val="ListParagraph"/>
      </w:pPr>
      <w:r>
        <w:rPr>
          <w:sz w:val="22"/>
        </w:rPr>
        <w:t>D. Duy trì chế độ phong kiến</w:t>
      </w:r>
    </w:p>
    <w:p/>
    <w:p>
      <w:r>
        <w:rPr>
          <w:b/>
          <w:sz w:val="24"/>
        </w:rPr>
        <w:t>Câu 20: Phong trào nông dân Đức (1524 - 1525) diễn ra nhằm</w:t>
      </w:r>
    </w:p>
    <w:p>
      <w:pPr>
        <w:pStyle w:val="ListParagraph"/>
      </w:pPr>
      <w:r>
        <w:rPr>
          <w:sz w:val="22"/>
        </w:rPr>
        <w:t>A. Ủng hộ Cải cách tôn giáo, chống áp bức phong kiến</w:t>
      </w:r>
    </w:p>
    <w:p>
      <w:pPr>
        <w:pStyle w:val="ListParagraph"/>
      </w:pPr>
      <w:r>
        <w:rPr>
          <w:sz w:val="22"/>
        </w:rPr>
        <w:t>B. Đòi ruộng đất cho lãnh chúa</w:t>
      </w:r>
    </w:p>
    <w:p>
      <w:pPr>
        <w:pStyle w:val="ListParagraph"/>
      </w:pPr>
      <w:r>
        <w:rPr>
          <w:sz w:val="22"/>
        </w:rPr>
        <w:t>C. Bảo vệ Giáo hội Công giáo</w:t>
      </w:r>
    </w:p>
    <w:p>
      <w:pPr>
        <w:pStyle w:val="ListParagraph"/>
      </w:pPr>
      <w:r>
        <w:rPr>
          <w:sz w:val="22"/>
        </w:rPr>
        <w:t>D. Xâm lược Ba Tư</w:t>
      </w:r>
    </w:p>
    <w:p/>
    <w:p>
      <w:r>
        <w:rPr>
          <w:b/>
          <w:sz w:val="24"/>
        </w:rPr>
        <w:t>Câu 21: Điểm khác biệt cơ bản giữa lãnh địa phong kiến và thành thị trung đại là</w:t>
      </w:r>
    </w:p>
    <w:p>
      <w:pPr>
        <w:pStyle w:val="ListParagraph"/>
      </w:pPr>
      <w:r>
        <w:rPr>
          <w:sz w:val="22"/>
        </w:rPr>
        <w:t>A. Lãnh địa có kinh tế tự cấp tự túc, thành thị có kinh tế hàng hóa</w:t>
      </w:r>
    </w:p>
    <w:p>
      <w:pPr>
        <w:pStyle w:val="ListParagraph"/>
      </w:pPr>
      <w:r>
        <w:rPr>
          <w:sz w:val="22"/>
        </w:rPr>
        <w:t>B. Lãnh địa do thương nhân thành lập</w:t>
      </w:r>
    </w:p>
    <w:p>
      <w:pPr>
        <w:pStyle w:val="ListParagraph"/>
      </w:pPr>
      <w:r>
        <w:rPr>
          <w:sz w:val="22"/>
        </w:rPr>
        <w:t>C. Thành thị không có hoạt động buôn bán</w:t>
      </w:r>
    </w:p>
    <w:p>
      <w:pPr>
        <w:pStyle w:val="ListParagraph"/>
      </w:pPr>
      <w:r>
        <w:rPr>
          <w:sz w:val="22"/>
        </w:rPr>
        <w:t>D. Lãnh địa chỉ có thợ thủ công sinh sống</w:t>
      </w:r>
    </w:p>
    <w:p/>
    <w:p>
      <w:r>
        <w:rPr>
          <w:b/>
          <w:sz w:val="24"/>
        </w:rPr>
        <w:t>Câu 22: Vì sao nông nô nhiều lần nổi dậy chống lại lãnh chúa phong kiến?</w:t>
      </w:r>
    </w:p>
    <w:p>
      <w:pPr>
        <w:pStyle w:val="ListParagraph"/>
      </w:pPr>
      <w:r>
        <w:rPr>
          <w:sz w:val="22"/>
        </w:rPr>
        <w:t>A. Vì bị bóc lột và đàn áp nặng nề</w:t>
      </w:r>
    </w:p>
    <w:p>
      <w:pPr>
        <w:pStyle w:val="ListParagraph"/>
      </w:pPr>
      <w:r>
        <w:rPr>
          <w:sz w:val="22"/>
        </w:rPr>
        <w:t>B. Vì muốn trở thành lãnh chúa</w:t>
      </w:r>
    </w:p>
    <w:p>
      <w:pPr>
        <w:pStyle w:val="ListParagraph"/>
      </w:pPr>
      <w:r>
        <w:rPr>
          <w:sz w:val="22"/>
        </w:rPr>
        <w:t>C. Vì được Giáo hội khuyến khích</w:t>
      </w:r>
    </w:p>
    <w:p>
      <w:pPr>
        <w:pStyle w:val="ListParagraph"/>
      </w:pPr>
      <w:r>
        <w:rPr>
          <w:sz w:val="22"/>
        </w:rPr>
        <w:t>D. Vì muốn xây dựng thành thị</w:t>
      </w:r>
    </w:p>
    <w:p/>
    <w:p>
      <w:r>
        <w:rPr>
          <w:b/>
          <w:sz w:val="24"/>
        </w:rPr>
        <w:t>Câu 23: Sự ra đời của thành thị trung đại có ý nghĩa gì đối với sự phát triển của xã hội Tây Âu?</w:t>
      </w:r>
    </w:p>
    <w:p>
      <w:pPr>
        <w:pStyle w:val="ListParagraph"/>
      </w:pPr>
      <w:r>
        <w:rPr>
          <w:sz w:val="22"/>
        </w:rPr>
        <w:t>A. Tạo điều kiện cho kinh tế hàng hóa phát triển, góp phần làm tan rã chế độ phong kiến</w:t>
      </w:r>
    </w:p>
    <w:p>
      <w:pPr>
        <w:pStyle w:val="ListParagraph"/>
      </w:pPr>
      <w:r>
        <w:rPr>
          <w:sz w:val="22"/>
        </w:rPr>
        <w:t>B. Củng cố chế độ phong kiến</w:t>
      </w:r>
    </w:p>
    <w:p>
      <w:pPr>
        <w:pStyle w:val="ListParagraph"/>
      </w:pPr>
      <w:r>
        <w:rPr>
          <w:sz w:val="22"/>
        </w:rPr>
        <w:t>C. Duy trì nền kinh tế tự cấp tự túc</w:t>
      </w:r>
    </w:p>
    <w:p>
      <w:pPr>
        <w:pStyle w:val="ListParagraph"/>
      </w:pPr>
      <w:r>
        <w:rPr>
          <w:sz w:val="22"/>
        </w:rPr>
        <w:t>D. Làm suy yếu tầng lớp thương nhân</w:t>
      </w:r>
    </w:p>
    <w:p/>
    <w:p>
      <w:r>
        <w:rPr>
          <w:b/>
          <w:sz w:val="24"/>
        </w:rPr>
        <w:t>Câu 24: Nội dung nào không phản ánh đúng tư tưởng của phong trào Văn hóa Phục hưng?</w:t>
      </w:r>
    </w:p>
    <w:p>
      <w:pPr>
        <w:pStyle w:val="ListParagraph"/>
      </w:pPr>
      <w:r>
        <w:rPr>
          <w:sz w:val="22"/>
        </w:rPr>
        <w:t>A. Đề cao giá trị con người</w:t>
      </w:r>
    </w:p>
    <w:p>
      <w:pPr>
        <w:pStyle w:val="ListParagraph"/>
      </w:pPr>
      <w:r>
        <w:rPr>
          <w:sz w:val="22"/>
        </w:rPr>
        <w:t>B. Phê phán Giáo hội</w:t>
      </w:r>
    </w:p>
    <w:p>
      <w:pPr>
        <w:pStyle w:val="ListParagraph"/>
      </w:pPr>
      <w:r>
        <w:rPr>
          <w:sz w:val="22"/>
        </w:rPr>
        <w:t>C. Đề cao khoa học, lý trí</w:t>
      </w:r>
    </w:p>
    <w:p>
      <w:pPr>
        <w:pStyle w:val="ListParagraph"/>
      </w:pPr>
      <w:r>
        <w:rPr>
          <w:sz w:val="22"/>
        </w:rPr>
        <w:t>D. Đề cao quyền lực của Giáo hoàng</w:t>
      </w:r>
    </w:p>
    <w:p/>
    <w:p>
      <w:r>
        <w:rPr>
          <w:b/>
          <w:sz w:val="24"/>
        </w:rPr>
        <w:t>Câu 25: Vì sao phong trào Văn hóa Phục hưng được coi là cuộc đấu tranh của giai cấp tư sản chống phong kiến?</w:t>
      </w:r>
    </w:p>
    <w:p>
      <w:pPr>
        <w:pStyle w:val="ListParagraph"/>
      </w:pPr>
      <w:r>
        <w:rPr>
          <w:sz w:val="22"/>
        </w:rPr>
        <w:t>A. Vì nó tấn công vào hệ tư tưởng và Giáo hội phong kiến</w:t>
      </w:r>
    </w:p>
    <w:p>
      <w:pPr>
        <w:pStyle w:val="ListParagraph"/>
      </w:pPr>
      <w:r>
        <w:rPr>
          <w:sz w:val="22"/>
        </w:rPr>
        <w:t>B. Vì nó do vua chúa lãnh đạo</w:t>
      </w:r>
    </w:p>
    <w:p>
      <w:pPr>
        <w:pStyle w:val="ListParagraph"/>
      </w:pPr>
      <w:r>
        <w:rPr>
          <w:sz w:val="22"/>
        </w:rPr>
        <w:t>C. Vì nó chỉ khôi phục văn hóa cổ đại</w:t>
      </w:r>
    </w:p>
    <w:p>
      <w:pPr>
        <w:pStyle w:val="ListParagraph"/>
      </w:pPr>
      <w:r>
        <w:rPr>
          <w:sz w:val="22"/>
        </w:rPr>
        <w:t>D. Vì nó ủng hộ chế độ nô lệ</w:t>
      </w:r>
    </w:p>
    <w:p/>
    <w:p>
      <w:r>
        <w:rPr>
          <w:b/>
          <w:sz w:val="24"/>
        </w:rPr>
        <w:t>Câu 26: Mác-tin Lu-thơ phản đối điều gì trong Giáo hội Công giáo?</w:t>
      </w:r>
    </w:p>
    <w:p>
      <w:pPr>
        <w:pStyle w:val="ListParagraph"/>
      </w:pPr>
      <w:r>
        <w:rPr>
          <w:sz w:val="22"/>
        </w:rPr>
        <w:t>A. Việc bán phép xá tội và quyền lực Giáo hoàng</w:t>
      </w:r>
    </w:p>
    <w:p>
      <w:pPr>
        <w:pStyle w:val="ListParagraph"/>
      </w:pPr>
      <w:r>
        <w:rPr>
          <w:sz w:val="22"/>
        </w:rPr>
        <w:t>B. Việc xây dựng nhà thờ</w:t>
      </w:r>
    </w:p>
    <w:p>
      <w:pPr>
        <w:pStyle w:val="ListParagraph"/>
      </w:pPr>
      <w:r>
        <w:rPr>
          <w:sz w:val="22"/>
        </w:rPr>
        <w:t>C. Việc truyền bá Kinh Thánh</w:t>
      </w:r>
    </w:p>
    <w:p>
      <w:pPr>
        <w:pStyle w:val="ListParagraph"/>
      </w:pPr>
      <w:r>
        <w:rPr>
          <w:sz w:val="22"/>
        </w:rPr>
        <w:t>D. Việc thành lập trường học</w:t>
      </w:r>
    </w:p>
    <w:p/>
    <w:p>
      <w:r>
        <w:rPr>
          <w:b/>
          <w:sz w:val="24"/>
        </w:rPr>
        <w:t>Câu 27: Hệ quả quan trọng của phong trào Cải cách tôn giáo ở Tây Âu là</w:t>
      </w:r>
    </w:p>
    <w:p>
      <w:pPr>
        <w:pStyle w:val="ListParagraph"/>
      </w:pPr>
      <w:r>
        <w:rPr>
          <w:sz w:val="22"/>
        </w:rPr>
        <w:t>A. Đạo Tin Lành ra đời, Giáo hội Công giáo bị phân liệt</w:t>
      </w:r>
    </w:p>
    <w:p>
      <w:pPr>
        <w:pStyle w:val="ListParagraph"/>
      </w:pPr>
      <w:r>
        <w:rPr>
          <w:sz w:val="22"/>
        </w:rPr>
        <w:t>B. Chế độ phong kiến được củng cố</w:t>
      </w:r>
    </w:p>
    <w:p>
      <w:pPr>
        <w:pStyle w:val="ListParagraph"/>
      </w:pPr>
      <w:r>
        <w:rPr>
          <w:sz w:val="22"/>
        </w:rPr>
        <w:t>C. Nông nghiệp phát triển mạnh mẽ</w:t>
      </w:r>
    </w:p>
    <w:p>
      <w:pPr>
        <w:pStyle w:val="ListParagraph"/>
      </w:pPr>
      <w:r>
        <w:rPr>
          <w:sz w:val="22"/>
        </w:rPr>
        <w:t>D. Các cuộc phát kiến địa lí bắt đầu</w:t>
      </w:r>
    </w:p>
    <w:p/>
    <w:p>
      <w:r>
        <w:rPr>
          <w:b/>
          <w:sz w:val="24"/>
        </w:rPr>
        <w:t>Câu 28: Điểm chung giữa phong trào Văn hóa Phục hưng và phong trào Cải cách tôn giáo là</w:t>
      </w:r>
    </w:p>
    <w:p>
      <w:pPr>
        <w:pStyle w:val="ListParagraph"/>
      </w:pPr>
      <w:r>
        <w:rPr>
          <w:sz w:val="22"/>
        </w:rPr>
        <w:t>A. Đều đấu tranh chống Giáo hội và chế độ phong kiến</w:t>
      </w:r>
    </w:p>
    <w:p>
      <w:pPr>
        <w:pStyle w:val="ListParagraph"/>
      </w:pPr>
      <w:r>
        <w:rPr>
          <w:sz w:val="22"/>
        </w:rPr>
        <w:t>B. Đều do Mác-tin Lu-thơ lãnh đạo</w:t>
      </w:r>
    </w:p>
    <w:p>
      <w:pPr>
        <w:pStyle w:val="ListParagraph"/>
      </w:pPr>
      <w:r>
        <w:rPr>
          <w:sz w:val="22"/>
        </w:rPr>
        <w:t>C. Đều chỉ diễn ra ở Đức</w:t>
      </w:r>
    </w:p>
    <w:p>
      <w:pPr>
        <w:pStyle w:val="ListParagraph"/>
      </w:pPr>
      <w:r>
        <w:rPr>
          <w:sz w:val="22"/>
        </w:rPr>
        <w:t>D. Đều ủng hộ quyền lực của Giáo hoàng</w:t>
      </w:r>
    </w:p>
    <w:p/>
    <w:p>
      <w:r>
        <w:rPr>
          <w:b/>
          <w:sz w:val="24"/>
        </w:rPr>
        <w:t>Câu 29: Trong phong trào Văn hóa Phục hưng, con người được đề cao như thế nào?</w:t>
      </w:r>
    </w:p>
    <w:p>
      <w:pPr>
        <w:pStyle w:val="ListParagraph"/>
      </w:pPr>
      <w:r>
        <w:rPr>
          <w:sz w:val="22"/>
        </w:rPr>
        <w:t>A. Tự do tư tưởng, phát triển tài năng, hướng tới hạnh phúc trần thế</w:t>
      </w:r>
    </w:p>
    <w:p>
      <w:pPr>
        <w:pStyle w:val="ListParagraph"/>
      </w:pPr>
      <w:r>
        <w:rPr>
          <w:sz w:val="22"/>
        </w:rPr>
        <w:t>B. Chỉ sống vì Thượng đế</w:t>
      </w:r>
    </w:p>
    <w:p>
      <w:pPr>
        <w:pStyle w:val="ListParagraph"/>
      </w:pPr>
      <w:r>
        <w:rPr>
          <w:sz w:val="22"/>
        </w:rPr>
        <w:t>C. Phải phục tùng Giáo hội tuyệt đối</w:t>
      </w:r>
    </w:p>
    <w:p>
      <w:pPr>
        <w:pStyle w:val="ListParagraph"/>
      </w:pPr>
      <w:r>
        <w:rPr>
          <w:sz w:val="22"/>
        </w:rPr>
        <w:t>D. Không được học tập</w:t>
      </w:r>
    </w:p>
    <w:p/>
    <w:p>
      <w:r>
        <w:rPr>
          <w:b/>
          <w:sz w:val="24"/>
        </w:rPr>
        <w:t>Câu 30: Nhận xét nào đúng về vai trò của các thành thị trung đại Tây Âu?</w:t>
      </w:r>
    </w:p>
    <w:p>
      <w:pPr>
        <w:pStyle w:val="ListParagraph"/>
      </w:pPr>
      <w:r>
        <w:rPr>
          <w:sz w:val="22"/>
        </w:rPr>
        <w:t>A. Là trung tâm kinh tế, chính trị, văn hóa, thúc đẩy sự phát triển của châu Âu</w:t>
      </w:r>
    </w:p>
    <w:p>
      <w:pPr>
        <w:pStyle w:val="ListParagraph"/>
      </w:pPr>
      <w:r>
        <w:rPr>
          <w:sz w:val="22"/>
        </w:rPr>
        <w:t>B. Chỉ là nơi sinh sống của nông nô</w:t>
      </w:r>
    </w:p>
    <w:p>
      <w:pPr>
        <w:pStyle w:val="ListParagraph"/>
      </w:pPr>
      <w:r>
        <w:rPr>
          <w:sz w:val="22"/>
        </w:rPr>
        <w:t>C. Không có vai trò gì đối với xã hội</w:t>
      </w:r>
    </w:p>
    <w:p>
      <w:pPr>
        <w:pStyle w:val="ListParagraph"/>
      </w:pPr>
      <w:r>
        <w:rPr>
          <w:sz w:val="22"/>
        </w:rPr>
        <w:t>D. Làm chậm sự phát triển của văn hóa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D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