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ĐGNL 1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Nước ta nằm ở khu vực nào sau đây?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Nam Á</w:t>
      </w:r>
    </w:p>
    <w:p>
      <w:pPr>
        <w:pStyle w:val="ListParagraph"/>
      </w:pPr>
      <w:r>
        <w:rPr>
          <w:sz w:val="22"/>
        </w:rPr>
        <w:t>C. Đông Á</w:t>
      </w:r>
    </w:p>
    <w:p>
      <w:pPr>
        <w:pStyle w:val="ListParagraph"/>
      </w:pPr>
      <w:r>
        <w:rPr>
          <w:sz w:val="22"/>
        </w:rPr>
        <w:t>D. Tây Á</w:t>
      </w:r>
    </w:p>
    <w:p/>
    <w:p>
      <w:r>
        <w:rPr>
          <w:b/>
          <w:sz w:val="24"/>
        </w:rPr>
        <w:t>Câu 2: Điểm cực Bắc của nước ta thuộc tỉnh nào sau đây?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Cao Bằng</w:t>
      </w:r>
    </w:p>
    <w:p>
      <w:pPr>
        <w:pStyle w:val="ListParagraph"/>
      </w:pPr>
      <w:r>
        <w:rPr>
          <w:sz w:val="22"/>
        </w:rPr>
        <w:t>C. Lạng Sơn</w:t>
      </w:r>
    </w:p>
    <w:p>
      <w:pPr>
        <w:pStyle w:val="ListParagraph"/>
      </w:pPr>
      <w:r>
        <w:rPr>
          <w:sz w:val="22"/>
        </w:rPr>
        <w:t>D. Lào Cai</w:t>
      </w:r>
    </w:p>
    <w:p/>
    <w:p>
      <w:r>
        <w:rPr>
          <w:b/>
          <w:sz w:val="24"/>
        </w:rPr>
        <w:t>Câu 3: Đường bờ biển nước ta dài khoảng bao nhiêu km?</w:t>
      </w:r>
    </w:p>
    <w:p>
      <w:pPr>
        <w:pStyle w:val="ListParagraph"/>
      </w:pPr>
      <w:r>
        <w:rPr>
          <w:sz w:val="22"/>
        </w:rPr>
        <w:t>A. 3260 km</w:t>
      </w:r>
    </w:p>
    <w:p>
      <w:pPr>
        <w:pStyle w:val="ListParagraph"/>
      </w:pPr>
      <w:r>
        <w:rPr>
          <w:sz w:val="22"/>
        </w:rPr>
        <w:t>B. 2360 km</w:t>
      </w:r>
    </w:p>
    <w:p>
      <w:pPr>
        <w:pStyle w:val="ListParagraph"/>
      </w:pPr>
      <w:r>
        <w:rPr>
          <w:sz w:val="22"/>
        </w:rPr>
        <w:t>C. 3620 km</w:t>
      </w:r>
    </w:p>
    <w:p>
      <w:pPr>
        <w:pStyle w:val="ListParagraph"/>
      </w:pPr>
      <w:r>
        <w:rPr>
          <w:sz w:val="22"/>
        </w:rPr>
        <w:t>D. 3200 km</w:t>
      </w:r>
    </w:p>
    <w:p/>
    <w:p>
      <w:r>
        <w:rPr>
          <w:b/>
          <w:sz w:val="24"/>
        </w:rPr>
        <w:t>Câu 4: Địa hình đồi núi chiếm khoảng bao nhiêu diện tích lãnh thổ nước ta?</w:t>
      </w:r>
    </w:p>
    <w:p>
      <w:pPr>
        <w:pStyle w:val="ListParagraph"/>
      </w:pPr>
      <w:r>
        <w:rPr>
          <w:sz w:val="22"/>
        </w:rPr>
        <w:t>A. 3/4</w:t>
      </w:r>
    </w:p>
    <w:p>
      <w:pPr>
        <w:pStyle w:val="ListParagraph"/>
      </w:pPr>
      <w:r>
        <w:rPr>
          <w:sz w:val="22"/>
        </w:rPr>
        <w:t>B. 1/2</w:t>
      </w:r>
    </w:p>
    <w:p>
      <w:pPr>
        <w:pStyle w:val="ListParagraph"/>
      </w:pPr>
      <w:r>
        <w:rPr>
          <w:sz w:val="22"/>
        </w:rPr>
        <w:t>C. 2/3</w:t>
      </w:r>
    </w:p>
    <w:p>
      <w:pPr>
        <w:pStyle w:val="ListParagraph"/>
      </w:pPr>
      <w:r>
        <w:rPr>
          <w:sz w:val="22"/>
        </w:rPr>
        <w:t>D. 4/5</w:t>
      </w:r>
    </w:p>
    <w:p/>
    <w:p>
      <w:r>
        <w:rPr>
          <w:b/>
          <w:sz w:val="24"/>
        </w:rPr>
        <w:t>Câu 5: Hướng nghiêng chung của địa hình nước ta là</w:t>
      </w:r>
    </w:p>
    <w:p>
      <w:pPr>
        <w:pStyle w:val="ListParagraph"/>
      </w:pPr>
      <w:r>
        <w:rPr>
          <w:sz w:val="22"/>
        </w:rPr>
        <w:t>A. Tây Bắc - Đông Nam</w:t>
      </w:r>
    </w:p>
    <w:p>
      <w:pPr>
        <w:pStyle w:val="ListParagraph"/>
      </w:pPr>
      <w:r>
        <w:rPr>
          <w:sz w:val="22"/>
        </w:rPr>
        <w:t>B. Đông Bắc - Tây Nam</w:t>
      </w:r>
    </w:p>
    <w:p>
      <w:pPr>
        <w:pStyle w:val="ListParagraph"/>
      </w:pPr>
      <w:r>
        <w:rPr>
          <w:sz w:val="22"/>
        </w:rPr>
        <w:t>C. Bắc - Nam</w:t>
      </w:r>
    </w:p>
    <w:p>
      <w:pPr>
        <w:pStyle w:val="ListParagraph"/>
      </w:pPr>
      <w:r>
        <w:rPr>
          <w:sz w:val="22"/>
        </w:rPr>
        <w:t>D. Đông - Tây</w:t>
      </w:r>
    </w:p>
    <w:p/>
    <w:p>
      <w:r>
        <w:rPr>
          <w:b/>
          <w:sz w:val="24"/>
        </w:rPr>
        <w:t>Câu 6: Gió mùa Đông Bắc thổi vào nước ta theo hướng nào sau đây?</w:t>
      </w:r>
    </w:p>
    <w:p>
      <w:pPr>
        <w:pStyle w:val="ListParagraph"/>
      </w:pPr>
      <w:r>
        <w:rPr>
          <w:sz w:val="22"/>
        </w:rPr>
        <w:t>A. Đông Bắc</w:t>
      </w:r>
    </w:p>
    <w:p>
      <w:pPr>
        <w:pStyle w:val="ListParagraph"/>
      </w:pPr>
      <w:r>
        <w:rPr>
          <w:sz w:val="22"/>
        </w:rPr>
        <w:t>B. Tây Nam</w:t>
      </w:r>
    </w:p>
    <w:p>
      <w:pPr>
        <w:pStyle w:val="ListParagraph"/>
      </w:pPr>
      <w:r>
        <w:rPr>
          <w:sz w:val="22"/>
        </w:rPr>
        <w:t>C. Đông Nam</w:t>
      </w:r>
    </w:p>
    <w:p>
      <w:pPr>
        <w:pStyle w:val="ListParagraph"/>
      </w:pPr>
      <w:r>
        <w:rPr>
          <w:sz w:val="22"/>
        </w:rPr>
        <w:t>D. Tây Bắc</w:t>
      </w:r>
    </w:p>
    <w:p/>
    <w:p>
      <w:r>
        <w:rPr>
          <w:b/>
          <w:sz w:val="24"/>
        </w:rPr>
        <w:t>Câu 7: Khí hậu nước ta mang tính chất nào sau đây?</w:t>
      </w:r>
    </w:p>
    <w:p>
      <w:pPr>
        <w:pStyle w:val="ListParagraph"/>
      </w:pPr>
      <w:r>
        <w:rPr>
          <w:sz w:val="22"/>
        </w:rPr>
        <w:t>A. Nhiệt đới ẩm gió mùa</w:t>
      </w:r>
    </w:p>
    <w:p>
      <w:pPr>
        <w:pStyle w:val="ListParagraph"/>
      </w:pPr>
      <w:r>
        <w:rPr>
          <w:sz w:val="22"/>
        </w:rPr>
        <w:t>B. Ôn đới hải dương</w:t>
      </w:r>
    </w:p>
    <w:p>
      <w:pPr>
        <w:pStyle w:val="ListParagraph"/>
      </w:pPr>
      <w:r>
        <w:rPr>
          <w:sz w:val="22"/>
        </w:rPr>
        <w:t>C. Nhiệt đới khô</w:t>
      </w:r>
    </w:p>
    <w:p>
      <w:pPr>
        <w:pStyle w:val="ListParagraph"/>
      </w:pPr>
      <w:r>
        <w:rPr>
          <w:sz w:val="22"/>
        </w:rPr>
        <w:t>D. Cận nhiệt đới ẩm</w:t>
      </w:r>
    </w:p>
    <w:p/>
    <w:p>
      <w:r>
        <w:rPr>
          <w:b/>
          <w:sz w:val="24"/>
        </w:rPr>
        <w:t>Câu 8: Vùng có mật độ dân số cao nhất nước ta hiện nay là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Đồng bằng sông Cửu Long</w:t>
      </w:r>
    </w:p>
    <w:p>
      <w:pPr>
        <w:pStyle w:val="ListParagraph"/>
      </w:pPr>
      <w:r>
        <w:rPr>
          <w:sz w:val="22"/>
        </w:rPr>
        <w:t>C. Đông Nam Bộ</w:t>
      </w:r>
    </w:p>
    <w:p>
      <w:pPr>
        <w:pStyle w:val="ListParagraph"/>
      </w:pPr>
      <w:r>
        <w:rPr>
          <w:sz w:val="22"/>
        </w:rPr>
        <w:t>D. Duyên hải Nam Trung Bộ</w:t>
      </w:r>
    </w:p>
    <w:p/>
    <w:p>
      <w:r>
        <w:rPr>
          <w:b/>
          <w:sz w:val="24"/>
        </w:rPr>
        <w:t>Câu 9: Vùng trọng điểm sản xuất lương thực lớn nhất nước ta là</w:t>
      </w:r>
    </w:p>
    <w:p>
      <w:pPr>
        <w:pStyle w:val="ListParagraph"/>
      </w:pPr>
      <w:r>
        <w:rPr>
          <w:sz w:val="22"/>
        </w:rPr>
        <w:t>A. Đồng bằng sông Cửu Long</w:t>
      </w:r>
    </w:p>
    <w:p>
      <w:pPr>
        <w:pStyle w:val="ListParagraph"/>
      </w:pPr>
      <w:r>
        <w:rPr>
          <w:sz w:val="22"/>
        </w:rPr>
        <w:t>B. Đồng bằng sông Hồng</w:t>
      </w:r>
    </w:p>
    <w:p>
      <w:pPr>
        <w:pStyle w:val="ListParagraph"/>
      </w:pPr>
      <w:r>
        <w:rPr>
          <w:sz w:val="22"/>
        </w:rPr>
        <w:t>C. Bắc Trung Bộ</w:t>
      </w:r>
    </w:p>
    <w:p>
      <w:pPr>
        <w:pStyle w:val="ListParagraph"/>
      </w:pPr>
      <w:r>
        <w:rPr>
          <w:sz w:val="22"/>
        </w:rPr>
        <w:t>D. Duyên hải Nam Trung Bộ</w:t>
      </w:r>
    </w:p>
    <w:p/>
    <w:p>
      <w:r>
        <w:rPr>
          <w:b/>
          <w:sz w:val="24"/>
        </w:rPr>
        <w:t>Câu 10: Cây công nghiệp lâu năm quan trọng nhất ở Tây Nguyên là</w:t>
      </w:r>
    </w:p>
    <w:p>
      <w:pPr>
        <w:pStyle w:val="ListParagraph"/>
      </w:pPr>
      <w:r>
        <w:rPr>
          <w:sz w:val="22"/>
        </w:rPr>
        <w:t>A. Cà phê</w:t>
      </w:r>
    </w:p>
    <w:p>
      <w:pPr>
        <w:pStyle w:val="ListParagraph"/>
      </w:pPr>
      <w:r>
        <w:rPr>
          <w:sz w:val="22"/>
        </w:rPr>
        <w:t>B. Cao su</w:t>
      </w:r>
    </w:p>
    <w:p>
      <w:pPr>
        <w:pStyle w:val="ListParagraph"/>
      </w:pPr>
      <w:r>
        <w:rPr>
          <w:sz w:val="22"/>
        </w:rPr>
        <w:t>C. Hồ tiêu</w:t>
      </w:r>
    </w:p>
    <w:p>
      <w:pPr>
        <w:pStyle w:val="ListParagraph"/>
      </w:pPr>
      <w:r>
        <w:rPr>
          <w:sz w:val="22"/>
        </w:rPr>
        <w:t>D. Điều</w:t>
      </w:r>
    </w:p>
    <w:p/>
    <w:p>
      <w:r>
        <w:rPr>
          <w:b/>
          <w:sz w:val="24"/>
        </w:rPr>
        <w:t>Câu 11: Ngành công nghiệp nào sau đây thuộc nhóm sử dụng nhiều lao động?</w:t>
      </w:r>
    </w:p>
    <w:p>
      <w:pPr>
        <w:pStyle w:val="ListParagraph"/>
      </w:pPr>
      <w:r>
        <w:rPr>
          <w:sz w:val="22"/>
        </w:rPr>
        <w:t>A. Dệt may</w:t>
      </w:r>
    </w:p>
    <w:p>
      <w:pPr>
        <w:pStyle w:val="ListParagraph"/>
      </w:pPr>
      <w:r>
        <w:rPr>
          <w:sz w:val="22"/>
        </w:rPr>
        <w:t>B. Điện tử - tin học</w:t>
      </w:r>
    </w:p>
    <w:p>
      <w:pPr>
        <w:pStyle w:val="ListParagraph"/>
      </w:pPr>
      <w:r>
        <w:rPr>
          <w:sz w:val="22"/>
        </w:rPr>
        <w:t>C. Hóa chất</w:t>
      </w:r>
    </w:p>
    <w:p>
      <w:pPr>
        <w:pStyle w:val="ListParagraph"/>
      </w:pPr>
      <w:r>
        <w:rPr>
          <w:sz w:val="22"/>
        </w:rPr>
        <w:t>D. Cơ khí chế tạo</w:t>
      </w:r>
    </w:p>
    <w:p/>
    <w:p>
      <w:r>
        <w:rPr>
          <w:b/>
          <w:sz w:val="24"/>
        </w:rPr>
        <w:t>Câu 12: Trung tâm công nghiệp lớn nhất nước ta hiện nay là</w:t>
      </w:r>
    </w:p>
    <w:p>
      <w:pPr>
        <w:pStyle w:val="ListParagraph"/>
      </w:pPr>
      <w:r>
        <w:rPr>
          <w:sz w:val="22"/>
        </w:rPr>
        <w:t>A. TP. Hồ Chí Minh</w:t>
      </w:r>
    </w:p>
    <w:p>
      <w:pPr>
        <w:pStyle w:val="ListParagraph"/>
      </w:pPr>
      <w:r>
        <w:rPr>
          <w:sz w:val="22"/>
        </w:rPr>
        <w:t>B. Hà Nội</w:t>
      </w:r>
    </w:p>
    <w:p>
      <w:pPr>
        <w:pStyle w:val="ListParagraph"/>
      </w:pPr>
      <w:r>
        <w:rPr>
          <w:sz w:val="22"/>
        </w:rPr>
        <w:t>C. Hải Phòng</w:t>
      </w:r>
    </w:p>
    <w:p>
      <w:pPr>
        <w:pStyle w:val="ListParagraph"/>
      </w:pPr>
      <w:r>
        <w:rPr>
          <w:sz w:val="22"/>
        </w:rPr>
        <w:t>D. Đà Nẵng</w:t>
      </w:r>
    </w:p>
    <w:p/>
    <w:p>
      <w:r>
        <w:rPr>
          <w:b/>
          <w:sz w:val="24"/>
        </w:rPr>
        <w:t>Câu 13: Tuyến đường sắt quan trọng nhất nối Bắc - Nam nước ta là</w:t>
      </w:r>
    </w:p>
    <w:p>
      <w:pPr>
        <w:pStyle w:val="ListParagraph"/>
      </w:pPr>
      <w:r>
        <w:rPr>
          <w:sz w:val="22"/>
        </w:rPr>
        <w:t>A. Đường sắt Thống Nhất</w:t>
      </w:r>
    </w:p>
    <w:p>
      <w:pPr>
        <w:pStyle w:val="ListParagraph"/>
      </w:pPr>
      <w:r>
        <w:rPr>
          <w:sz w:val="22"/>
        </w:rPr>
        <w:t>B. Đường sắt Hà Nội - Hải Phòng</w:t>
      </w:r>
    </w:p>
    <w:p>
      <w:pPr>
        <w:pStyle w:val="ListParagraph"/>
      </w:pPr>
      <w:r>
        <w:rPr>
          <w:sz w:val="22"/>
        </w:rPr>
        <w:t>C. Đường sắt Hà Nội - Lào Cai</w:t>
      </w:r>
    </w:p>
    <w:p>
      <w:pPr>
        <w:pStyle w:val="ListParagraph"/>
      </w:pPr>
      <w:r>
        <w:rPr>
          <w:sz w:val="22"/>
        </w:rPr>
        <w:t>D. Đường sắt Hà Nội - Thái Nguyên</w:t>
      </w:r>
    </w:p>
    <w:p/>
    <w:p>
      <w:r>
        <w:rPr>
          <w:b/>
          <w:sz w:val="24"/>
        </w:rPr>
        <w:t>Câu 14: Cảng biển lớn nhất ở miền Bắc nước ta là</w:t>
      </w:r>
    </w:p>
    <w:p>
      <w:pPr>
        <w:pStyle w:val="ListParagraph"/>
      </w:pPr>
      <w:r>
        <w:rPr>
          <w:sz w:val="22"/>
        </w:rPr>
        <w:t>A. Hải Phòng</w:t>
      </w:r>
    </w:p>
    <w:p>
      <w:pPr>
        <w:pStyle w:val="ListParagraph"/>
      </w:pPr>
      <w:r>
        <w:rPr>
          <w:sz w:val="22"/>
        </w:rPr>
        <w:t>B. Cái Lân</w:t>
      </w:r>
    </w:p>
    <w:p>
      <w:pPr>
        <w:pStyle w:val="ListParagraph"/>
      </w:pPr>
      <w:r>
        <w:rPr>
          <w:sz w:val="22"/>
        </w:rPr>
        <w:t>C. Cửa Lò</w:t>
      </w:r>
    </w:p>
    <w:p>
      <w:pPr>
        <w:pStyle w:val="ListParagraph"/>
      </w:pPr>
      <w:r>
        <w:rPr>
          <w:sz w:val="22"/>
        </w:rPr>
        <w:t>D. Nghi Sơn</w:t>
      </w:r>
    </w:p>
    <w:p/>
    <w:p>
      <w:r>
        <w:rPr>
          <w:b/>
          <w:sz w:val="24"/>
        </w:rPr>
        <w:t>Câu 15: Tỉnh nào sau đây không thuộc vùng kinh tế trọng điểm Bắc Bộ?</w:t>
      </w:r>
    </w:p>
    <w:p>
      <w:pPr>
        <w:pStyle w:val="ListParagraph"/>
      </w:pPr>
      <w:r>
        <w:rPr>
          <w:sz w:val="22"/>
        </w:rPr>
        <w:t>A. Thái Bình</w:t>
      </w:r>
    </w:p>
    <w:p>
      <w:pPr>
        <w:pStyle w:val="ListParagraph"/>
      </w:pPr>
      <w:r>
        <w:rPr>
          <w:sz w:val="22"/>
        </w:rPr>
        <w:t>B. Hải Dương</w:t>
      </w:r>
    </w:p>
    <w:p>
      <w:pPr>
        <w:pStyle w:val="ListParagraph"/>
      </w:pPr>
      <w:r>
        <w:rPr>
          <w:sz w:val="22"/>
        </w:rPr>
        <w:t>C. Bắc Ninh</w:t>
      </w:r>
    </w:p>
    <w:p>
      <w:pPr>
        <w:pStyle w:val="ListParagraph"/>
      </w:pPr>
      <w:r>
        <w:rPr>
          <w:sz w:val="22"/>
        </w:rPr>
        <w:t>D. Vĩnh Phúc</w:t>
      </w:r>
    </w:p>
    <w:p/>
    <w:p>
      <w:r>
        <w:rPr>
          <w:b/>
          <w:sz w:val="24"/>
        </w:rPr>
        <w:t>Câu 16: Biển Đông có ảnh hưởng chủ yếu nào đến khí hậu nước ta?</w:t>
      </w:r>
    </w:p>
    <w:p>
      <w:pPr>
        <w:pStyle w:val="ListParagraph"/>
      </w:pPr>
      <w:r>
        <w:rPr>
          <w:sz w:val="22"/>
        </w:rPr>
        <w:t>A. Tăng độ ẩm và điều hòa khí hậu</w:t>
      </w:r>
    </w:p>
    <w:p>
      <w:pPr>
        <w:pStyle w:val="ListParagraph"/>
      </w:pPr>
      <w:r>
        <w:rPr>
          <w:sz w:val="22"/>
        </w:rPr>
        <w:t>B. Gây khô hạn vào mùa hạ</w:t>
      </w:r>
    </w:p>
    <w:p>
      <w:pPr>
        <w:pStyle w:val="ListParagraph"/>
      </w:pPr>
      <w:r>
        <w:rPr>
          <w:sz w:val="22"/>
        </w:rPr>
        <w:t>C. Làm giảm lượng mưa toàn quốc</w:t>
      </w:r>
    </w:p>
    <w:p>
      <w:pPr>
        <w:pStyle w:val="ListParagraph"/>
      </w:pPr>
      <w:r>
        <w:rPr>
          <w:sz w:val="22"/>
        </w:rPr>
        <w:t>D. Tạo mùa đông lạnh kéo dài</w:t>
      </w:r>
    </w:p>
    <w:p/>
    <w:p>
      <w:r>
        <w:rPr>
          <w:b/>
          <w:sz w:val="24"/>
        </w:rPr>
        <w:t>Câu 17: Đảo lớn nhất nước ta là</w:t>
      </w:r>
    </w:p>
    <w:p>
      <w:pPr>
        <w:pStyle w:val="ListParagraph"/>
      </w:pPr>
      <w:r>
        <w:rPr>
          <w:sz w:val="22"/>
        </w:rPr>
        <w:t>A. Phú Quốc</w:t>
      </w:r>
    </w:p>
    <w:p>
      <w:pPr>
        <w:pStyle w:val="ListParagraph"/>
      </w:pPr>
      <w:r>
        <w:rPr>
          <w:sz w:val="22"/>
        </w:rPr>
        <w:t>B. Cát Bà</w:t>
      </w:r>
    </w:p>
    <w:p>
      <w:pPr>
        <w:pStyle w:val="ListParagraph"/>
      </w:pPr>
      <w:r>
        <w:rPr>
          <w:sz w:val="22"/>
        </w:rPr>
        <w:t>C. Lý Sơn</w:t>
      </w:r>
    </w:p>
    <w:p>
      <w:pPr>
        <w:pStyle w:val="ListParagraph"/>
      </w:pPr>
      <w:r>
        <w:rPr>
          <w:sz w:val="22"/>
        </w:rPr>
        <w:t>D. Côn Đảo</w:t>
      </w:r>
    </w:p>
    <w:p/>
    <w:p>
      <w:r>
        <w:rPr>
          <w:b/>
          <w:sz w:val="24"/>
        </w:rPr>
        <w:t>Câu 18: Việt Nam gia nhập ASEAN vào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1986</w:t>
      </w:r>
    </w:p>
    <w:p>
      <w:pPr>
        <w:pStyle w:val="ListParagraph"/>
      </w:pPr>
      <w:r>
        <w:rPr>
          <w:sz w:val="22"/>
        </w:rPr>
        <w:t>C. 1991</w:t>
      </w:r>
    </w:p>
    <w:p>
      <w:pPr>
        <w:pStyle w:val="ListParagraph"/>
      </w:pPr>
      <w:r>
        <w:rPr>
          <w:sz w:val="22"/>
        </w:rPr>
        <w:t>D. 2007</w:t>
      </w:r>
    </w:p>
    <w:p/>
    <w:p>
      <w:r>
        <w:rPr>
          <w:b/>
          <w:sz w:val="24"/>
        </w:rPr>
        <w:t>Câu 19: Vùng nào sau đây có thế mạnh nổi bật về khai thác và nuôi trồng thủy sản?</w:t>
      </w:r>
    </w:p>
    <w:p>
      <w:pPr>
        <w:pStyle w:val="ListParagraph"/>
      </w:pPr>
      <w:r>
        <w:rPr>
          <w:sz w:val="22"/>
        </w:rPr>
        <w:t>A. Đồng bằng sông Cửu Long</w:t>
      </w:r>
    </w:p>
    <w:p>
      <w:pPr>
        <w:pStyle w:val="ListParagraph"/>
      </w:pPr>
      <w:r>
        <w:rPr>
          <w:sz w:val="22"/>
        </w:rPr>
        <w:t>B. Tây Nguyên</w:t>
      </w:r>
    </w:p>
    <w:p>
      <w:pPr>
        <w:pStyle w:val="ListParagraph"/>
      </w:pPr>
      <w:r>
        <w:rPr>
          <w:sz w:val="22"/>
        </w:rPr>
        <w:t>C. Trung du và miền núi Bắc Bộ</w:t>
      </w:r>
    </w:p>
    <w:p>
      <w:pPr>
        <w:pStyle w:val="ListParagraph"/>
      </w:pPr>
      <w:r>
        <w:rPr>
          <w:sz w:val="22"/>
        </w:rPr>
        <w:t>D. Đông Nam Bộ</w:t>
      </w:r>
    </w:p>
    <w:p/>
    <w:p>
      <w:r>
        <w:rPr>
          <w:b/>
          <w:sz w:val="24"/>
        </w:rPr>
        <w:t>Câu 20: Đặc điểm nào sau đây đúng với nguồn lao động nước ta?</w:t>
      </w:r>
    </w:p>
    <w:p>
      <w:pPr>
        <w:pStyle w:val="ListParagraph"/>
      </w:pPr>
      <w:r>
        <w:rPr>
          <w:sz w:val="22"/>
        </w:rPr>
        <w:t>A. Dồi dào, có kinh nghiệm sản xuất nông nghiệp</w:t>
      </w:r>
    </w:p>
    <w:p>
      <w:pPr>
        <w:pStyle w:val="ListParagraph"/>
      </w:pPr>
      <w:r>
        <w:rPr>
          <w:sz w:val="22"/>
        </w:rPr>
        <w:t>B. Thiếu lao động phổ thông</w:t>
      </w:r>
    </w:p>
    <w:p>
      <w:pPr>
        <w:pStyle w:val="ListParagraph"/>
      </w:pPr>
      <w:r>
        <w:rPr>
          <w:sz w:val="22"/>
        </w:rPr>
        <w:t>C. Tỉ lệ lao động qua đào tạo rất cao</w:t>
      </w:r>
    </w:p>
    <w:p>
      <w:pPr>
        <w:pStyle w:val="ListParagraph"/>
      </w:pPr>
      <w:r>
        <w:rPr>
          <w:sz w:val="22"/>
        </w:rPr>
        <w:t>D. Phân bố đồng đều giữa các vùng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