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25 câu hỏi trắc nghiệm khách quan phủ són...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Mệnh đề nào sau đây là mệnh đề?</w:t>
      </w:r>
    </w:p>
    <w:p>
      <w:pPr>
        <w:pStyle w:val="ListParagraph"/>
      </w:pPr>
      <w:r>
        <w:rPr>
          <w:sz w:val="22"/>
        </w:rPr>
        <w:t>A. Hôm nay trời đẹp quá!</w:t>
      </w:r>
    </w:p>
    <w:p>
      <w:pPr>
        <w:pStyle w:val="ListParagraph"/>
      </w:pPr>
      <w:r>
        <w:rPr>
          <w:sz w:val="22"/>
        </w:rPr>
        <w:t>B. Bạn có khỏe không?</w:t>
      </w:r>
    </w:p>
    <w:p>
      <w:pPr>
        <w:pStyle w:val="ListParagraph"/>
      </w:pPr>
      <w:r>
        <w:rPr>
          <w:sz w:val="22"/>
        </w:rPr>
        <w:t>C. Số 2 là số nguyên tố.</w:t>
      </w:r>
    </w:p>
    <w:p>
      <w:pPr>
        <w:pStyle w:val="ListParagraph"/>
      </w:pPr>
      <w:r>
        <w:rPr>
          <w:sz w:val="22"/>
        </w:rPr>
        <w:t>D. Hãy đóng cửa lại.</w:t>
      </w:r>
    </w:p>
    <w:p/>
    <w:p>
      <w:r>
        <w:rPr>
          <w:b/>
          <w:sz w:val="24"/>
        </w:rPr>
        <w:t>Câu 2: Trong các câu sau, câu nào là mệnh đề chứa biến?</w:t>
      </w:r>
    </w:p>
    <w:p>
      <w:pPr>
        <w:pStyle w:val="ListParagraph"/>
      </w:pPr>
      <w:r>
        <w:rPr>
          <w:sz w:val="22"/>
        </w:rPr>
        <w:t>A. x + 1 &gt; 2</w:t>
      </w:r>
    </w:p>
    <w:p>
      <w:pPr>
        <w:pStyle w:val="ListParagraph"/>
      </w:pPr>
      <w:r>
        <w:rPr>
          <w:sz w:val="22"/>
        </w:rPr>
        <w:t>B. 3 + 2 = 5</w:t>
      </w:r>
    </w:p>
    <w:p>
      <w:pPr>
        <w:pStyle w:val="ListParagraph"/>
      </w:pPr>
      <w:r>
        <w:rPr>
          <w:sz w:val="22"/>
        </w:rPr>
        <w:t>C. Tam giác đều có ba cạnh bằng nhau.</w:t>
      </w:r>
    </w:p>
    <w:p>
      <w:pPr>
        <w:pStyle w:val="ListParagraph"/>
      </w:pPr>
      <w:r>
        <w:rPr>
          <w:sz w:val="22"/>
        </w:rPr>
        <w:t>D. Số 7 là số lẻ.</w:t>
      </w:r>
    </w:p>
    <w:p/>
    <w:p>
      <w:r>
        <w:rPr>
          <w:b/>
          <w:sz w:val="24"/>
        </w:rPr>
        <w:t>Câu 3: Mệnh đề phủ định của mệnh đề "P: 5 là số nguyên tố" là:</w:t>
      </w:r>
    </w:p>
    <w:p>
      <w:pPr>
        <w:pStyle w:val="ListParagraph"/>
      </w:pPr>
      <w:r>
        <w:rPr>
          <w:sz w:val="22"/>
        </w:rPr>
        <w:t>A. 5 không phải là số nguyên tố.</w:t>
      </w:r>
    </w:p>
    <w:p>
      <w:pPr>
        <w:pStyle w:val="ListParagraph"/>
      </w:pPr>
      <w:r>
        <w:rPr>
          <w:sz w:val="22"/>
        </w:rPr>
        <w:t>B. 5 là số chẵn.</w:t>
      </w:r>
    </w:p>
    <w:p>
      <w:pPr>
        <w:pStyle w:val="ListParagraph"/>
      </w:pPr>
      <w:r>
        <w:rPr>
          <w:sz w:val="22"/>
        </w:rPr>
        <w:t>C. 5 là số nguyên.</w:t>
      </w:r>
    </w:p>
    <w:p>
      <w:pPr>
        <w:pStyle w:val="ListParagraph"/>
      </w:pPr>
      <w:r>
        <w:rPr>
          <w:sz w:val="22"/>
        </w:rPr>
        <w:t>D. 5 là hợp số.</w:t>
      </w:r>
    </w:p>
    <w:p/>
    <w:p>
      <w:r>
        <w:rPr>
          <w:b/>
          <w:sz w:val="24"/>
        </w:rPr>
        <w:t>Câu 4: Cho mệnh đề P: "2 + 3 = 6". Mệnh đề phủ định của P là:</w:t>
      </w:r>
    </w:p>
    <w:p>
      <w:pPr>
        <w:pStyle w:val="ListParagraph"/>
      </w:pPr>
      <w:r>
        <w:rPr>
          <w:sz w:val="22"/>
        </w:rPr>
        <w:t>A. 2 + 3 ≠ 6</w:t>
      </w:r>
    </w:p>
    <w:p>
      <w:pPr>
        <w:pStyle w:val="ListParagraph"/>
      </w:pPr>
      <w:r>
        <w:rPr>
          <w:sz w:val="22"/>
        </w:rPr>
        <w:t>B. 2 + 3 &gt; 6</w:t>
      </w:r>
    </w:p>
    <w:p>
      <w:pPr>
        <w:pStyle w:val="ListParagraph"/>
      </w:pPr>
      <w:r>
        <w:rPr>
          <w:sz w:val="22"/>
        </w:rPr>
        <w:t>C. 2 + 3 &lt; 6</w:t>
      </w:r>
    </w:p>
    <w:p>
      <w:pPr>
        <w:pStyle w:val="ListParagraph"/>
      </w:pPr>
      <w:r>
        <w:rPr>
          <w:sz w:val="22"/>
        </w:rPr>
        <w:t>D. 2 + 3 = 5</w:t>
      </w:r>
    </w:p>
    <w:p/>
    <w:p>
      <w:r>
        <w:rPr>
          <w:b/>
          <w:sz w:val="24"/>
        </w:rPr>
        <w:t>Câu 5: Mệnh đề "Nếu tam giác ABC đều thì tam giác ABC có ba góc bằng nhau" là mệnh đề:</w:t>
      </w:r>
    </w:p>
    <w:p>
      <w:pPr>
        <w:pStyle w:val="ListParagraph"/>
      </w:pPr>
      <w:r>
        <w:rPr>
          <w:sz w:val="22"/>
        </w:rPr>
        <w:t>A. Đảo</w:t>
      </w:r>
    </w:p>
    <w:p>
      <w:pPr>
        <w:pStyle w:val="ListParagraph"/>
      </w:pPr>
      <w:r>
        <w:rPr>
          <w:sz w:val="22"/>
        </w:rPr>
        <w:t>B. Kéo theo</w:t>
      </w:r>
    </w:p>
    <w:p>
      <w:pPr>
        <w:pStyle w:val="ListParagraph"/>
      </w:pPr>
      <w:r>
        <w:rPr>
          <w:sz w:val="22"/>
        </w:rPr>
        <w:t>C. Tương đương</w:t>
      </w:r>
    </w:p>
    <w:p>
      <w:pPr>
        <w:pStyle w:val="ListParagraph"/>
      </w:pPr>
      <w:r>
        <w:rPr>
          <w:sz w:val="22"/>
        </w:rPr>
        <w:t>D. Phủ định</w:t>
      </w:r>
    </w:p>
    <w:p/>
    <w:p>
      <w:r>
        <w:rPr>
          <w:b/>
          <w:sz w:val="24"/>
        </w:rPr>
        <w:t>Câu 6: Mệnh đề đảo của mệnh đề "Nếu a chia hết cho 6 thì a chia hết cho 3" là:</w:t>
      </w:r>
    </w:p>
    <w:p>
      <w:pPr>
        <w:pStyle w:val="ListParagraph"/>
      </w:pPr>
      <w:r>
        <w:rPr>
          <w:sz w:val="22"/>
        </w:rPr>
        <w:t>A. Nếu a chia hết cho 3 thì a chia hết cho 6.</w:t>
      </w:r>
    </w:p>
    <w:p>
      <w:pPr>
        <w:pStyle w:val="ListParagraph"/>
      </w:pPr>
      <w:r>
        <w:rPr>
          <w:sz w:val="22"/>
        </w:rPr>
        <w:t>B. Nếu a không chia hết cho 6 thì a không chia hết cho 3.</w:t>
      </w:r>
    </w:p>
    <w:p>
      <w:pPr>
        <w:pStyle w:val="ListParagraph"/>
      </w:pPr>
      <w:r>
        <w:rPr>
          <w:sz w:val="22"/>
        </w:rPr>
        <w:t>C. Nếu a chia hết cho 3 thì a không chia hết cho 6.</w:t>
      </w:r>
    </w:p>
    <w:p>
      <w:pPr>
        <w:pStyle w:val="ListParagraph"/>
      </w:pPr>
      <w:r>
        <w:rPr>
          <w:sz w:val="22"/>
        </w:rPr>
        <w:t>D. Nếu a không chia hết cho 3 thì a không chia hết cho 6.</w:t>
      </w:r>
    </w:p>
    <w:p/>
    <w:p>
      <w:r>
        <w:rPr>
          <w:b/>
          <w:sz w:val="24"/>
        </w:rPr>
        <w:t>Câu 7: Mệnh đề "∀x ∈ ℝ, x² ≥ 0" có phủ định là:</w:t>
      </w:r>
    </w:p>
    <w:p>
      <w:pPr>
        <w:pStyle w:val="ListParagraph"/>
      </w:pPr>
      <w:r>
        <w:rPr>
          <w:sz w:val="22"/>
        </w:rPr>
        <w:t>A. ∃x ∈ ℝ, x² &lt; 0</w:t>
      </w:r>
    </w:p>
    <w:p>
      <w:pPr>
        <w:pStyle w:val="ListParagraph"/>
      </w:pPr>
      <w:r>
        <w:rPr>
          <w:sz w:val="22"/>
        </w:rPr>
        <w:t>B. ∀x ∈ ℝ, x² &lt; 0</w:t>
      </w:r>
    </w:p>
    <w:p>
      <w:pPr>
        <w:pStyle w:val="ListParagraph"/>
      </w:pPr>
      <w:r>
        <w:rPr>
          <w:sz w:val="22"/>
        </w:rPr>
        <w:t>C. ∃x ∈ ℝ, x² ≤ 0</w:t>
      </w:r>
    </w:p>
    <w:p>
      <w:pPr>
        <w:pStyle w:val="ListParagraph"/>
      </w:pPr>
      <w:r>
        <w:rPr>
          <w:sz w:val="22"/>
        </w:rPr>
        <w:t>D. ∀x ∈ ℝ, x² &gt; 0</w:t>
      </w:r>
    </w:p>
    <w:p/>
    <w:p>
      <w:r>
        <w:rPr>
          <w:b/>
          <w:sz w:val="24"/>
        </w:rPr>
        <w:t>Câu 8: Mệnh đề "∃n ∈ ℕ, n² = n" đúng hay sai?</w:t>
      </w:r>
    </w:p>
    <w:p>
      <w:pPr>
        <w:pStyle w:val="ListParagraph"/>
      </w:pPr>
      <w:r>
        <w:rPr>
          <w:sz w:val="22"/>
        </w:rPr>
        <w:t>A. Đúng, vì n = 0</w:t>
      </w:r>
    </w:p>
    <w:p>
      <w:pPr>
        <w:pStyle w:val="ListParagraph"/>
      </w:pPr>
      <w:r>
        <w:rPr>
          <w:sz w:val="22"/>
        </w:rPr>
        <w:t>B. Đúng, vì n = 1</w:t>
      </w:r>
    </w:p>
    <w:p>
      <w:pPr>
        <w:pStyle w:val="ListParagraph"/>
      </w:pPr>
      <w:r>
        <w:rPr>
          <w:sz w:val="22"/>
        </w:rPr>
        <w:t>C. Sai, vì không có số tự nhiên nào thỏa mãn.</w:t>
      </w:r>
    </w:p>
    <w:p>
      <w:pPr>
        <w:pStyle w:val="ListParagraph"/>
      </w:pPr>
      <w:r>
        <w:rPr>
          <w:sz w:val="22"/>
        </w:rPr>
        <w:t>D. Sai, vì n² luôn khác n.</w:t>
      </w:r>
    </w:p>
    <w:p/>
    <w:p>
      <w:r>
        <w:rPr>
          <w:b/>
          <w:sz w:val="24"/>
        </w:rPr>
        <w:t>Câu 9: Cho tập hợp A = {1, 2, 3}. Số tập con của A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10: Tập hợp A = {x ∈ ℕ | x &lt; 5} được viết dưới dạng liệt kê là:</w:t>
      </w:r>
    </w:p>
    <w:p>
      <w:pPr>
        <w:pStyle w:val="ListParagraph"/>
      </w:pPr>
      <w:r>
        <w:rPr>
          <w:sz w:val="22"/>
        </w:rPr>
        <w:t>A. {0, 1, 2, 3, 4}</w:t>
      </w:r>
    </w:p>
    <w:p>
      <w:pPr>
        <w:pStyle w:val="ListParagraph"/>
      </w:pPr>
      <w:r>
        <w:rPr>
          <w:sz w:val="22"/>
        </w:rPr>
        <w:t>B. {1, 2, 3, 4}</w:t>
      </w:r>
    </w:p>
    <w:p>
      <w:pPr>
        <w:pStyle w:val="ListParagraph"/>
      </w:pPr>
      <w:r>
        <w:rPr>
          <w:sz w:val="22"/>
        </w:rPr>
        <w:t>C. {0, 1, 2, 3, 4, 5}</w:t>
      </w:r>
    </w:p>
    <w:p>
      <w:pPr>
        <w:pStyle w:val="ListParagraph"/>
      </w:pPr>
      <w:r>
        <w:rPr>
          <w:sz w:val="22"/>
        </w:rPr>
        <w:t>D. {1, 2, 3, 4, 5}</w:t>
      </w:r>
    </w:p>
    <w:p/>
    <w:p>
      <w:r>
        <w:rPr>
          <w:b/>
          <w:sz w:val="24"/>
        </w:rPr>
        <w:t>Câu 11: Cho hai tập hợp A = {1, 2, 3} và B = {2, 3, 4}. Tập A ∪ B là:</w:t>
      </w:r>
    </w:p>
    <w:p>
      <w:pPr>
        <w:pStyle w:val="ListParagraph"/>
      </w:pPr>
      <w:r>
        <w:rPr>
          <w:sz w:val="22"/>
        </w:rPr>
        <w:t>A. {1, 2, 3, 4}</w:t>
      </w:r>
    </w:p>
    <w:p>
      <w:pPr>
        <w:pStyle w:val="ListParagraph"/>
      </w:pPr>
      <w:r>
        <w:rPr>
          <w:sz w:val="22"/>
        </w:rPr>
        <w:t>B. {2, 3}</w:t>
      </w:r>
    </w:p>
    <w:p>
      <w:pPr>
        <w:pStyle w:val="ListParagraph"/>
      </w:pPr>
      <w:r>
        <w:rPr>
          <w:sz w:val="22"/>
        </w:rPr>
        <w:t>C. {1, 4}</w:t>
      </w:r>
    </w:p>
    <w:p>
      <w:pPr>
        <w:pStyle w:val="ListParagraph"/>
      </w:pPr>
      <w:r>
        <w:rPr>
          <w:sz w:val="22"/>
        </w:rPr>
        <w:t>D. {1, 2, 3}</w:t>
      </w:r>
    </w:p>
    <w:p/>
    <w:p>
      <w:r>
        <w:rPr>
          <w:b/>
          <w:sz w:val="24"/>
        </w:rPr>
        <w:t>Câu 12: Cho hai tập hợp A = {1, 2, 3} và B = {2, 3, 4}. Tập A ∩ B là:</w:t>
      </w:r>
    </w:p>
    <w:p>
      <w:pPr>
        <w:pStyle w:val="ListParagraph"/>
      </w:pPr>
      <w:r>
        <w:rPr>
          <w:sz w:val="22"/>
        </w:rPr>
        <w:t>A. {1, 2, 3, 4}</w:t>
      </w:r>
    </w:p>
    <w:p>
      <w:pPr>
        <w:pStyle w:val="ListParagraph"/>
      </w:pPr>
      <w:r>
        <w:rPr>
          <w:sz w:val="22"/>
        </w:rPr>
        <w:t>B. {2, 3}</w:t>
      </w:r>
    </w:p>
    <w:p>
      <w:pPr>
        <w:pStyle w:val="ListParagraph"/>
      </w:pPr>
      <w:r>
        <w:rPr>
          <w:sz w:val="22"/>
        </w:rPr>
        <w:t>C. {1, 4}</w:t>
      </w:r>
    </w:p>
    <w:p>
      <w:pPr>
        <w:pStyle w:val="ListParagraph"/>
      </w:pPr>
      <w:r>
        <w:rPr>
          <w:sz w:val="22"/>
        </w:rPr>
        <w:t>D. {1, 2, 3}</w:t>
      </w:r>
    </w:p>
    <w:p/>
    <w:p>
      <w:r>
        <w:rPr>
          <w:b/>
          <w:sz w:val="24"/>
        </w:rPr>
        <w:t>Câu 13: Cho hai tập hợp A = {1, 2, 3} và B = {2, 3, 4}. Tập A \ B là:</w:t>
      </w:r>
    </w:p>
    <w:p>
      <w:pPr>
        <w:pStyle w:val="ListParagraph"/>
      </w:pPr>
      <w:r>
        <w:rPr>
          <w:sz w:val="22"/>
        </w:rPr>
        <w:t>A. {1}</w:t>
      </w:r>
    </w:p>
    <w:p>
      <w:pPr>
        <w:pStyle w:val="ListParagraph"/>
      </w:pPr>
      <w:r>
        <w:rPr>
          <w:sz w:val="22"/>
        </w:rPr>
        <w:t>B. {4}</w:t>
      </w:r>
    </w:p>
    <w:p>
      <w:pPr>
        <w:pStyle w:val="ListParagraph"/>
      </w:pPr>
      <w:r>
        <w:rPr>
          <w:sz w:val="22"/>
        </w:rPr>
        <w:t>C. {2, 3}</w:t>
      </w:r>
    </w:p>
    <w:p>
      <w:pPr>
        <w:pStyle w:val="ListParagraph"/>
      </w:pPr>
      <w:r>
        <w:rPr>
          <w:sz w:val="22"/>
        </w:rPr>
        <w:t>D. {1, 4}</w:t>
      </w:r>
    </w:p>
    <w:p/>
    <w:p>
      <w:r>
        <w:rPr>
          <w:b/>
          <w:sz w:val="24"/>
        </w:rPr>
        <w:t>Câu 14: Cho tập hợp A = {x ∈ ℝ | -1 ≤ x &lt; 3}. Tập A được viết dưới dạng khoảng, đoạn là:</w:t>
      </w:r>
    </w:p>
    <w:p>
      <w:pPr>
        <w:pStyle w:val="ListParagraph"/>
      </w:pPr>
      <w:r>
        <w:rPr>
          <w:sz w:val="22"/>
        </w:rPr>
        <w:t>A. [-1; 3)</w:t>
      </w:r>
    </w:p>
    <w:p>
      <w:pPr>
        <w:pStyle w:val="ListParagraph"/>
      </w:pPr>
      <w:r>
        <w:rPr>
          <w:sz w:val="22"/>
        </w:rPr>
        <w:t>B. (-1; 3)</w:t>
      </w:r>
    </w:p>
    <w:p>
      <w:pPr>
        <w:pStyle w:val="ListParagraph"/>
      </w:pPr>
      <w:r>
        <w:rPr>
          <w:sz w:val="22"/>
        </w:rPr>
        <w:t>C. [-1; 3]</w:t>
      </w:r>
    </w:p>
    <w:p>
      <w:pPr>
        <w:pStyle w:val="ListParagraph"/>
      </w:pPr>
      <w:r>
        <w:rPr>
          <w:sz w:val="22"/>
        </w:rPr>
        <w:t>D. (-1; 3]</w:t>
      </w:r>
    </w:p>
    <w:p/>
    <w:p>
      <w:r>
        <w:rPr>
          <w:b/>
          <w:sz w:val="24"/>
        </w:rPr>
        <w:t>Câu 15: Cho tập hợp A = (-∞; 2] và B = (1; +∞). Tập A ∩ B là:</w:t>
      </w:r>
    </w:p>
    <w:p>
      <w:pPr>
        <w:pStyle w:val="ListParagraph"/>
      </w:pPr>
      <w:r>
        <w:rPr>
          <w:sz w:val="22"/>
        </w:rPr>
        <w:t>A. (1; 2]</w:t>
      </w:r>
    </w:p>
    <w:p>
      <w:pPr>
        <w:pStyle w:val="ListParagraph"/>
      </w:pPr>
      <w:r>
        <w:rPr>
          <w:sz w:val="22"/>
        </w:rPr>
        <w:t>B. [1; 2)</w:t>
      </w:r>
    </w:p>
    <w:p>
      <w:pPr>
        <w:pStyle w:val="ListParagraph"/>
      </w:pPr>
      <w:r>
        <w:rPr>
          <w:sz w:val="22"/>
        </w:rPr>
        <w:t>C. (1; 2)</w:t>
      </w:r>
    </w:p>
    <w:p>
      <w:pPr>
        <w:pStyle w:val="ListParagraph"/>
      </w:pPr>
      <w:r>
        <w:rPr>
          <w:sz w:val="22"/>
        </w:rPr>
        <w:t>D. [1; 2]</w:t>
      </w:r>
    </w:p>
    <w:p/>
    <w:p>
      <w:r>
        <w:rPr>
          <w:b/>
          <w:sz w:val="24"/>
        </w:rPr>
        <w:t>Câu 16: Cho tập hợp A = (-∞; 2] và B = (1; +∞). Tập A ∪ B là:</w:t>
      </w:r>
    </w:p>
    <w:p>
      <w:pPr>
        <w:pStyle w:val="ListParagraph"/>
      </w:pPr>
      <w:r>
        <w:rPr>
          <w:sz w:val="22"/>
        </w:rPr>
        <w:t>A. ℝ</w:t>
      </w:r>
    </w:p>
    <w:p>
      <w:pPr>
        <w:pStyle w:val="ListParagraph"/>
      </w:pPr>
      <w:r>
        <w:rPr>
          <w:sz w:val="22"/>
        </w:rPr>
        <w:t>B. (1; 2]</w:t>
      </w:r>
    </w:p>
    <w:p>
      <w:pPr>
        <w:pStyle w:val="ListParagraph"/>
      </w:pPr>
      <w:r>
        <w:rPr>
          <w:sz w:val="22"/>
        </w:rPr>
        <w:t>C. (-∞; +∞)</w:t>
      </w:r>
    </w:p>
    <w:p>
      <w:pPr>
        <w:pStyle w:val="ListParagraph"/>
      </w:pPr>
      <w:r>
        <w:rPr>
          <w:sz w:val="22"/>
        </w:rPr>
        <w:t>D. (-∞; 1) ∪ (2; +∞)</w:t>
      </w:r>
    </w:p>
    <w:p/>
    <w:p>
      <w:r>
        <w:rPr>
          <w:b/>
          <w:sz w:val="24"/>
        </w:rPr>
        <w:t>Câu 17: Số gần đúng của π là 3,14. Sai số tuyệt đối của số gần đúng này là:</w:t>
      </w:r>
    </w:p>
    <w:p>
      <w:pPr>
        <w:pStyle w:val="ListParagraph"/>
      </w:pPr>
      <w:r>
        <w:rPr>
          <w:sz w:val="22"/>
        </w:rPr>
        <w:t>A. 0,001</w:t>
      </w:r>
    </w:p>
    <w:p>
      <w:pPr>
        <w:pStyle w:val="ListParagraph"/>
      </w:pPr>
      <w:r>
        <w:rPr>
          <w:sz w:val="22"/>
        </w:rPr>
        <w:t>B. 0,0015</w:t>
      </w:r>
    </w:p>
    <w:p>
      <w:pPr>
        <w:pStyle w:val="ListParagraph"/>
      </w:pPr>
      <w:r>
        <w:rPr>
          <w:sz w:val="22"/>
        </w:rPr>
        <w:t>C. 0,002</w:t>
      </w:r>
    </w:p>
    <w:p>
      <w:pPr>
        <w:pStyle w:val="ListParagraph"/>
      </w:pPr>
      <w:r>
        <w:rPr>
          <w:sz w:val="22"/>
        </w:rPr>
        <w:t>D. 0,0005</w:t>
      </w:r>
    </w:p>
    <w:p/>
    <w:p>
      <w:r>
        <w:rPr>
          <w:b/>
          <w:sz w:val="24"/>
        </w:rPr>
        <w:t>Câu 18: Quy tròn số 2,71828 đến hàng phần trăm ta được:</w:t>
      </w:r>
    </w:p>
    <w:p>
      <w:pPr>
        <w:pStyle w:val="ListParagraph"/>
      </w:pPr>
      <w:r>
        <w:rPr>
          <w:sz w:val="22"/>
        </w:rPr>
        <w:t>A. 2,71</w:t>
      </w:r>
    </w:p>
    <w:p>
      <w:pPr>
        <w:pStyle w:val="ListParagraph"/>
      </w:pPr>
      <w:r>
        <w:rPr>
          <w:sz w:val="22"/>
        </w:rPr>
        <w:t>B. 2,72</w:t>
      </w:r>
    </w:p>
    <w:p>
      <w:pPr>
        <w:pStyle w:val="ListParagraph"/>
      </w:pPr>
      <w:r>
        <w:rPr>
          <w:sz w:val="22"/>
        </w:rPr>
        <w:t>C. 2,7</w:t>
      </w:r>
    </w:p>
    <w:p>
      <w:pPr>
        <w:pStyle w:val="ListParagraph"/>
      </w:pPr>
      <w:r>
        <w:rPr>
          <w:sz w:val="22"/>
        </w:rPr>
        <w:t>D. 2,718</w:t>
      </w:r>
    </w:p>
    <w:p/>
    <w:p>
      <w:r>
        <w:rPr>
          <w:b/>
          <w:sz w:val="24"/>
        </w:rPr>
        <w:t>Câu 19: Cho số gần đúng a = 3,146 với độ chính xác d = 0,001. Số quy tròn của a là:</w:t>
      </w:r>
    </w:p>
    <w:p>
      <w:pPr>
        <w:pStyle w:val="ListParagraph"/>
      </w:pPr>
      <w:r>
        <w:rPr>
          <w:sz w:val="22"/>
        </w:rPr>
        <w:t>A. 3,14</w:t>
      </w:r>
    </w:p>
    <w:p>
      <w:pPr>
        <w:pStyle w:val="ListParagraph"/>
      </w:pPr>
      <w:r>
        <w:rPr>
          <w:sz w:val="22"/>
        </w:rPr>
        <w:t>B. 3,15</w:t>
      </w:r>
    </w:p>
    <w:p>
      <w:pPr>
        <w:pStyle w:val="ListParagraph"/>
      </w:pPr>
      <w:r>
        <w:rPr>
          <w:sz w:val="22"/>
        </w:rPr>
        <w:t>C. 3,1</w:t>
      </w:r>
    </w:p>
    <w:p>
      <w:pPr>
        <w:pStyle w:val="ListParagraph"/>
      </w:pPr>
      <w:r>
        <w:rPr>
          <w:sz w:val="22"/>
        </w:rPr>
        <w:t>D. 3,2</w:t>
      </w:r>
    </w:p>
    <w:p/>
    <w:p>
      <w:r>
        <w:rPr>
          <w:b/>
          <w:sz w:val="24"/>
        </w:rPr>
        <w:t>Câu 20: Trong các mệnh đề sau, mệnh đề nào đúng?</w:t>
      </w:r>
    </w:p>
    <w:p>
      <w:pPr>
        <w:pStyle w:val="ListParagraph"/>
      </w:pPr>
      <w:r>
        <w:rPr>
          <w:sz w:val="22"/>
        </w:rPr>
        <w:t>A. ∀x ∈ ℝ, x² &gt; 0</w:t>
      </w:r>
    </w:p>
    <w:p>
      <w:pPr>
        <w:pStyle w:val="ListParagraph"/>
      </w:pPr>
      <w:r>
        <w:rPr>
          <w:sz w:val="22"/>
        </w:rPr>
        <w:t>B. ∃x ∈ ℚ, x² = 2</w:t>
      </w:r>
    </w:p>
    <w:p>
      <w:pPr>
        <w:pStyle w:val="ListParagraph"/>
      </w:pPr>
      <w:r>
        <w:rPr>
          <w:sz w:val="22"/>
        </w:rPr>
        <w:t>C. ∀n ∈ ℕ, n² + 1 không chia hết cho 4</w:t>
      </w:r>
    </w:p>
    <w:p>
      <w:pPr>
        <w:pStyle w:val="ListParagraph"/>
      </w:pPr>
      <w:r>
        <w:rPr>
          <w:sz w:val="22"/>
        </w:rPr>
        <w:t>D. ∃x ∈ ℤ, x² + x + 1 = 0</w:t>
      </w:r>
    </w:p>
    <w:p/>
    <w:p>
      <w:r>
        <w:rPr>
          <w:b/>
          <w:sz w:val="24"/>
        </w:rPr>
        <w:t>Câu 21: Mệnh đề "∀x ∈ ℝ, x² + 1 &gt; 0" là: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>
      <w:pPr>
        <w:pStyle w:val="ListParagraph"/>
      </w:pPr>
      <w:r>
        <w:rPr>
          <w:sz w:val="22"/>
        </w:rPr>
        <w:t>C. Không xác định</w:t>
      </w:r>
    </w:p>
    <w:p>
      <w:pPr>
        <w:pStyle w:val="ListParagraph"/>
      </w:pPr>
      <w:r>
        <w:rPr>
          <w:sz w:val="22"/>
        </w:rPr>
        <w:t>D. Vừa đúng vừa sai</w:t>
      </w:r>
    </w:p>
    <w:p/>
    <w:p>
      <w:r>
        <w:rPr>
          <w:b/>
          <w:sz w:val="24"/>
        </w:rPr>
        <w:t>Câu 22: Cho tập hợp A = {1, 2, 3, 4}. Số tập con có hai phần tử của A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23: Cho tập hợp A = [1; 5] và B = (2; 7). Tập A \ B là:</w:t>
      </w:r>
    </w:p>
    <w:p>
      <w:pPr>
        <w:pStyle w:val="ListParagraph"/>
      </w:pPr>
      <w:r>
        <w:rPr>
          <w:sz w:val="22"/>
        </w:rPr>
        <w:t>A. [1; 2]</w:t>
      </w:r>
    </w:p>
    <w:p>
      <w:pPr>
        <w:pStyle w:val="ListParagraph"/>
      </w:pPr>
      <w:r>
        <w:rPr>
          <w:sz w:val="22"/>
        </w:rPr>
        <w:t>B. (2; 5]</w:t>
      </w:r>
    </w:p>
    <w:p>
      <w:pPr>
        <w:pStyle w:val="ListParagraph"/>
      </w:pPr>
      <w:r>
        <w:rPr>
          <w:sz w:val="22"/>
        </w:rPr>
        <w:t>C. [1; 2)</w:t>
      </w:r>
    </w:p>
    <w:p>
      <w:pPr>
        <w:pStyle w:val="ListParagraph"/>
      </w:pPr>
      <w:r>
        <w:rPr>
          <w:sz w:val="22"/>
        </w:rPr>
        <w:t>D. (5; 7)</w:t>
      </w:r>
    </w:p>
    <w:p/>
    <w:p>
      <w:r>
        <w:rPr>
          <w:b/>
          <w:sz w:val="24"/>
        </w:rPr>
        <w:t>Câu 24: Cho tập hợp A = (-2; 3) và B = [1; 5). Tập A ∩ B là:</w:t>
      </w:r>
    </w:p>
    <w:p>
      <w:pPr>
        <w:pStyle w:val="ListParagraph"/>
      </w:pPr>
      <w:r>
        <w:rPr>
          <w:sz w:val="22"/>
        </w:rPr>
        <w:t>A. [1; 3)</w:t>
      </w:r>
    </w:p>
    <w:p>
      <w:pPr>
        <w:pStyle w:val="ListParagraph"/>
      </w:pPr>
      <w:r>
        <w:rPr>
          <w:sz w:val="22"/>
        </w:rPr>
        <w:t>B. (1; 3)</w:t>
      </w:r>
    </w:p>
    <w:p>
      <w:pPr>
        <w:pStyle w:val="ListParagraph"/>
      </w:pPr>
      <w:r>
        <w:rPr>
          <w:sz w:val="22"/>
        </w:rPr>
        <w:t>C. [1; 3]</w:t>
      </w:r>
    </w:p>
    <w:p>
      <w:pPr>
        <w:pStyle w:val="ListParagraph"/>
      </w:pPr>
      <w:r>
        <w:rPr>
          <w:sz w:val="22"/>
        </w:rPr>
        <w:t>D. (-2; 5)</w:t>
      </w:r>
    </w:p>
    <w:p/>
    <w:p>
      <w:r>
        <w:rPr>
          <w:b/>
          <w:sz w:val="24"/>
        </w:rPr>
        <w:t>Câu 25: Số quy tròn của số 12,3456 đến hàng phần nghìn là:</w:t>
      </w:r>
    </w:p>
    <w:p>
      <w:pPr>
        <w:pStyle w:val="ListParagraph"/>
      </w:pPr>
      <w:r>
        <w:rPr>
          <w:sz w:val="22"/>
        </w:rPr>
        <w:t>A. 12,345</w:t>
      </w:r>
    </w:p>
    <w:p>
      <w:pPr>
        <w:pStyle w:val="ListParagraph"/>
      </w:pPr>
      <w:r>
        <w:rPr>
          <w:sz w:val="22"/>
        </w:rPr>
        <w:t>B. 12,346</w:t>
      </w:r>
    </w:p>
    <w:p>
      <w:pPr>
        <w:pStyle w:val="ListParagraph"/>
      </w:pPr>
      <w:r>
        <w:rPr>
          <w:sz w:val="22"/>
        </w:rPr>
        <w:t>C. 12,34</w:t>
      </w:r>
    </w:p>
    <w:p>
      <w:pPr>
        <w:pStyle w:val="ListParagraph"/>
      </w:pPr>
      <w:r>
        <w:rPr>
          <w:sz w:val="22"/>
        </w:rPr>
        <w:t>D. 12,35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