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Tiếng Việt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Từ nào sau đây là danh từ?</w:t>
      </w:r>
    </w:p>
    <w:p>
      <w:pPr>
        <w:pStyle w:val="ListParagraph"/>
      </w:pPr>
      <w:r>
        <w:rPr>
          <w:sz w:val="22"/>
        </w:rPr>
        <w:t>A. chạy</w:t>
      </w:r>
    </w:p>
    <w:p>
      <w:pPr>
        <w:pStyle w:val="ListParagraph"/>
      </w:pPr>
      <w:r>
        <w:rPr>
          <w:sz w:val="22"/>
        </w:rPr>
        <w:t>B. đẹp</w:t>
      </w:r>
    </w:p>
    <w:p>
      <w:pPr>
        <w:pStyle w:val="ListParagraph"/>
      </w:pPr>
      <w:r>
        <w:rPr>
          <w:sz w:val="22"/>
        </w:rPr>
        <w:t>C. học sinh</w:t>
      </w:r>
    </w:p>
    <w:p>
      <w:pPr>
        <w:pStyle w:val="ListParagraph"/>
      </w:pPr>
      <w:r>
        <w:rPr>
          <w:sz w:val="22"/>
        </w:rPr>
        <w:t>D. nhanh</w:t>
      </w:r>
    </w:p>
    <w:p/>
    <w:p>
      <w:r>
        <w:rPr>
          <w:b/>
          <w:sz w:val="24"/>
        </w:rPr>
        <w:t>Câu 2: Từ nào sau đây là động từ?</w:t>
      </w:r>
    </w:p>
    <w:p>
      <w:pPr>
        <w:pStyle w:val="ListParagraph"/>
      </w:pPr>
      <w:r>
        <w:rPr>
          <w:sz w:val="22"/>
        </w:rPr>
        <w:t>A. bàn</w:t>
      </w:r>
    </w:p>
    <w:p>
      <w:pPr>
        <w:pStyle w:val="ListParagraph"/>
      </w:pPr>
      <w:r>
        <w:rPr>
          <w:sz w:val="22"/>
        </w:rPr>
        <w:t>B. suy nghĩ</w:t>
      </w:r>
    </w:p>
    <w:p>
      <w:pPr>
        <w:pStyle w:val="ListParagraph"/>
      </w:pPr>
      <w:r>
        <w:rPr>
          <w:sz w:val="22"/>
        </w:rPr>
        <w:t>C. xanh</w:t>
      </w:r>
    </w:p>
    <w:p>
      <w:pPr>
        <w:pStyle w:val="ListParagraph"/>
      </w:pPr>
      <w:r>
        <w:rPr>
          <w:sz w:val="22"/>
        </w:rPr>
        <w:t>D. ngôi nhà</w:t>
      </w:r>
    </w:p>
    <w:p/>
    <w:p>
      <w:r>
        <w:rPr>
          <w:b/>
          <w:sz w:val="24"/>
        </w:rPr>
        <w:t>Câu 3: Từ nào sau đây là tính từ?</w:t>
      </w:r>
    </w:p>
    <w:p>
      <w:pPr>
        <w:pStyle w:val="ListParagraph"/>
      </w:pPr>
      <w:r>
        <w:rPr>
          <w:sz w:val="22"/>
        </w:rPr>
        <w:t>A. cây cối</w:t>
      </w:r>
    </w:p>
    <w:p>
      <w:pPr>
        <w:pStyle w:val="ListParagraph"/>
      </w:pPr>
      <w:r>
        <w:rPr>
          <w:sz w:val="22"/>
        </w:rPr>
        <w:t>B. đi</w:t>
      </w:r>
    </w:p>
    <w:p>
      <w:pPr>
        <w:pStyle w:val="ListParagraph"/>
      </w:pPr>
      <w:r>
        <w:rPr>
          <w:sz w:val="22"/>
        </w:rPr>
        <w:t>C. thông minh</w:t>
      </w:r>
    </w:p>
    <w:p>
      <w:pPr>
        <w:pStyle w:val="ListParagraph"/>
      </w:pPr>
      <w:r>
        <w:rPr>
          <w:sz w:val="22"/>
        </w:rPr>
        <w:t>D. sách vở</w:t>
      </w:r>
    </w:p>
    <w:p/>
    <w:p>
      <w:r>
        <w:rPr>
          <w:b/>
          <w:sz w:val="24"/>
        </w:rPr>
        <w:t>Câu 4: Trong câu "Mẹ em mua cho em một chiếc cặp mới.", từ "mua" là: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đại từ</w:t>
      </w:r>
    </w:p>
    <w:p/>
    <w:p>
      <w:r>
        <w:rPr>
          <w:b/>
          <w:sz w:val="24"/>
        </w:rPr>
        <w:t>Câu 5: Trong câu "Bông hoa hồng rất đẹp.", từ "đẹp" là: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phó từ</w:t>
      </w:r>
    </w:p>
    <w:p/>
    <w:p>
      <w:r>
        <w:rPr>
          <w:b/>
          <w:sz w:val="24"/>
        </w:rPr>
        <w:t>Câu 6: Trong câu "Học sinh chăm chỉ học bài.", từ "học sinh" là: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lượng từ</w:t>
      </w:r>
    </w:p>
    <w:p/>
    <w:p>
      <w:r>
        <w:rPr>
          <w:b/>
          <w:sz w:val="24"/>
        </w:rPr>
        <w:t>Câu 7: Chọn từ thích hợp điền vào chỗ trống: "Bầu trời hôm nay ... xanh." (từ chỉ tính từ)</w:t>
      </w:r>
    </w:p>
    <w:p>
      <w:pPr>
        <w:pStyle w:val="ListParagraph"/>
      </w:pPr>
      <w:r>
        <w:rPr>
          <w:sz w:val="22"/>
        </w:rPr>
        <w:t>A. rất</w:t>
      </w:r>
    </w:p>
    <w:p>
      <w:pPr>
        <w:pStyle w:val="ListParagraph"/>
      </w:pPr>
      <w:r>
        <w:rPr>
          <w:sz w:val="22"/>
        </w:rPr>
        <w:t>B. và</w:t>
      </w:r>
    </w:p>
    <w:p>
      <w:pPr>
        <w:pStyle w:val="ListParagraph"/>
      </w:pPr>
      <w:r>
        <w:rPr>
          <w:sz w:val="22"/>
        </w:rPr>
        <w:t>C. trong</w:t>
      </w:r>
    </w:p>
    <w:p>
      <w:pPr>
        <w:pStyle w:val="ListParagraph"/>
      </w:pPr>
      <w:r>
        <w:rPr>
          <w:sz w:val="22"/>
        </w:rPr>
        <w:t>D. đã</w:t>
      </w:r>
    </w:p>
    <w:p/>
    <w:p>
      <w:r>
        <w:rPr>
          <w:b/>
          <w:sz w:val="24"/>
        </w:rPr>
        <w:t>Câu 8: Từ "đá" trong "hòn đá" và "đá bóng" lần lượt là:</w:t>
      </w:r>
    </w:p>
    <w:p>
      <w:pPr>
        <w:pStyle w:val="ListParagraph"/>
      </w:pPr>
      <w:r>
        <w:rPr>
          <w:sz w:val="22"/>
        </w:rPr>
        <w:t>A. danh từ, động từ</w:t>
      </w:r>
    </w:p>
    <w:p>
      <w:pPr>
        <w:pStyle w:val="ListParagraph"/>
      </w:pPr>
      <w:r>
        <w:rPr>
          <w:sz w:val="22"/>
        </w:rPr>
        <w:t>B. động từ, danh từ</w:t>
      </w:r>
    </w:p>
    <w:p>
      <w:pPr>
        <w:pStyle w:val="ListParagraph"/>
      </w:pPr>
      <w:r>
        <w:rPr>
          <w:sz w:val="22"/>
        </w:rPr>
        <w:t>C. danh từ, danh từ</w:t>
      </w:r>
    </w:p>
    <w:p>
      <w:pPr>
        <w:pStyle w:val="ListParagraph"/>
      </w:pPr>
      <w:r>
        <w:rPr>
          <w:sz w:val="22"/>
        </w:rPr>
        <w:t>D. động từ, động từ</w:t>
      </w:r>
    </w:p>
    <w:p/>
    <w:p>
      <w:r>
        <w:rPr>
          <w:b/>
          <w:sz w:val="24"/>
        </w:rPr>
        <w:t>Câu 9: Từ "bàn" trong "cái bàn" và "bàn bạc" lần lượt là:</w:t>
      </w:r>
    </w:p>
    <w:p>
      <w:pPr>
        <w:pStyle w:val="ListParagraph"/>
      </w:pPr>
      <w:r>
        <w:rPr>
          <w:sz w:val="22"/>
        </w:rPr>
        <w:t>A. danh từ, động từ</w:t>
      </w:r>
    </w:p>
    <w:p>
      <w:pPr>
        <w:pStyle w:val="ListParagraph"/>
      </w:pPr>
      <w:r>
        <w:rPr>
          <w:sz w:val="22"/>
        </w:rPr>
        <w:t>B. động từ, danh từ</w:t>
      </w:r>
    </w:p>
    <w:p>
      <w:pPr>
        <w:pStyle w:val="ListParagraph"/>
      </w:pPr>
      <w:r>
        <w:rPr>
          <w:sz w:val="22"/>
        </w:rPr>
        <w:t>C. danh từ, danh từ</w:t>
      </w:r>
    </w:p>
    <w:p>
      <w:pPr>
        <w:pStyle w:val="ListParagraph"/>
      </w:pPr>
      <w:r>
        <w:rPr>
          <w:sz w:val="22"/>
        </w:rPr>
        <w:t>D. động từ, động từ</w:t>
      </w:r>
    </w:p>
    <w:p/>
    <w:p>
      <w:r>
        <w:rPr>
          <w:b/>
          <w:sz w:val="24"/>
        </w:rPr>
        <w:t>Câu 10: Từ "chạy" trong "chạy bộ" và "chạy chợ" lần lượt là:</w:t>
      </w:r>
    </w:p>
    <w:p>
      <w:pPr>
        <w:pStyle w:val="ListParagraph"/>
      </w:pPr>
      <w:r>
        <w:rPr>
          <w:sz w:val="22"/>
        </w:rPr>
        <w:t>A. động từ, động từ</w:t>
      </w:r>
    </w:p>
    <w:p>
      <w:pPr>
        <w:pStyle w:val="ListParagraph"/>
      </w:pPr>
      <w:r>
        <w:rPr>
          <w:sz w:val="22"/>
        </w:rPr>
        <w:t>B. động từ, danh từ</w:t>
      </w:r>
    </w:p>
    <w:p>
      <w:pPr>
        <w:pStyle w:val="ListParagraph"/>
      </w:pPr>
      <w:r>
        <w:rPr>
          <w:sz w:val="22"/>
        </w:rPr>
        <w:t>C. danh từ, động từ</w:t>
      </w:r>
    </w:p>
    <w:p>
      <w:pPr>
        <w:pStyle w:val="ListParagraph"/>
      </w:pPr>
      <w:r>
        <w:rPr>
          <w:sz w:val="22"/>
        </w:rPr>
        <w:t>D. tính từ, động từ</w:t>
      </w:r>
    </w:p>
    <w:p/>
    <w:p>
      <w:r>
        <w:rPr>
          <w:b/>
          <w:sz w:val="24"/>
        </w:rPr>
        <w:t>Câu 11: Từ nào sau đây là danh từ chỉ người?</w:t>
      </w:r>
    </w:p>
    <w:p>
      <w:pPr>
        <w:pStyle w:val="ListParagraph"/>
      </w:pPr>
      <w:r>
        <w:rPr>
          <w:sz w:val="22"/>
        </w:rPr>
        <w:t>A. cây</w:t>
      </w:r>
    </w:p>
    <w:p>
      <w:pPr>
        <w:pStyle w:val="ListParagraph"/>
      </w:pPr>
      <w:r>
        <w:rPr>
          <w:sz w:val="22"/>
        </w:rPr>
        <w:t>B. giáo viên</w:t>
      </w:r>
    </w:p>
    <w:p>
      <w:pPr>
        <w:pStyle w:val="ListParagraph"/>
      </w:pPr>
      <w:r>
        <w:rPr>
          <w:sz w:val="22"/>
        </w:rPr>
        <w:t>C. chạy</w:t>
      </w:r>
    </w:p>
    <w:p>
      <w:pPr>
        <w:pStyle w:val="ListParagraph"/>
      </w:pPr>
      <w:r>
        <w:rPr>
          <w:sz w:val="22"/>
        </w:rPr>
        <w:t>D. đẹp</w:t>
      </w:r>
    </w:p>
    <w:p/>
    <w:p>
      <w:r>
        <w:rPr>
          <w:b/>
          <w:sz w:val="24"/>
        </w:rPr>
        <w:t>Câu 12: Từ nào sau đây là động từ chỉ hoạt động?</w:t>
      </w:r>
    </w:p>
    <w:p>
      <w:pPr>
        <w:pStyle w:val="ListParagraph"/>
      </w:pPr>
      <w:r>
        <w:rPr>
          <w:sz w:val="22"/>
        </w:rPr>
        <w:t>A. vui vẻ</w:t>
      </w:r>
    </w:p>
    <w:p>
      <w:pPr>
        <w:pStyle w:val="ListParagraph"/>
      </w:pPr>
      <w:r>
        <w:rPr>
          <w:sz w:val="22"/>
        </w:rPr>
        <w:t>B. ngôi nhà</w:t>
      </w:r>
    </w:p>
    <w:p>
      <w:pPr>
        <w:pStyle w:val="ListParagraph"/>
      </w:pPr>
      <w:r>
        <w:rPr>
          <w:sz w:val="22"/>
        </w:rPr>
        <w:t>C. ca hát</w:t>
      </w:r>
    </w:p>
    <w:p>
      <w:pPr>
        <w:pStyle w:val="ListParagraph"/>
      </w:pPr>
      <w:r>
        <w:rPr>
          <w:sz w:val="22"/>
        </w:rPr>
        <w:t>D. màu xanh</w:t>
      </w:r>
    </w:p>
    <w:p/>
    <w:p>
      <w:r>
        <w:rPr>
          <w:b/>
          <w:sz w:val="24"/>
        </w:rPr>
        <w:t>Câu 13: Từ nào sau đây là tính từ chỉ màu sắc?</w:t>
      </w:r>
    </w:p>
    <w:p>
      <w:pPr>
        <w:pStyle w:val="ListParagraph"/>
      </w:pPr>
      <w:r>
        <w:rPr>
          <w:sz w:val="22"/>
        </w:rPr>
        <w:t>A. nhảy</w:t>
      </w:r>
    </w:p>
    <w:p>
      <w:pPr>
        <w:pStyle w:val="ListParagraph"/>
      </w:pPr>
      <w:r>
        <w:rPr>
          <w:sz w:val="22"/>
        </w:rPr>
        <w:t>B. tím</w:t>
      </w:r>
    </w:p>
    <w:p>
      <w:pPr>
        <w:pStyle w:val="ListParagraph"/>
      </w:pPr>
      <w:r>
        <w:rPr>
          <w:sz w:val="22"/>
        </w:rPr>
        <w:t>C. bàn ghế</w:t>
      </w:r>
    </w:p>
    <w:p>
      <w:pPr>
        <w:pStyle w:val="ListParagraph"/>
      </w:pPr>
      <w:r>
        <w:rPr>
          <w:sz w:val="22"/>
        </w:rPr>
        <w:t>D. suy nghĩ</w:t>
      </w:r>
    </w:p>
    <w:p/>
    <w:p>
      <w:r>
        <w:rPr>
          <w:b/>
          <w:sz w:val="24"/>
        </w:rPr>
        <w:t>Câu 14: Xác định từ loại của từ được in đậm trong câu: "Cô ấy **hát** rất hay."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phó từ</w:t>
      </w:r>
    </w:p>
    <w:p/>
    <w:p>
      <w:r>
        <w:rPr>
          <w:b/>
          <w:sz w:val="24"/>
        </w:rPr>
        <w:t>Câu 15: Xác định từ loại của từ được in đậm: "Chiếc xe này **mới** quá."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lượng từ</w:t>
      </w:r>
    </w:p>
    <w:p/>
    <w:p>
      <w:r>
        <w:rPr>
          <w:b/>
          <w:sz w:val="24"/>
        </w:rPr>
        <w:t>Câu 16: Điền từ thích hợp vào chỗ trống: "Chúng em ... bài tập về nhà." (từ chỉ động từ)</w:t>
      </w:r>
    </w:p>
    <w:p>
      <w:pPr>
        <w:pStyle w:val="ListParagraph"/>
      </w:pPr>
      <w:r>
        <w:rPr>
          <w:sz w:val="22"/>
        </w:rPr>
        <w:t>A. rất</w:t>
      </w:r>
    </w:p>
    <w:p>
      <w:pPr>
        <w:pStyle w:val="ListParagraph"/>
      </w:pPr>
      <w:r>
        <w:rPr>
          <w:sz w:val="22"/>
        </w:rPr>
        <w:t>B. làm</w:t>
      </w:r>
    </w:p>
    <w:p>
      <w:pPr>
        <w:pStyle w:val="ListParagraph"/>
      </w:pPr>
      <w:r>
        <w:rPr>
          <w:sz w:val="22"/>
        </w:rPr>
        <w:t>C. đẹp</w:t>
      </w:r>
    </w:p>
    <w:p>
      <w:pPr>
        <w:pStyle w:val="ListParagraph"/>
      </w:pPr>
      <w:r>
        <w:rPr>
          <w:sz w:val="22"/>
        </w:rPr>
        <w:t>D. và</w:t>
      </w:r>
    </w:p>
    <w:p/>
    <w:p>
      <w:r>
        <w:rPr>
          <w:b/>
          <w:sz w:val="24"/>
        </w:rPr>
        <w:t>Câu 17: Điền từ thích hợp vào chỗ trống: "Cô giáo em rất ... ." (từ chỉ tính từ)</w:t>
      </w:r>
    </w:p>
    <w:p>
      <w:pPr>
        <w:pStyle w:val="ListParagraph"/>
      </w:pPr>
      <w:r>
        <w:rPr>
          <w:sz w:val="22"/>
        </w:rPr>
        <w:t>A. dịu dàng</w:t>
      </w:r>
    </w:p>
    <w:p>
      <w:pPr>
        <w:pStyle w:val="ListParagraph"/>
      </w:pPr>
      <w:r>
        <w:rPr>
          <w:sz w:val="22"/>
        </w:rPr>
        <w:t>B. dạy</w:t>
      </w:r>
    </w:p>
    <w:p>
      <w:pPr>
        <w:pStyle w:val="ListParagraph"/>
      </w:pPr>
      <w:r>
        <w:rPr>
          <w:sz w:val="22"/>
        </w:rPr>
        <w:t>C. bài</w:t>
      </w:r>
    </w:p>
    <w:p>
      <w:pPr>
        <w:pStyle w:val="ListParagraph"/>
      </w:pPr>
      <w:r>
        <w:rPr>
          <w:sz w:val="22"/>
        </w:rPr>
        <w:t>D. học</w:t>
      </w:r>
    </w:p>
    <w:p/>
    <w:p>
      <w:r>
        <w:rPr>
          <w:b/>
          <w:sz w:val="24"/>
        </w:rPr>
        <w:t>Câu 18: Trong câu "Những con chim non đang tập bay.", từ "bay" là: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số từ</w:t>
      </w:r>
    </w:p>
    <w:p/>
    <w:p>
      <w:r>
        <w:rPr>
          <w:b/>
          <w:sz w:val="24"/>
        </w:rPr>
        <w:t>Câu 19: Trong câu "Mùa xuân, hoa đào nở rộ.", từ "Mùa xuân" là: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phó từ</w:t>
      </w:r>
    </w:p>
    <w:p/>
    <w:p>
      <w:r>
        <w:rPr>
          <w:b/>
          <w:sz w:val="24"/>
        </w:rPr>
        <w:t>Câu 20: Từ "trắng" trong "áo trắng" và "trắng tay" lần lượt là:</w:t>
      </w:r>
    </w:p>
    <w:p>
      <w:pPr>
        <w:pStyle w:val="ListParagraph"/>
      </w:pPr>
      <w:r>
        <w:rPr>
          <w:sz w:val="22"/>
        </w:rPr>
        <w:t>A. tính từ, tính từ</w:t>
      </w:r>
    </w:p>
    <w:p>
      <w:pPr>
        <w:pStyle w:val="ListParagraph"/>
      </w:pPr>
      <w:r>
        <w:rPr>
          <w:sz w:val="22"/>
        </w:rPr>
        <w:t>B. danh từ, tính từ</w:t>
      </w:r>
    </w:p>
    <w:p>
      <w:pPr>
        <w:pStyle w:val="ListParagraph"/>
      </w:pPr>
      <w:r>
        <w:rPr>
          <w:sz w:val="22"/>
        </w:rPr>
        <w:t>C. tính từ, danh từ</w:t>
      </w:r>
    </w:p>
    <w:p>
      <w:pPr>
        <w:pStyle w:val="ListParagraph"/>
      </w:pPr>
      <w:r>
        <w:rPr>
          <w:sz w:val="22"/>
        </w:rPr>
        <w:t>D. danh từ, danh từ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