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10 câu hỏi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Số nguyên tố nhỏ nhất là số nào?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2: Số La Mã XVIII có giá trị là bao nhiêu?</w:t>
      </w:r>
    </w:p>
    <w:p>
      <w:pPr>
        <w:pStyle w:val="ListParagraph"/>
      </w:pPr>
      <w:r>
        <w:rPr>
          <w:sz w:val="22"/>
        </w:rPr>
        <w:t>A. 16</w:t>
      </w:r>
    </w:p>
    <w:p>
      <w:pPr>
        <w:pStyle w:val="ListParagraph"/>
      </w:pPr>
      <w:r>
        <w:rPr>
          <w:sz w:val="22"/>
        </w:rPr>
        <w:t>B. 17</w:t>
      </w:r>
    </w:p>
    <w:p>
      <w:pPr>
        <w:pStyle w:val="ListParagraph"/>
      </w:pPr>
      <w:r>
        <w:rPr>
          <w:sz w:val="22"/>
        </w:rPr>
        <w:t>C. 18</w:t>
      </w:r>
    </w:p>
    <w:p>
      <w:pPr>
        <w:pStyle w:val="ListParagraph"/>
      </w:pPr>
      <w:r>
        <w:rPr>
          <w:sz w:val="22"/>
        </w:rPr>
        <w:t>D. 19</w:t>
      </w:r>
    </w:p>
    <w:p/>
    <w:p>
      <w:r>
        <w:rPr>
          <w:b/>
          <w:sz w:val="24"/>
        </w:rPr>
        <w:t>Câu 3: Công thức tính diện tích hình tròn bán kính $r$ là gì?</w:t>
      </w:r>
    </w:p>
    <w:p>
      <w:pPr>
        <w:pStyle w:val="ListParagraph"/>
      </w:pPr>
      <w:r>
        <w:rPr>
          <w:sz w:val="22"/>
        </w:rPr>
        <w:t>A. $2\pi r$</w:t>
      </w:r>
    </w:p>
    <w:p>
      <w:pPr>
        <w:pStyle w:val="ListParagraph"/>
      </w:pPr>
      <w:r>
        <w:rPr>
          <w:sz w:val="22"/>
        </w:rPr>
        <w:t>B. $\pi r^2$</w:t>
      </w:r>
    </w:p>
    <w:p>
      <w:pPr>
        <w:pStyle w:val="ListParagraph"/>
      </w:pPr>
      <w:r>
        <w:rPr>
          <w:sz w:val="22"/>
        </w:rPr>
        <w:t>C. $\pi d$</w:t>
      </w:r>
    </w:p>
    <w:p>
      <w:pPr>
        <w:pStyle w:val="ListParagraph"/>
      </w:pPr>
      <w:r>
        <w:rPr>
          <w:sz w:val="22"/>
        </w:rPr>
        <w:t>D. $2\pi r^2$</w:t>
      </w:r>
    </w:p>
    <w:p/>
    <w:p>
      <w:r>
        <w:rPr>
          <w:b/>
          <w:sz w:val="24"/>
        </w:rPr>
        <w:t>Câu 4: Đơn vị đo cường độ dòng điện là gì?</w:t>
      </w:r>
    </w:p>
    <w:p>
      <w:pPr>
        <w:pStyle w:val="ListParagraph"/>
      </w:pPr>
      <w:r>
        <w:rPr>
          <w:sz w:val="22"/>
        </w:rPr>
        <w:t>A. Vôn (V)</w:t>
      </w:r>
    </w:p>
    <w:p>
      <w:pPr>
        <w:pStyle w:val="ListParagraph"/>
      </w:pPr>
      <w:r>
        <w:rPr>
          <w:sz w:val="22"/>
        </w:rPr>
        <w:t>B. Ampe (A)</w:t>
      </w:r>
    </w:p>
    <w:p>
      <w:pPr>
        <w:pStyle w:val="ListParagraph"/>
      </w:pPr>
      <w:r>
        <w:rPr>
          <w:sz w:val="22"/>
        </w:rPr>
        <w:t>C. Oát (W)</w:t>
      </w:r>
    </w:p>
    <w:p>
      <w:pPr>
        <w:pStyle w:val="ListParagraph"/>
      </w:pPr>
      <w:r>
        <w:rPr>
          <w:sz w:val="22"/>
        </w:rPr>
        <w:t>D. Ôm (Ω)</w:t>
      </w:r>
    </w:p>
    <w:p/>
    <w:p>
      <w:r>
        <w:rPr>
          <w:b/>
          <w:sz w:val="24"/>
        </w:rPr>
        <w:t>Câu 5: Công thức hóa học $H_2O$ là của chất nào?</w:t>
      </w:r>
    </w:p>
    <w:p>
      <w:pPr>
        <w:pStyle w:val="ListParagraph"/>
      </w:pPr>
      <w:r>
        <w:rPr>
          <w:sz w:val="22"/>
        </w:rPr>
        <w:t>A. Nước</w:t>
      </w:r>
    </w:p>
    <w:p>
      <w:pPr>
        <w:pStyle w:val="ListParagraph"/>
      </w:pPr>
      <w:r>
        <w:rPr>
          <w:sz w:val="22"/>
        </w:rPr>
        <w:t>B. Muối ăn</w:t>
      </w:r>
    </w:p>
    <w:p>
      <w:pPr>
        <w:pStyle w:val="ListParagraph"/>
      </w:pPr>
      <w:r>
        <w:rPr>
          <w:sz w:val="22"/>
        </w:rPr>
        <w:t>C. Khí oxi</w:t>
      </w:r>
    </w:p>
    <w:p>
      <w:pPr>
        <w:pStyle w:val="ListParagraph"/>
      </w:pPr>
      <w:r>
        <w:rPr>
          <w:sz w:val="22"/>
        </w:rPr>
        <w:t>D. Khí cacbonic</w:t>
      </w:r>
    </w:p>
    <w:p/>
    <w:p>
      <w:r>
        <w:rPr>
          <w:b/>
          <w:sz w:val="24"/>
        </w:rPr>
        <w:t>Câu 6: Cơ quan nào là cơ quan hô hấp chính ở người?</w:t>
      </w:r>
    </w:p>
    <w:p>
      <w:pPr>
        <w:pStyle w:val="ListParagraph"/>
      </w:pPr>
      <w:r>
        <w:rPr>
          <w:sz w:val="22"/>
        </w:rPr>
        <w:t>A. Tim</w:t>
      </w:r>
    </w:p>
    <w:p>
      <w:pPr>
        <w:pStyle w:val="ListParagraph"/>
      </w:pPr>
      <w:r>
        <w:rPr>
          <w:sz w:val="22"/>
        </w:rPr>
        <w:t>B. Phổi</w:t>
      </w:r>
    </w:p>
    <w:p>
      <w:pPr>
        <w:pStyle w:val="ListParagraph"/>
      </w:pPr>
      <w:r>
        <w:rPr>
          <w:sz w:val="22"/>
        </w:rPr>
        <w:t>C. Gan</w:t>
      </w:r>
    </w:p>
    <w:p>
      <w:pPr>
        <w:pStyle w:val="ListParagraph"/>
      </w:pPr>
      <w:r>
        <w:rPr>
          <w:sz w:val="22"/>
        </w:rPr>
        <w:t>D. Thận</w:t>
      </w:r>
    </w:p>
    <w:p/>
    <w:p>
      <w:r>
        <w:rPr>
          <w:b/>
          <w:sz w:val="24"/>
        </w:rPr>
        <w:t>Câu 7: Tác phẩm "Truyện Kiều" của tác giả nào?</w:t>
      </w:r>
    </w:p>
    <w:p>
      <w:pPr>
        <w:pStyle w:val="ListParagraph"/>
      </w:pPr>
      <w:r>
        <w:rPr>
          <w:sz w:val="22"/>
        </w:rPr>
        <w:t>A. Nguyễn Du</w:t>
      </w:r>
    </w:p>
    <w:p>
      <w:pPr>
        <w:pStyle w:val="ListParagraph"/>
      </w:pPr>
      <w:r>
        <w:rPr>
          <w:sz w:val="22"/>
        </w:rPr>
        <w:t>B. Nguyễn Trãi</w:t>
      </w:r>
    </w:p>
    <w:p>
      <w:pPr>
        <w:pStyle w:val="ListParagraph"/>
      </w:pPr>
      <w:r>
        <w:rPr>
          <w:sz w:val="22"/>
        </w:rPr>
        <w:t>C. Hồ Xuân Hương</w:t>
      </w:r>
    </w:p>
    <w:p>
      <w:pPr>
        <w:pStyle w:val="ListParagraph"/>
      </w:pPr>
      <w:r>
        <w:rPr>
          <w:sz w:val="22"/>
        </w:rPr>
        <w:t>D. Nam Cao</w:t>
      </w:r>
    </w:p>
    <w:p/>
    <w:p>
      <w:r>
        <w:rPr>
          <w:b/>
          <w:sz w:val="24"/>
        </w:rPr>
        <w:t>Câu 8: Việt Nam chính thức gia nhập ASEAN vào năm nào?</w:t>
      </w:r>
    </w:p>
    <w:p>
      <w:pPr>
        <w:pStyle w:val="ListParagraph"/>
      </w:pPr>
      <w:r>
        <w:rPr>
          <w:sz w:val="22"/>
        </w:rPr>
        <w:t>A. 1995</w:t>
      </w:r>
    </w:p>
    <w:p>
      <w:pPr>
        <w:pStyle w:val="ListParagraph"/>
      </w:pPr>
      <w:r>
        <w:rPr>
          <w:sz w:val="22"/>
        </w:rPr>
        <w:t>B. 1996</w:t>
      </w:r>
    </w:p>
    <w:p>
      <w:pPr>
        <w:pStyle w:val="ListParagraph"/>
      </w:pPr>
      <w:r>
        <w:rPr>
          <w:sz w:val="22"/>
        </w:rPr>
        <w:t>C. 1997</w:t>
      </w:r>
    </w:p>
    <w:p>
      <w:pPr>
        <w:pStyle w:val="ListParagraph"/>
      </w:pPr>
      <w:r>
        <w:rPr>
          <w:sz w:val="22"/>
        </w:rPr>
        <w:t>D. 1998</w:t>
      </w:r>
    </w:p>
    <w:p/>
    <w:p>
      <w:r>
        <w:rPr>
          <w:b/>
          <w:sz w:val="24"/>
        </w:rPr>
        <w:t>Câu 9: Trong tiếng Anh, từ "book" có nghĩa là gì?</w:t>
      </w:r>
    </w:p>
    <w:p>
      <w:pPr>
        <w:pStyle w:val="ListParagraph"/>
      </w:pPr>
      <w:r>
        <w:rPr>
          <w:sz w:val="22"/>
        </w:rPr>
        <w:t>A. Bút</w:t>
      </w:r>
    </w:p>
    <w:p>
      <w:pPr>
        <w:pStyle w:val="ListParagraph"/>
      </w:pPr>
      <w:r>
        <w:rPr>
          <w:sz w:val="22"/>
        </w:rPr>
        <w:t>B. Sách</w:t>
      </w:r>
    </w:p>
    <w:p>
      <w:pPr>
        <w:pStyle w:val="ListParagraph"/>
      </w:pPr>
      <w:r>
        <w:rPr>
          <w:sz w:val="22"/>
        </w:rPr>
        <w:t>C. Bàn</w:t>
      </w:r>
    </w:p>
    <w:p>
      <w:pPr>
        <w:pStyle w:val="ListParagraph"/>
      </w:pPr>
      <w:r>
        <w:rPr>
          <w:sz w:val="22"/>
        </w:rPr>
        <w:t>D. Ghế</w:t>
      </w:r>
    </w:p>
    <w:p/>
    <w:p>
      <w:r>
        <w:rPr>
          <w:b/>
          <w:sz w:val="24"/>
        </w:rPr>
        <w:t>Câu 10: Trong tin học, CPU là viết tắt của cụm từ nào?</w:t>
      </w:r>
    </w:p>
    <w:p>
      <w:pPr>
        <w:pStyle w:val="ListParagraph"/>
      </w:pPr>
      <w:r>
        <w:rPr>
          <w:sz w:val="22"/>
        </w:rPr>
        <w:t>A. Central Processing Unit</w:t>
      </w:r>
    </w:p>
    <w:p>
      <w:pPr>
        <w:pStyle w:val="ListParagraph"/>
      </w:pPr>
      <w:r>
        <w:rPr>
          <w:sz w:val="22"/>
        </w:rPr>
        <w:t>B. Computer Personal Unit</w:t>
      </w:r>
    </w:p>
    <w:p>
      <w:pPr>
        <w:pStyle w:val="ListParagraph"/>
      </w:pPr>
      <w:r>
        <w:rPr>
          <w:sz w:val="22"/>
        </w:rPr>
        <w:t>C. Central Program Unit</w:t>
      </w:r>
    </w:p>
    <w:p>
      <w:pPr>
        <w:pStyle w:val="ListParagraph"/>
      </w:pPr>
      <w:r>
        <w:rPr>
          <w:sz w:val="22"/>
        </w:rPr>
        <w:t>D. Control Processing Unit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