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Toán Lớp 10 - Hệ thức lượng trong tam giác và định lí Cos, Sin</w:t>
      </w:r>
    </w:p>
    <w:p>
      <w:pPr>
        <w:jc w:val="center"/>
      </w:pPr>
      <w:r>
        <w:rPr>
          <w:sz w:val="22"/>
        </w:rPr>
        <w:t>Số câu: 19    Thời gian: _____ phút    Họ và tên: _________________________</w:t>
      </w:r>
    </w:p>
    <w:p/>
    <w:p>
      <w:r>
        <w:rPr>
          <w:b/>
          <w:sz w:val="24"/>
        </w:rPr>
        <w:t>Câu 1: Cho tam giác $ABC$ có $a=5$, $b=6$, $c=7$. Tính $\cos A$.</w:t>
      </w:r>
    </w:p>
    <w:p>
      <w:pPr>
        <w:pStyle w:val="ListParagraph"/>
      </w:pPr>
      <w:r>
        <w:rPr>
          <w:sz w:val="22"/>
        </w:rPr>
        <w:t>A. $\frac{5}{7}$</w:t>
      </w:r>
    </w:p>
    <w:p>
      <w:pPr>
        <w:pStyle w:val="ListParagraph"/>
      </w:pPr>
      <w:r>
        <w:rPr>
          <w:sz w:val="22"/>
        </w:rPr>
        <w:t>B. $\frac{3}{5}$</w:t>
      </w:r>
    </w:p>
    <w:p>
      <w:pPr>
        <w:pStyle w:val="ListParagraph"/>
      </w:pPr>
      <w:r>
        <w:rPr>
          <w:sz w:val="22"/>
        </w:rPr>
        <w:t>C. $\frac{5}{9}$</w:t>
      </w:r>
    </w:p>
    <w:p>
      <w:pPr>
        <w:pStyle w:val="ListParagraph"/>
      </w:pPr>
      <w:r>
        <w:rPr>
          <w:sz w:val="22"/>
        </w:rPr>
        <w:t>D. $\frac{3}{7}$</w:t>
      </w:r>
    </w:p>
    <w:p/>
    <w:p>
      <w:r>
        <w:rPr>
          <w:b/>
          <w:sz w:val="24"/>
        </w:rPr>
        <w:t>Câu 2: Cho tam giác $ABC$ có $a=8$, $b=6$, $c=10$. Tính $\cos B$.</w:t>
      </w:r>
    </w:p>
    <w:p>
      <w:pPr>
        <w:pStyle w:val="ListParagraph"/>
      </w:pPr>
      <w:r>
        <w:rPr>
          <w:sz w:val="22"/>
        </w:rPr>
        <w:t>A. $\frac{3}{5}$</w:t>
      </w:r>
    </w:p>
    <w:p>
      <w:pPr>
        <w:pStyle w:val="ListParagraph"/>
      </w:pPr>
      <w:r>
        <w:rPr>
          <w:sz w:val="22"/>
        </w:rPr>
        <w:t>B. $\frac{4}{5}$</w:t>
      </w:r>
    </w:p>
    <w:p>
      <w:pPr>
        <w:pStyle w:val="ListParagraph"/>
      </w:pPr>
      <w:r>
        <w:rPr>
          <w:sz w:val="22"/>
        </w:rPr>
        <w:t>C. $\frac{5}{8}$</w:t>
      </w:r>
    </w:p>
    <w:p>
      <w:pPr>
        <w:pStyle w:val="ListParagraph"/>
      </w:pPr>
      <w:r>
        <w:rPr>
          <w:sz w:val="22"/>
        </w:rPr>
        <w:t>D. $\frac{3}{4}$</w:t>
      </w:r>
    </w:p>
    <w:p/>
    <w:p>
      <w:r>
        <w:rPr>
          <w:b/>
          <w:sz w:val="24"/>
        </w:rPr>
        <w:t>Câu 3: Cho tam giác $ABC$ có $a=7$, $b=8$, $c=9$. Tính $\cos C$.</w:t>
      </w:r>
    </w:p>
    <w:p>
      <w:pPr>
        <w:pStyle w:val="ListParagraph"/>
      </w:pPr>
      <w:r>
        <w:rPr>
          <w:sz w:val="22"/>
        </w:rPr>
        <w:t>A. $\frac{1}{3}$</w:t>
      </w:r>
    </w:p>
    <w:p>
      <w:pPr>
        <w:pStyle w:val="ListParagraph"/>
      </w:pPr>
      <w:r>
        <w:rPr>
          <w:sz w:val="22"/>
        </w:rPr>
        <w:t>B. $\frac{2}{7}$</w:t>
      </w:r>
    </w:p>
    <w:p>
      <w:pPr>
        <w:pStyle w:val="ListParagraph"/>
      </w:pPr>
      <w:r>
        <w:rPr>
          <w:sz w:val="22"/>
        </w:rPr>
        <w:t>C. $\frac{2}{3}$</w:t>
      </w:r>
    </w:p>
    <w:p>
      <w:pPr>
        <w:pStyle w:val="ListParagraph"/>
      </w:pPr>
      <w:r>
        <w:rPr>
          <w:sz w:val="22"/>
        </w:rPr>
        <w:t>D. $\frac{1}{7}$</w:t>
      </w:r>
    </w:p>
    <w:p/>
    <w:p>
      <w:r>
        <w:rPr>
          <w:b/>
          <w:sz w:val="24"/>
        </w:rPr>
        <w:t>Câu 4: Cho tam giác $ABC$ có $a=4$, $b=5$, $c=6$. Tính $\cos A$.</w:t>
      </w:r>
    </w:p>
    <w:p>
      <w:pPr>
        <w:pStyle w:val="ListParagraph"/>
      </w:pPr>
      <w:r>
        <w:rPr>
          <w:sz w:val="22"/>
        </w:rPr>
        <w:t>A. $\frac{3}{4}$</w:t>
      </w:r>
    </w:p>
    <w:p>
      <w:pPr>
        <w:pStyle w:val="ListParagraph"/>
      </w:pPr>
      <w:r>
        <w:rPr>
          <w:sz w:val="22"/>
        </w:rPr>
        <w:t>B. $\frac{5}{8}$</w:t>
      </w:r>
    </w:p>
    <w:p>
      <w:pPr>
        <w:pStyle w:val="ListParagraph"/>
      </w:pPr>
      <w:r>
        <w:rPr>
          <w:sz w:val="22"/>
        </w:rPr>
        <w:t>C. $\frac{7}{8}$</w:t>
      </w:r>
    </w:p>
    <w:p>
      <w:pPr>
        <w:pStyle w:val="ListParagraph"/>
      </w:pPr>
      <w:r>
        <w:rPr>
          <w:sz w:val="22"/>
        </w:rPr>
        <w:t>D. $\frac{3}{8}$</w:t>
      </w:r>
    </w:p>
    <w:p/>
    <w:p>
      <w:r>
        <w:rPr>
          <w:b/>
          <w:sz w:val="24"/>
        </w:rPr>
        <w:t>Câu 5: Cho tam giác $ABC$ có $a=10$, $b=12$, $c=14$. Tính $\cos B$.</w:t>
      </w:r>
    </w:p>
    <w:p>
      <w:pPr>
        <w:pStyle w:val="ListParagraph"/>
      </w:pPr>
      <w:r>
        <w:rPr>
          <w:sz w:val="22"/>
        </w:rPr>
        <w:t>A. $\frac{3}{5}$</w:t>
      </w:r>
    </w:p>
    <w:p>
      <w:pPr>
        <w:pStyle w:val="ListParagraph"/>
      </w:pPr>
      <w:r>
        <w:rPr>
          <w:sz w:val="22"/>
        </w:rPr>
        <w:t>B. $\frac{5}{7}$</w:t>
      </w:r>
    </w:p>
    <w:p>
      <w:pPr>
        <w:pStyle w:val="ListParagraph"/>
      </w:pPr>
      <w:r>
        <w:rPr>
          <w:sz w:val="22"/>
        </w:rPr>
        <w:t>C. $\frac{4}{5}$</w:t>
      </w:r>
    </w:p>
    <w:p>
      <w:pPr>
        <w:pStyle w:val="ListParagraph"/>
      </w:pPr>
      <w:r>
        <w:rPr>
          <w:sz w:val="22"/>
        </w:rPr>
        <w:t>D. $\frac{2}{5}$</w:t>
      </w:r>
    </w:p>
    <w:p/>
    <w:p>
      <w:r>
        <w:rPr>
          <w:b/>
          <w:sz w:val="24"/>
        </w:rPr>
        <w:t>Câu 6: Cho tam giác $ABC$ có $a=3$, $b=4$, $c=5$. Tính $\cos C$.</w:t>
      </w:r>
    </w:p>
    <w:p>
      <w:pPr>
        <w:pStyle w:val="ListParagraph"/>
      </w:pPr>
      <w:r>
        <w:rPr>
          <w:sz w:val="22"/>
        </w:rPr>
        <w:t>A. $0$</w:t>
      </w:r>
    </w:p>
    <w:p>
      <w:pPr>
        <w:pStyle w:val="ListParagraph"/>
      </w:pPr>
      <w:r>
        <w:rPr>
          <w:sz w:val="22"/>
        </w:rPr>
        <w:t>B. $\frac{1}{2}$</w:t>
      </w:r>
    </w:p>
    <w:p>
      <w:pPr>
        <w:pStyle w:val="ListParagraph"/>
      </w:pPr>
      <w:r>
        <w:rPr>
          <w:sz w:val="22"/>
        </w:rPr>
        <w:t>C. $\frac{1}{3}$</w:t>
      </w:r>
    </w:p>
    <w:p>
      <w:pPr>
        <w:pStyle w:val="ListParagraph"/>
      </w:pPr>
      <w:r>
        <w:rPr>
          <w:sz w:val="22"/>
        </w:rPr>
        <w:t>D. $\frac{1}{4}$</w:t>
      </w:r>
    </w:p>
    <w:p/>
    <w:p>
      <w:r>
        <w:rPr>
          <w:b/>
          <w:sz w:val="24"/>
        </w:rPr>
        <w:t>Câu 7: Cho tam giác $ABC$ có $a=6$, $b=8$, $c=10$. Tính $\cos A$.</w:t>
      </w:r>
    </w:p>
    <w:p>
      <w:pPr>
        <w:pStyle w:val="ListParagraph"/>
      </w:pPr>
      <w:r>
        <w:rPr>
          <w:sz w:val="22"/>
        </w:rPr>
        <w:t>A. $\frac{3}{5}$</w:t>
      </w:r>
    </w:p>
    <w:p>
      <w:pPr>
        <w:pStyle w:val="ListParagraph"/>
      </w:pPr>
      <w:r>
        <w:rPr>
          <w:sz w:val="22"/>
        </w:rPr>
        <w:t>B. $\frac{4}{5}$</w:t>
      </w:r>
    </w:p>
    <w:p>
      <w:pPr>
        <w:pStyle w:val="ListParagraph"/>
      </w:pPr>
      <w:r>
        <w:rPr>
          <w:sz w:val="22"/>
        </w:rPr>
        <w:t>C. $\frac{5}{8}$</w:t>
      </w:r>
    </w:p>
    <w:p>
      <w:pPr>
        <w:pStyle w:val="ListParagraph"/>
      </w:pPr>
      <w:r>
        <w:rPr>
          <w:sz w:val="22"/>
        </w:rPr>
        <w:t>D. $\frac{3}{4}$</w:t>
      </w:r>
    </w:p>
    <w:p/>
    <w:p>
      <w:r>
        <w:rPr>
          <w:b/>
          <w:sz w:val="24"/>
        </w:rPr>
        <w:t>Câu 8: Cho tam giác $ABC$ có $a=5$, $b=7$, $c=8$. Tính $\cos B$.</w:t>
      </w:r>
    </w:p>
    <w:p>
      <w:pPr>
        <w:pStyle w:val="ListParagraph"/>
      </w:pPr>
      <w:r>
        <w:rPr>
          <w:sz w:val="22"/>
        </w:rPr>
        <w:t>A. $\frac{1}{2}$</w:t>
      </w:r>
    </w:p>
    <w:p>
      <w:pPr>
        <w:pStyle w:val="ListParagraph"/>
      </w:pPr>
      <w:r>
        <w:rPr>
          <w:sz w:val="22"/>
        </w:rPr>
        <w:t>B. $\frac{2}{3}$</w:t>
      </w:r>
    </w:p>
    <w:p>
      <w:pPr>
        <w:pStyle w:val="ListParagraph"/>
      </w:pPr>
      <w:r>
        <w:rPr>
          <w:sz w:val="22"/>
        </w:rPr>
        <w:t>C. $\frac{3}{4}$</w:t>
      </w:r>
    </w:p>
    <w:p>
      <w:pPr>
        <w:pStyle w:val="ListParagraph"/>
      </w:pPr>
      <w:r>
        <w:rPr>
          <w:sz w:val="22"/>
        </w:rPr>
        <w:t>D. $\frac{1}{4}$</w:t>
      </w:r>
    </w:p>
    <w:p/>
    <w:p>
      <w:r>
        <w:rPr>
          <w:b/>
          <w:sz w:val="24"/>
        </w:rPr>
        <w:t>Câu 9: Cho tam giác $ABC$ có $a=9$, $b=10$, $c=11$. Tính $\cos C$.</w:t>
      </w:r>
    </w:p>
    <w:p>
      <w:pPr>
        <w:pStyle w:val="ListParagraph"/>
      </w:pPr>
      <w:r>
        <w:rPr>
          <w:sz w:val="22"/>
        </w:rPr>
        <w:t>A. $\frac{1}{5}$</w:t>
      </w:r>
    </w:p>
    <w:p>
      <w:pPr>
        <w:pStyle w:val="ListParagraph"/>
      </w:pPr>
      <w:r>
        <w:rPr>
          <w:sz w:val="22"/>
        </w:rPr>
        <w:t>B. $\frac{2}{5}$</w:t>
      </w:r>
    </w:p>
    <w:p>
      <w:pPr>
        <w:pStyle w:val="ListParagraph"/>
      </w:pPr>
      <w:r>
        <w:rPr>
          <w:sz w:val="22"/>
        </w:rPr>
        <w:t>C. $\frac{3}{5}$</w:t>
      </w:r>
    </w:p>
    <w:p>
      <w:pPr>
        <w:pStyle w:val="ListParagraph"/>
      </w:pPr>
      <w:r>
        <w:rPr>
          <w:sz w:val="22"/>
        </w:rPr>
        <w:t>D. $\frac{4}{5}$</w:t>
      </w:r>
    </w:p>
    <w:p/>
    <w:p>
      <w:r>
        <w:rPr>
          <w:b/>
          <w:sz w:val="24"/>
        </w:rPr>
        <w:t>Câu 10: Cho tam giác $ABC$ có $a=2$, $b=3$, $c=4$. Tính $\cos A$.</w:t>
      </w:r>
    </w:p>
    <w:p>
      <w:pPr>
        <w:pStyle w:val="ListParagraph"/>
      </w:pPr>
      <w:r>
        <w:rPr>
          <w:sz w:val="22"/>
        </w:rPr>
        <w:t>A. $\frac{7}{8}$</w:t>
      </w:r>
    </w:p>
    <w:p>
      <w:pPr>
        <w:pStyle w:val="ListParagraph"/>
      </w:pPr>
      <w:r>
        <w:rPr>
          <w:sz w:val="22"/>
        </w:rPr>
        <w:t>B. $\frac{5}{8}$</w:t>
      </w:r>
    </w:p>
    <w:p>
      <w:pPr>
        <w:pStyle w:val="ListParagraph"/>
      </w:pPr>
      <w:r>
        <w:rPr>
          <w:sz w:val="22"/>
        </w:rPr>
        <w:t>C. $\frac{3}{8}$</w:t>
      </w:r>
    </w:p>
    <w:p>
      <w:pPr>
        <w:pStyle w:val="ListParagraph"/>
      </w:pPr>
      <w:r>
        <w:rPr>
          <w:sz w:val="22"/>
        </w:rPr>
        <w:t>D. $\frac{1}{8}$</w:t>
      </w:r>
    </w:p>
    <w:p/>
    <w:p>
      <w:r>
        <w:rPr>
          <w:b/>
          <w:sz w:val="24"/>
        </w:rPr>
        <w:t>Câu 11: Cho tam giác $ABC$ có $a=12$, $b=13$, $c=15$. Tính $\cos B$.</w:t>
      </w:r>
    </w:p>
    <w:p>
      <w:pPr>
        <w:pStyle w:val="ListParagraph"/>
      </w:pPr>
      <w:r>
        <w:rPr>
          <w:sz w:val="22"/>
        </w:rPr>
        <w:t>A. $\frac{5}{9}$</w:t>
      </w:r>
    </w:p>
    <w:p>
      <w:pPr>
        <w:pStyle w:val="ListParagraph"/>
      </w:pPr>
      <w:r>
        <w:rPr>
          <w:sz w:val="22"/>
        </w:rPr>
        <w:t>B. $\frac{4}{9}$</w:t>
      </w:r>
    </w:p>
    <w:p>
      <w:pPr>
        <w:pStyle w:val="ListParagraph"/>
      </w:pPr>
      <w:r>
        <w:rPr>
          <w:sz w:val="22"/>
        </w:rPr>
        <w:t>C. $\frac{2}{9}$</w:t>
      </w:r>
    </w:p>
    <w:p>
      <w:pPr>
        <w:pStyle w:val="ListParagraph"/>
      </w:pPr>
      <w:r>
        <w:rPr>
          <w:sz w:val="22"/>
        </w:rPr>
        <w:t>D. $\frac{7}{9}$</w:t>
      </w:r>
    </w:p>
    <w:p/>
    <w:p>
      <w:r>
        <w:rPr>
          <w:b/>
          <w:sz w:val="24"/>
        </w:rPr>
        <w:t>Câu 12: Cho tam giác $ABC$ có $a=7$, $b=9$, $c=10$. Tính $\cos C$.</w:t>
      </w:r>
    </w:p>
    <w:p>
      <w:pPr>
        <w:pStyle w:val="ListParagraph"/>
      </w:pPr>
      <w:r>
        <w:rPr>
          <w:sz w:val="22"/>
        </w:rPr>
        <w:t>A. $\frac{1}{5}$</w:t>
      </w:r>
    </w:p>
    <w:p>
      <w:pPr>
        <w:pStyle w:val="ListParagraph"/>
      </w:pPr>
      <w:r>
        <w:rPr>
          <w:sz w:val="22"/>
        </w:rPr>
        <w:t>B. $\frac{2}{5}$</w:t>
      </w:r>
    </w:p>
    <w:p>
      <w:pPr>
        <w:pStyle w:val="ListParagraph"/>
      </w:pPr>
      <w:r>
        <w:rPr>
          <w:sz w:val="22"/>
        </w:rPr>
        <w:t>C. $\frac{3}{5}$</w:t>
      </w:r>
    </w:p>
    <w:p>
      <w:pPr>
        <w:pStyle w:val="ListParagraph"/>
      </w:pPr>
      <w:r>
        <w:rPr>
          <w:sz w:val="22"/>
        </w:rPr>
        <w:t>D. $\frac{4}{5}$</w:t>
      </w:r>
    </w:p>
    <w:p/>
    <w:p>
      <w:r>
        <w:rPr>
          <w:b/>
          <w:sz w:val="24"/>
        </w:rPr>
        <w:t>Câu 13: Cho tam giác $ABC$ có $a=8$, $b=10$, $c=12$. Tính $\cos A$.</w:t>
      </w:r>
    </w:p>
    <w:p>
      <w:pPr>
        <w:pStyle w:val="ListParagraph"/>
      </w:pPr>
      <w:r>
        <w:rPr>
          <w:sz w:val="22"/>
        </w:rPr>
        <w:t>A. $\frac{3}{4}$</w:t>
      </w:r>
    </w:p>
    <w:p>
      <w:pPr>
        <w:pStyle w:val="ListParagraph"/>
      </w:pPr>
      <w:r>
        <w:rPr>
          <w:sz w:val="22"/>
        </w:rPr>
        <w:t>B. $\frac{5}{8}$</w:t>
      </w:r>
    </w:p>
    <w:p>
      <w:pPr>
        <w:pStyle w:val="ListParagraph"/>
      </w:pPr>
      <w:r>
        <w:rPr>
          <w:sz w:val="22"/>
        </w:rPr>
        <w:t>C. $\frac{7}{8}$</w:t>
      </w:r>
    </w:p>
    <w:p>
      <w:pPr>
        <w:pStyle w:val="ListParagraph"/>
      </w:pPr>
      <w:r>
        <w:rPr>
          <w:sz w:val="22"/>
        </w:rPr>
        <w:t>D. $\frac{9}{16}$</w:t>
      </w:r>
    </w:p>
    <w:p/>
    <w:p>
      <w:r>
        <w:rPr>
          <w:b/>
          <w:sz w:val="24"/>
        </w:rPr>
        <w:t>Câu 14: Cho tam giác $ABC$ có $a=11$, $b=13$, $c=15$. Tính $\cos B$.</w:t>
      </w:r>
    </w:p>
    <w:p>
      <w:pPr>
        <w:pStyle w:val="ListParagraph"/>
      </w:pPr>
      <w:r>
        <w:rPr>
          <w:sz w:val="22"/>
        </w:rPr>
        <w:t>A. $\frac{3}{5}$</w:t>
      </w:r>
    </w:p>
    <w:p>
      <w:pPr>
        <w:pStyle w:val="ListParagraph"/>
      </w:pPr>
      <w:r>
        <w:rPr>
          <w:sz w:val="22"/>
        </w:rPr>
        <w:t>B. $\frac{4}{5}$</w:t>
      </w:r>
    </w:p>
    <w:p>
      <w:pPr>
        <w:pStyle w:val="ListParagraph"/>
      </w:pPr>
      <w:r>
        <w:rPr>
          <w:sz w:val="22"/>
        </w:rPr>
        <w:t>C. $\frac{5}{13}$</w:t>
      </w:r>
    </w:p>
    <w:p>
      <w:pPr>
        <w:pStyle w:val="ListParagraph"/>
      </w:pPr>
      <w:r>
        <w:rPr>
          <w:sz w:val="22"/>
        </w:rPr>
        <w:t>D. $\frac{12}{13}$</w:t>
      </w:r>
    </w:p>
    <w:p/>
    <w:p>
      <w:r>
        <w:rPr>
          <w:b/>
          <w:sz w:val="24"/>
        </w:rPr>
        <w:t>Câu 15: Cho tam giác $ABC$ có $a=6$, $b=7$, $c=8$. Tính $\cos C$.</w:t>
      </w:r>
    </w:p>
    <w:p>
      <w:pPr>
        <w:pStyle w:val="ListParagraph"/>
      </w:pPr>
      <w:r>
        <w:rPr>
          <w:sz w:val="22"/>
        </w:rPr>
        <w:t>A. $\frac{1}{4}$</w:t>
      </w:r>
    </w:p>
    <w:p>
      <w:pPr>
        <w:pStyle w:val="ListParagraph"/>
      </w:pPr>
      <w:r>
        <w:rPr>
          <w:sz w:val="22"/>
        </w:rPr>
        <w:t>B. $\frac{1}{3}$</w:t>
      </w:r>
    </w:p>
    <w:p>
      <w:pPr>
        <w:pStyle w:val="ListParagraph"/>
      </w:pPr>
      <w:r>
        <w:rPr>
          <w:sz w:val="22"/>
        </w:rPr>
        <w:t>C. $\frac{1}{2}$</w:t>
      </w:r>
    </w:p>
    <w:p>
      <w:pPr>
        <w:pStyle w:val="ListParagraph"/>
      </w:pPr>
      <w:r>
        <w:rPr>
          <w:sz w:val="22"/>
        </w:rPr>
        <w:t>D. $\frac{2}{3}$</w:t>
      </w:r>
    </w:p>
    <w:p/>
    <w:p>
      <w:r>
        <w:rPr>
          <w:b/>
          <w:sz w:val="24"/>
        </w:rPr>
        <w:t>Câu 16: Cho tam giác $ABC$ có $a=5$, $b=5$, $c=6$. Tính $\cos A$.</w:t>
      </w:r>
    </w:p>
    <w:p>
      <w:pPr>
        <w:pStyle w:val="ListParagraph"/>
      </w:pPr>
      <w:r>
        <w:rPr>
          <w:sz w:val="22"/>
        </w:rPr>
        <w:t>A. $\frac{3}{5}$</w:t>
      </w:r>
    </w:p>
    <w:p>
      <w:pPr>
        <w:pStyle w:val="ListParagraph"/>
      </w:pPr>
      <w:r>
        <w:rPr>
          <w:sz w:val="22"/>
        </w:rPr>
        <w:t>B. $\frac{4}{5}$</w:t>
      </w:r>
    </w:p>
    <w:p>
      <w:pPr>
        <w:pStyle w:val="ListParagraph"/>
      </w:pPr>
      <w:r>
        <w:rPr>
          <w:sz w:val="22"/>
        </w:rPr>
        <w:t>C. $\frac{5}{6}$</w:t>
      </w:r>
    </w:p>
    <w:p>
      <w:pPr>
        <w:pStyle w:val="ListParagraph"/>
      </w:pPr>
      <w:r>
        <w:rPr>
          <w:sz w:val="22"/>
        </w:rPr>
        <w:t>D. $\frac{2}{3}$</w:t>
      </w:r>
    </w:p>
    <w:p/>
    <w:p>
      <w:r>
        <w:rPr>
          <w:b/>
          <w:sz w:val="24"/>
        </w:rPr>
        <w:t>Câu 17: Cho tam giác $ABC$ có $a=10$, $b=10$, $c=12$. Tính $\cos B$.</w:t>
      </w:r>
    </w:p>
    <w:p>
      <w:pPr>
        <w:pStyle w:val="ListParagraph"/>
      </w:pPr>
      <w:r>
        <w:rPr>
          <w:sz w:val="22"/>
        </w:rPr>
        <w:t>A. $\frac{3}{5}$</w:t>
      </w:r>
    </w:p>
    <w:p>
      <w:pPr>
        <w:pStyle w:val="ListParagraph"/>
      </w:pPr>
      <w:r>
        <w:rPr>
          <w:sz w:val="22"/>
        </w:rPr>
        <w:t>B. $\frac{4}{5}$</w:t>
      </w:r>
    </w:p>
    <w:p>
      <w:pPr>
        <w:pStyle w:val="ListParagraph"/>
      </w:pPr>
      <w:r>
        <w:rPr>
          <w:sz w:val="22"/>
        </w:rPr>
        <w:t>C. $\frac{5}{6}$</w:t>
      </w:r>
    </w:p>
    <w:p>
      <w:pPr>
        <w:pStyle w:val="ListParagraph"/>
      </w:pPr>
      <w:r>
        <w:rPr>
          <w:sz w:val="22"/>
        </w:rPr>
        <w:t>D. $\frac{2}{3}$</w:t>
      </w:r>
    </w:p>
    <w:p/>
    <w:p>
      <w:r>
        <w:rPr>
          <w:b/>
          <w:sz w:val="24"/>
        </w:rPr>
        <w:t>Câu 18: Cho tam giác $ABC$ có $a=13$, $b=14$, $c=15$. Tính $\cos C$.</w:t>
      </w:r>
    </w:p>
    <w:p>
      <w:pPr>
        <w:pStyle w:val="ListParagraph"/>
      </w:pPr>
      <w:r>
        <w:rPr>
          <w:sz w:val="22"/>
        </w:rPr>
        <w:t>A. $\frac{1}{5}$</w:t>
      </w:r>
    </w:p>
    <w:p>
      <w:pPr>
        <w:pStyle w:val="ListParagraph"/>
      </w:pPr>
      <w:r>
        <w:rPr>
          <w:sz w:val="22"/>
        </w:rPr>
        <w:t>B. $\frac{2}{5}$</w:t>
      </w:r>
    </w:p>
    <w:p>
      <w:pPr>
        <w:pStyle w:val="ListParagraph"/>
      </w:pPr>
      <w:r>
        <w:rPr>
          <w:sz w:val="22"/>
        </w:rPr>
        <w:t>C. $\frac{3}{5}$</w:t>
      </w:r>
    </w:p>
    <w:p>
      <w:pPr>
        <w:pStyle w:val="ListParagraph"/>
      </w:pPr>
      <w:r>
        <w:rPr>
          <w:sz w:val="22"/>
        </w:rPr>
        <w:t>D. $\frac{4}{5}$</w:t>
      </w:r>
    </w:p>
    <w:p/>
    <w:p>
      <w:r>
        <w:rPr>
          <w:b/>
          <w:sz w:val="24"/>
        </w:rPr>
        <w:t>Câu 19: Cho tam giác $ABC$ có $a=9$, $b=12$, $c=15$. Tính $\cos A$.</w:t>
      </w:r>
    </w:p>
    <w:p>
      <w:pPr>
        <w:pStyle w:val="ListParagraph"/>
      </w:pPr>
      <w:r>
        <w:rPr>
          <w:sz w:val="22"/>
        </w:rPr>
        <w:t>A. $\frac{3}{5}$</w:t>
      </w:r>
    </w:p>
    <w:p>
      <w:pPr>
        <w:pStyle w:val="ListParagraph"/>
      </w:pPr>
      <w:r>
        <w:rPr>
          <w:sz w:val="22"/>
        </w:rPr>
        <w:t>B. $\frac{4}{5}$</w:t>
      </w:r>
    </w:p>
    <w:p>
      <w:pPr>
        <w:pStyle w:val="ListParagraph"/>
      </w:pPr>
      <w:r>
        <w:rPr>
          <w:sz w:val="22"/>
        </w:rPr>
        <w:t>C. $\frac{5}{9}$</w:t>
      </w:r>
    </w:p>
    <w:p>
      <w:pPr>
        <w:pStyle w:val="ListParagraph"/>
      </w:pPr>
      <w:r>
        <w:rPr>
          <w:sz w:val="22"/>
        </w:rPr>
        <w:t>D. $\frac{4}{9}$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C</w:t>
      </w:r>
    </w:p>
    <w:p>
      <w:r>
        <w:rPr>
          <w:b/>
        </w:rPr>
        <w:t>Câu 19: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