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Kiem tra nhan thuc</w:t>
      </w:r>
    </w:p>
    <w:p>
      <w:pPr>
        <w:jc w:val="center"/>
      </w:pPr>
      <w:r>
        <w:rPr>
          <w:sz w:val="22"/>
        </w:rPr>
        <w:t>Số câu: 42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Đà Nẵng</w:t>
      </w:r>
    </w:p>
    <w:p>
      <w:pPr>
        <w:pStyle w:val="ListParagraph"/>
      </w:pPr>
      <w:r>
        <w:rPr>
          <w:sz w:val="22"/>
        </w:rPr>
        <w:t>C. Huế</w:t>
      </w:r>
    </w:p>
    <w:p>
      <w:pPr>
        <w:pStyle w:val="ListParagraph"/>
      </w:pPr>
      <w:r>
        <w:rPr>
          <w:sz w:val="22"/>
        </w:rPr>
        <w:t>D. Hải Phòng</w:t>
      </w:r>
    </w:p>
    <w:p/>
    <w:p>
      <w:r>
        <w:rPr>
          <w:b/>
          <w:sz w:val="24"/>
        </w:rPr>
        <w:t>Câu 2: Quốc gia nào có diện tích lớn nhất thế giới?</w:t>
      </w:r>
    </w:p>
    <w:p>
      <w:pPr>
        <w:pStyle w:val="ListParagraph"/>
      </w:pPr>
      <w:r>
        <w:rPr>
          <w:sz w:val="22"/>
        </w:rPr>
        <w:t>A. Canada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Hoa Kỳ</w:t>
      </w:r>
    </w:p>
    <w:p/>
    <w:p>
      <w:r>
        <w:rPr>
          <w:b/>
          <w:sz w:val="24"/>
        </w:rPr>
        <w:t>Câu 3: Hành tinh nào gần Mặt Trời nhất?</w:t>
      </w:r>
    </w:p>
    <w:p>
      <w:pPr>
        <w:pStyle w:val="ListParagraph"/>
      </w:pPr>
      <w:r>
        <w:rPr>
          <w:sz w:val="22"/>
        </w:rPr>
        <w:t>A. Thủy tinh</w:t>
      </w:r>
    </w:p>
    <w:p>
      <w:pPr>
        <w:pStyle w:val="ListParagraph"/>
      </w:pPr>
      <w:r>
        <w:rPr>
          <w:sz w:val="22"/>
        </w:rPr>
        <w:t>B. Kim tinh</w:t>
      </w:r>
    </w:p>
    <w:p>
      <w:pPr>
        <w:pStyle w:val="ListParagraph"/>
      </w:pPr>
      <w:r>
        <w:rPr>
          <w:sz w:val="22"/>
        </w:rPr>
        <w:t>C. Trái Đất</w:t>
      </w:r>
    </w:p>
    <w:p>
      <w:pPr>
        <w:pStyle w:val="ListParagraph"/>
      </w:pPr>
      <w:r>
        <w:rPr>
          <w:sz w:val="22"/>
        </w:rPr>
        <w:t>D. Hỏa tinh</w:t>
      </w:r>
    </w:p>
    <w:p/>
    <w:p>
      <w:r>
        <w:rPr>
          <w:b/>
          <w:sz w:val="24"/>
        </w:rPr>
        <w:t>Câu 4: Ký hiệu hóa học O là nguyên tố nào?</w:t>
      </w:r>
    </w:p>
    <w:p>
      <w:pPr>
        <w:pStyle w:val="ListParagraph"/>
      </w:pPr>
      <w:r>
        <w:rPr>
          <w:sz w:val="22"/>
        </w:rPr>
        <w:t>A. Vàng</w:t>
      </w:r>
    </w:p>
    <w:p>
      <w:pPr>
        <w:pStyle w:val="ListParagraph"/>
      </w:pPr>
      <w:r>
        <w:rPr>
          <w:sz w:val="22"/>
        </w:rPr>
        <w:t>B. Oxy</w:t>
      </w:r>
    </w:p>
    <w:p>
      <w:pPr>
        <w:pStyle w:val="ListParagraph"/>
      </w:pPr>
      <w:r>
        <w:rPr>
          <w:sz w:val="22"/>
        </w:rPr>
        <w:t>C. Sắt</w:t>
      </w:r>
    </w:p>
    <w:p>
      <w:pPr>
        <w:pStyle w:val="ListParagraph"/>
      </w:pPr>
      <w:r>
        <w:rPr>
          <w:sz w:val="22"/>
        </w:rPr>
        <w:t>D. Hidro</w:t>
      </w:r>
    </w:p>
    <w:p/>
    <w:p>
      <w:r>
        <w:rPr>
          <w:b/>
          <w:sz w:val="24"/>
        </w:rPr>
        <w:t>Câu 5: Tác giả của Truyện Kiều là ai?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6: Chiến thắng Điện Biên Phủ diễn ra năm nào?</w:t>
      </w:r>
    </w:p>
    <w:p>
      <w:pPr>
        <w:pStyle w:val="ListParagraph"/>
      </w:pPr>
      <w:r>
        <w:rPr>
          <w:sz w:val="22"/>
        </w:rPr>
        <w:t>A. 1945</w:t>
      </w:r>
    </w:p>
    <w:p>
      <w:pPr>
        <w:pStyle w:val="ListParagraph"/>
      </w:pPr>
      <w:r>
        <w:rPr>
          <w:sz w:val="22"/>
        </w:rPr>
        <w:t>B. 1954</w:t>
      </w:r>
    </w:p>
    <w:p>
      <w:pPr>
        <w:pStyle w:val="ListParagraph"/>
      </w:pPr>
      <w:r>
        <w:rPr>
          <w:sz w:val="22"/>
        </w:rPr>
        <w:t>C. 1968</w:t>
      </w:r>
    </w:p>
    <w:p>
      <w:pPr>
        <w:pStyle w:val="ListParagraph"/>
      </w:pPr>
      <w:r>
        <w:rPr>
          <w:sz w:val="22"/>
        </w:rPr>
        <w:t>D. 1975</w:t>
      </w:r>
    </w:p>
    <w:p/>
    <w:p>
      <w:r>
        <w:rPr>
          <w:b/>
          <w:sz w:val="24"/>
        </w:rPr>
        <w:t>Câu 7: Bác Hồ đọc Tuyên ngôn Độc lập vào ngày nào?</w:t>
      </w:r>
    </w:p>
    <w:p>
      <w:pPr>
        <w:pStyle w:val="ListParagraph"/>
      </w:pPr>
      <w:r>
        <w:rPr>
          <w:sz w:val="22"/>
        </w:rPr>
        <w:t>A. 2/9/1945</w:t>
      </w:r>
    </w:p>
    <w:p>
      <w:pPr>
        <w:pStyle w:val="ListParagraph"/>
      </w:pPr>
      <w:r>
        <w:rPr>
          <w:sz w:val="22"/>
        </w:rPr>
        <w:t>B. 19/8/1945</w:t>
      </w:r>
    </w:p>
    <w:p>
      <w:pPr>
        <w:pStyle w:val="ListParagraph"/>
      </w:pPr>
      <w:r>
        <w:rPr>
          <w:sz w:val="22"/>
        </w:rPr>
        <w:t>C. 30/4/1975</w:t>
      </w:r>
    </w:p>
    <w:p>
      <w:pPr>
        <w:pStyle w:val="ListParagraph"/>
      </w:pPr>
      <w:r>
        <w:rPr>
          <w:sz w:val="22"/>
        </w:rPr>
        <w:t>D. 7/5/1954</w:t>
      </w:r>
    </w:p>
    <w:p/>
    <w:p>
      <w:r>
        <w:rPr>
          <w:b/>
          <w:sz w:val="24"/>
        </w:rPr>
        <w:t>Câu 8: Đỉnh núi cao nhất Việt Nam là?</w:t>
      </w:r>
    </w:p>
    <w:p>
      <w:pPr>
        <w:pStyle w:val="ListParagraph"/>
      </w:pPr>
      <w:r>
        <w:rPr>
          <w:sz w:val="22"/>
        </w:rPr>
        <w:t>A. Phan-xi-păng</w:t>
      </w:r>
    </w:p>
    <w:p>
      <w:pPr>
        <w:pStyle w:val="ListParagraph"/>
      </w:pPr>
      <w:r>
        <w:rPr>
          <w:sz w:val="22"/>
        </w:rPr>
        <w:t>B. Ngọc Linh</w:t>
      </w:r>
    </w:p>
    <w:p>
      <w:pPr>
        <w:pStyle w:val="ListParagraph"/>
      </w:pPr>
      <w:r>
        <w:rPr>
          <w:sz w:val="22"/>
        </w:rPr>
        <w:t>C. Bà Đen</w:t>
      </w:r>
    </w:p>
    <w:p>
      <w:pPr>
        <w:pStyle w:val="ListParagraph"/>
      </w:pPr>
      <w:r>
        <w:rPr>
          <w:sz w:val="22"/>
        </w:rPr>
        <w:t>D. Tam Đảo</w:t>
      </w:r>
    </w:p>
    <w:p/>
    <w:p>
      <w:r>
        <w:rPr>
          <w:b/>
          <w:sz w:val="24"/>
        </w:rPr>
        <w:t>Câu 9: Đơn vị đo cường độ dòng điện là gì?</w:t>
      </w:r>
    </w:p>
    <w:p>
      <w:pPr>
        <w:pStyle w:val="ListParagraph"/>
      </w:pPr>
      <w:r>
        <w:rPr>
          <w:sz w:val="22"/>
        </w:rPr>
        <w:t>A. Vôn</w:t>
      </w:r>
    </w:p>
    <w:p>
      <w:pPr>
        <w:pStyle w:val="ListParagraph"/>
      </w:pPr>
      <w:r>
        <w:rPr>
          <w:sz w:val="22"/>
        </w:rPr>
        <w:t>B. Ampe</w:t>
      </w:r>
    </w:p>
    <w:p>
      <w:pPr>
        <w:pStyle w:val="ListParagraph"/>
      </w:pPr>
      <w:r>
        <w:rPr>
          <w:sz w:val="22"/>
        </w:rPr>
        <w:t>C. Oat</w:t>
      </w:r>
    </w:p>
    <w:p>
      <w:pPr>
        <w:pStyle w:val="ListParagraph"/>
      </w:pPr>
      <w:r>
        <w:rPr>
          <w:sz w:val="22"/>
        </w:rPr>
        <w:t>D. Ôm</w:t>
      </w:r>
    </w:p>
    <w:p/>
    <w:p>
      <w:r>
        <w:rPr>
          <w:b/>
          <w:sz w:val="24"/>
        </w:rPr>
        <w:t>Câu 10: Kết quả của 5 + 7 là?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11: Kết quả của 12 x 3 là?</w:t>
      </w:r>
    </w:p>
    <w:p>
      <w:pPr>
        <w:pStyle w:val="ListParagraph"/>
      </w:pPr>
      <w:r>
        <w:rPr>
          <w:sz w:val="22"/>
        </w:rPr>
        <w:t>A. 24</w:t>
      </w:r>
    </w:p>
    <w:p>
      <w:pPr>
        <w:pStyle w:val="ListParagraph"/>
      </w:pPr>
      <w:r>
        <w:rPr>
          <w:sz w:val="22"/>
        </w:rPr>
        <w:t>B. 30</w:t>
      </w:r>
    </w:p>
    <w:p>
      <w:pPr>
        <w:pStyle w:val="ListParagraph"/>
      </w:pPr>
      <w:r>
        <w:rPr>
          <w:sz w:val="22"/>
        </w:rPr>
        <w:t>C. 36</w:t>
      </w:r>
    </w:p>
    <w:p>
      <w:pPr>
        <w:pStyle w:val="ListParagraph"/>
      </w:pPr>
      <w:r>
        <w:rPr>
          <w:sz w:val="22"/>
        </w:rPr>
        <w:t>D. 42</w:t>
      </w:r>
    </w:p>
    <w:p/>
    <w:p>
      <w:r>
        <w:rPr>
          <w:b/>
          <w:sz w:val="24"/>
        </w:rPr>
        <w:t>Câu 12: Hình tam giác có mấy cạnh?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13: Đất nước nào được gọi là "xứ sở hoa anh đào"?</w:t>
      </w:r>
    </w:p>
    <w:p>
      <w:pPr>
        <w:pStyle w:val="ListParagraph"/>
      </w:pPr>
      <w:r>
        <w:rPr>
          <w:sz w:val="22"/>
        </w:rPr>
        <w:t>A. Hàn Quốc</w:t>
      </w:r>
    </w:p>
    <w:p>
      <w:pPr>
        <w:pStyle w:val="ListParagraph"/>
      </w:pPr>
      <w:r>
        <w:rPr>
          <w:sz w:val="22"/>
        </w:rPr>
        <w:t>B. Nhật Bản</w:t>
      </w:r>
    </w:p>
    <w:p>
      <w:pPr>
        <w:pStyle w:val="ListParagraph"/>
      </w:pPr>
      <w:r>
        <w:rPr>
          <w:sz w:val="22"/>
        </w:rPr>
        <w:t>C. Trung Quốc</w:t>
      </w:r>
    </w:p>
    <w:p>
      <w:pPr>
        <w:pStyle w:val="ListParagraph"/>
      </w:pPr>
      <w:r>
        <w:rPr>
          <w:sz w:val="22"/>
        </w:rPr>
        <w:t>D. Thái Lan</w:t>
      </w:r>
    </w:p>
    <w:p/>
    <w:p>
      <w:r>
        <w:rPr>
          <w:b/>
          <w:sz w:val="24"/>
        </w:rPr>
        <w:t>Câu 14: Thủ đô của nước Pháp là?</w:t>
      </w:r>
    </w:p>
    <w:p>
      <w:pPr>
        <w:pStyle w:val="ListParagraph"/>
      </w:pPr>
      <w:r>
        <w:rPr>
          <w:sz w:val="22"/>
        </w:rPr>
        <w:t>A. Luân Đôn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Roma</w:t>
      </w:r>
    </w:p>
    <w:p>
      <w:pPr>
        <w:pStyle w:val="ListParagraph"/>
      </w:pPr>
      <w:r>
        <w:rPr>
          <w:sz w:val="22"/>
        </w:rPr>
        <w:t>D. Berlin</w:t>
      </w:r>
    </w:p>
    <w:p/>
    <w:p>
      <w:r>
        <w:rPr>
          <w:b/>
          <w:sz w:val="24"/>
        </w:rPr>
        <w:t>Câu 15: Loài động vật nào được mệnh danh là "chúa sơn lâm"?</w:t>
      </w:r>
    </w:p>
    <w:p>
      <w:pPr>
        <w:pStyle w:val="ListParagraph"/>
      </w:pPr>
      <w:r>
        <w:rPr>
          <w:sz w:val="22"/>
        </w:rPr>
        <w:t>A. Sư tử</w:t>
      </w:r>
    </w:p>
    <w:p>
      <w:pPr>
        <w:pStyle w:val="ListParagraph"/>
      </w:pPr>
      <w:r>
        <w:rPr>
          <w:sz w:val="22"/>
        </w:rPr>
        <w:t>B. Hổ</w:t>
      </w:r>
    </w:p>
    <w:p>
      <w:pPr>
        <w:pStyle w:val="ListParagraph"/>
      </w:pPr>
      <w:r>
        <w:rPr>
          <w:sz w:val="22"/>
        </w:rPr>
        <w:t>C. Gấu</w:t>
      </w:r>
    </w:p>
    <w:p>
      <w:pPr>
        <w:pStyle w:val="ListParagraph"/>
      </w:pPr>
      <w:r>
        <w:rPr>
          <w:sz w:val="22"/>
        </w:rPr>
        <w:t>D. Voi</w:t>
      </w:r>
    </w:p>
    <w:p/>
    <w:p>
      <w:r>
        <w:rPr>
          <w:b/>
          <w:sz w:val="24"/>
        </w:rPr>
        <w:t>Câu 16: Công thức hóa học H2O là của chất nào?</w:t>
      </w:r>
    </w:p>
    <w:p>
      <w:pPr>
        <w:pStyle w:val="ListParagraph"/>
      </w:pPr>
      <w:r>
        <w:rPr>
          <w:sz w:val="22"/>
        </w:rPr>
        <w:t>A. Muối</w:t>
      </w:r>
    </w:p>
    <w:p>
      <w:pPr>
        <w:pStyle w:val="ListParagraph"/>
      </w:pPr>
      <w:r>
        <w:rPr>
          <w:sz w:val="22"/>
        </w:rPr>
        <w:t>B. Nước</w:t>
      </w:r>
    </w:p>
    <w:p>
      <w:pPr>
        <w:pStyle w:val="ListParagraph"/>
      </w:pPr>
      <w:r>
        <w:rPr>
          <w:sz w:val="22"/>
        </w:rPr>
        <w:t>C. Đường</w:t>
      </w:r>
    </w:p>
    <w:p>
      <w:pPr>
        <w:pStyle w:val="ListParagraph"/>
      </w:pPr>
      <w:r>
        <w:rPr>
          <w:sz w:val="22"/>
        </w:rPr>
        <w:t>D. Oxy</w:t>
      </w:r>
    </w:p>
    <w:p/>
    <w:p>
      <w:r>
        <w:rPr>
          <w:b/>
          <w:sz w:val="24"/>
        </w:rPr>
        <w:t>Câu 17: Hành tinh nào được gọi là "Hành tinh Đỏ"?</w:t>
      </w:r>
    </w:p>
    <w:p>
      <w:pPr>
        <w:pStyle w:val="ListParagraph"/>
      </w:pPr>
      <w:r>
        <w:rPr>
          <w:sz w:val="22"/>
        </w:rPr>
        <w:t>A. Kim tinh</w:t>
      </w:r>
    </w:p>
    <w:p>
      <w:pPr>
        <w:pStyle w:val="ListParagraph"/>
      </w:pPr>
      <w:r>
        <w:rPr>
          <w:sz w:val="22"/>
        </w:rPr>
        <w:t>B. Hỏa tinh</w:t>
      </w:r>
    </w:p>
    <w:p>
      <w:pPr>
        <w:pStyle w:val="ListParagraph"/>
      </w:pPr>
      <w:r>
        <w:rPr>
          <w:sz w:val="22"/>
        </w:rPr>
        <w:t>C. Mộc tinh</w:t>
      </w:r>
    </w:p>
    <w:p>
      <w:pPr>
        <w:pStyle w:val="ListParagraph"/>
      </w:pPr>
      <w:r>
        <w:rPr>
          <w:sz w:val="22"/>
        </w:rPr>
        <w:t>D. Thủy tinh</w:t>
      </w:r>
    </w:p>
    <w:p/>
    <w:p>
      <w:r>
        <w:rPr>
          <w:b/>
          <w:sz w:val="24"/>
        </w:rPr>
        <w:t>Câu 18: Tổng thống đầu tiên của Hoa Kỳ là ai?</w:t>
      </w:r>
    </w:p>
    <w:p>
      <w:pPr>
        <w:pStyle w:val="ListParagraph"/>
      </w:pPr>
      <w:r>
        <w:rPr>
          <w:sz w:val="22"/>
        </w:rPr>
        <w:t>A. Abraham Lincoln</w:t>
      </w:r>
    </w:p>
    <w:p>
      <w:pPr>
        <w:pStyle w:val="ListParagraph"/>
      </w:pPr>
      <w:r>
        <w:rPr>
          <w:sz w:val="22"/>
        </w:rPr>
        <w:t>B. George Washington</w:t>
      </w:r>
    </w:p>
    <w:p>
      <w:pPr>
        <w:pStyle w:val="ListParagraph"/>
      </w:pPr>
      <w:r>
        <w:rPr>
          <w:sz w:val="22"/>
        </w:rPr>
        <w:t>C. Thomas Jefferson</w:t>
      </w:r>
    </w:p>
    <w:p>
      <w:pPr>
        <w:pStyle w:val="ListParagraph"/>
      </w:pPr>
      <w:r>
        <w:rPr>
          <w:sz w:val="22"/>
        </w:rPr>
        <w:t>D. Barack Obama</w:t>
      </w:r>
    </w:p>
    <w:p/>
    <w:p>
      <w:r>
        <w:rPr>
          <w:b/>
          <w:sz w:val="24"/>
        </w:rPr>
        <w:t>Câu 19: Tác phẩm "Số đỏ" của tác giả nào?</w:t>
      </w:r>
    </w:p>
    <w:p>
      <w:pPr>
        <w:pStyle w:val="ListParagraph"/>
      </w:pPr>
      <w:r>
        <w:rPr>
          <w:sz w:val="22"/>
        </w:rPr>
        <w:t>A. Nam Cao</w:t>
      </w:r>
    </w:p>
    <w:p>
      <w:pPr>
        <w:pStyle w:val="ListParagraph"/>
      </w:pPr>
      <w:r>
        <w:rPr>
          <w:sz w:val="22"/>
        </w:rPr>
        <w:t>B. Vũ Trọng Phụng</w:t>
      </w:r>
    </w:p>
    <w:p>
      <w:pPr>
        <w:pStyle w:val="ListParagraph"/>
      </w:pPr>
      <w:r>
        <w:rPr>
          <w:sz w:val="22"/>
        </w:rPr>
        <w:t>C. Ngô Tất Tố</w:t>
      </w:r>
    </w:p>
    <w:p>
      <w:pPr>
        <w:pStyle w:val="ListParagraph"/>
      </w:pPr>
      <w:r>
        <w:rPr>
          <w:sz w:val="22"/>
        </w:rPr>
        <w:t>D. Nguyên Hồng</w:t>
      </w:r>
    </w:p>
    <w:p/>
    <w:p>
      <w:r>
        <w:rPr>
          <w:b/>
          <w:sz w:val="24"/>
        </w:rPr>
        <w:t>Câu 20: Việt Nam gia nhập ASEAN vào năm nào?</w:t>
      </w:r>
    </w:p>
    <w:p>
      <w:pPr>
        <w:pStyle w:val="ListParagraph"/>
      </w:pPr>
      <w:r>
        <w:rPr>
          <w:sz w:val="22"/>
        </w:rPr>
        <w:t>A. 1995</w:t>
      </w:r>
    </w:p>
    <w:p>
      <w:pPr>
        <w:pStyle w:val="ListParagraph"/>
      </w:pPr>
      <w:r>
        <w:rPr>
          <w:sz w:val="22"/>
        </w:rPr>
        <w:t>B. 1997</w:t>
      </w:r>
    </w:p>
    <w:p>
      <w:pPr>
        <w:pStyle w:val="ListParagraph"/>
      </w:pPr>
      <w:r>
        <w:rPr>
          <w:sz w:val="22"/>
        </w:rPr>
        <w:t>C. 1999</w:t>
      </w:r>
    </w:p>
    <w:p>
      <w:pPr>
        <w:pStyle w:val="ListParagraph"/>
      </w:pPr>
      <w:r>
        <w:rPr>
          <w:sz w:val="22"/>
        </w:rPr>
        <w:t>D. 2000</w:t>
      </w:r>
    </w:p>
    <w:p/>
    <w:p>
      <w:r>
        <w:rPr>
          <w:b/>
          <w:sz w:val="24"/>
        </w:rPr>
        <w:t>Câu 21: Trận Bạch Đằng năm 1288 gắn với danh tướng nào?</w:t>
      </w:r>
    </w:p>
    <w:p>
      <w:pPr>
        <w:pStyle w:val="ListParagraph"/>
      </w:pPr>
      <w:r>
        <w:rPr>
          <w:sz w:val="22"/>
        </w:rPr>
        <w:t>A. Ngô Quyền</w:t>
      </w:r>
    </w:p>
    <w:p>
      <w:pPr>
        <w:pStyle w:val="ListParagraph"/>
      </w:pPr>
      <w:r>
        <w:rPr>
          <w:sz w:val="22"/>
        </w:rPr>
        <w:t>B. Trần Hưng Đạo</w:t>
      </w:r>
    </w:p>
    <w:p>
      <w:pPr>
        <w:pStyle w:val="ListParagraph"/>
      </w:pPr>
      <w:r>
        <w:rPr>
          <w:sz w:val="22"/>
        </w:rPr>
        <w:t>C. Lê Lợi</w:t>
      </w:r>
    </w:p>
    <w:p>
      <w:pPr>
        <w:pStyle w:val="ListParagraph"/>
      </w:pPr>
      <w:r>
        <w:rPr>
          <w:sz w:val="22"/>
        </w:rPr>
        <w:t>D. Nguyễn Huệ</w:t>
      </w:r>
    </w:p>
    <w:p/>
    <w:p>
      <w:r>
        <w:rPr>
          <w:b/>
          <w:sz w:val="24"/>
        </w:rPr>
        <w:t>Câu 22: Ai là tác giả bài thơ "Đồng chí"?</w:t>
      </w:r>
    </w:p>
    <w:p>
      <w:pPr>
        <w:pStyle w:val="ListParagraph"/>
      </w:pPr>
      <w:r>
        <w:rPr>
          <w:sz w:val="22"/>
        </w:rPr>
        <w:t>A. Chính Hữu</w:t>
      </w:r>
    </w:p>
    <w:p>
      <w:pPr>
        <w:pStyle w:val="ListParagraph"/>
      </w:pPr>
      <w:r>
        <w:rPr>
          <w:sz w:val="22"/>
        </w:rPr>
        <w:t>B. Tố Hữu</w:t>
      </w:r>
    </w:p>
    <w:p>
      <w:pPr>
        <w:pStyle w:val="ListParagraph"/>
      </w:pPr>
      <w:r>
        <w:rPr>
          <w:sz w:val="22"/>
        </w:rPr>
        <w:t>C. Huy Cận</w:t>
      </w:r>
    </w:p>
    <w:p>
      <w:pPr>
        <w:pStyle w:val="ListParagraph"/>
      </w:pPr>
      <w:r>
        <w:rPr>
          <w:sz w:val="22"/>
        </w:rPr>
        <w:t>D. Xuân Diệu</w:t>
      </w:r>
    </w:p>
    <w:p/>
    <w:p>
      <w:r>
        <w:rPr>
          <w:b/>
          <w:sz w:val="24"/>
        </w:rPr>
        <w:t>Câu 23: Đơn vị đo nhiệt độ trong hệ SI là gì?</w:t>
      </w:r>
    </w:p>
    <w:p>
      <w:pPr>
        <w:pStyle w:val="ListParagraph"/>
      </w:pPr>
      <w:r>
        <w:rPr>
          <w:sz w:val="22"/>
        </w:rPr>
        <w:t>A. Độ C</w:t>
      </w:r>
    </w:p>
    <w:p>
      <w:pPr>
        <w:pStyle w:val="ListParagraph"/>
      </w:pPr>
      <w:r>
        <w:rPr>
          <w:sz w:val="22"/>
        </w:rPr>
        <w:t>B. Độ F</w:t>
      </w:r>
    </w:p>
    <w:p>
      <w:pPr>
        <w:pStyle w:val="ListParagraph"/>
      </w:pPr>
      <w:r>
        <w:rPr>
          <w:sz w:val="22"/>
        </w:rPr>
        <w:t>C. Kelvin</w:t>
      </w:r>
    </w:p>
    <w:p>
      <w:pPr>
        <w:pStyle w:val="ListParagraph"/>
      </w:pPr>
      <w:r>
        <w:rPr>
          <w:sz w:val="22"/>
        </w:rPr>
        <w:t>D. Celsius</w:t>
      </w:r>
    </w:p>
    <w:p/>
    <w:p>
      <w:r>
        <w:rPr>
          <w:b/>
          <w:sz w:val="24"/>
        </w:rPr>
        <w:t>Câu 24: Số nguyên tố nhỏ nhất là?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25: Quốc gia nào đông dân nhất thế giới hiện nay?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Ấn Độ</w:t>
      </w:r>
    </w:p>
    <w:p>
      <w:pPr>
        <w:pStyle w:val="ListParagraph"/>
      </w:pPr>
      <w:r>
        <w:rPr>
          <w:sz w:val="22"/>
        </w:rPr>
        <w:t>C. Hoa Kỳ</w:t>
      </w:r>
    </w:p>
    <w:p>
      <w:pPr>
        <w:pStyle w:val="ListParagraph"/>
      </w:pPr>
      <w:r>
        <w:rPr>
          <w:sz w:val="22"/>
        </w:rPr>
        <w:t>D. Indonesia</w:t>
      </w:r>
    </w:p>
    <w:p/>
    <w:p>
      <w:r>
        <w:rPr>
          <w:b/>
          <w:sz w:val="24"/>
        </w:rPr>
        <w:t>Câu 26: Kim loại nào dẫn điện tốt nhất?</w:t>
      </w:r>
    </w:p>
    <w:p>
      <w:pPr>
        <w:pStyle w:val="ListParagraph"/>
      </w:pPr>
      <w:r>
        <w:rPr>
          <w:sz w:val="22"/>
        </w:rPr>
        <w:t>A. Đồng</w:t>
      </w:r>
    </w:p>
    <w:p>
      <w:pPr>
        <w:pStyle w:val="ListParagraph"/>
      </w:pPr>
      <w:r>
        <w:rPr>
          <w:sz w:val="22"/>
        </w:rPr>
        <w:t>B. Bạc</w:t>
      </w:r>
    </w:p>
    <w:p>
      <w:pPr>
        <w:pStyle w:val="ListParagraph"/>
      </w:pPr>
      <w:r>
        <w:rPr>
          <w:sz w:val="22"/>
        </w:rPr>
        <w:t>C. Nhôm</w:t>
      </w:r>
    </w:p>
    <w:p>
      <w:pPr>
        <w:pStyle w:val="ListParagraph"/>
      </w:pPr>
      <w:r>
        <w:rPr>
          <w:sz w:val="22"/>
        </w:rPr>
        <w:t>D. Vàng</w:t>
      </w:r>
    </w:p>
    <w:p/>
    <w:p>
      <w:r>
        <w:rPr>
          <w:b/>
          <w:sz w:val="24"/>
        </w:rPr>
        <w:t>Câu 27: Hành tinh lớn nhất trong Hệ Mặt Trời là?</w:t>
      </w:r>
    </w:p>
    <w:p>
      <w:pPr>
        <w:pStyle w:val="ListParagraph"/>
      </w:pPr>
      <w:r>
        <w:rPr>
          <w:sz w:val="22"/>
        </w:rPr>
        <w:t>A. Trái Đất</w:t>
      </w:r>
    </w:p>
    <w:p>
      <w:pPr>
        <w:pStyle w:val="ListParagraph"/>
      </w:pPr>
      <w:r>
        <w:rPr>
          <w:sz w:val="22"/>
        </w:rPr>
        <w:t>B. Mộc tinh</w:t>
      </w:r>
    </w:p>
    <w:p>
      <w:pPr>
        <w:pStyle w:val="ListParagraph"/>
      </w:pPr>
      <w:r>
        <w:rPr>
          <w:sz w:val="22"/>
        </w:rPr>
        <w:t>C. Thổ tinh</w:t>
      </w:r>
    </w:p>
    <w:p>
      <w:pPr>
        <w:pStyle w:val="ListParagraph"/>
      </w:pPr>
      <w:r>
        <w:rPr>
          <w:sz w:val="22"/>
        </w:rPr>
        <w:t>D. Hải Vương tinh</w:t>
      </w:r>
    </w:p>
    <w:p/>
    <w:p>
      <w:r>
        <w:rPr>
          <w:b/>
          <w:sz w:val="24"/>
        </w:rPr>
        <w:t>Câu 28: Ngày Quốc tế Phụ nữ là ngày nào?</w:t>
      </w:r>
    </w:p>
    <w:p>
      <w:pPr>
        <w:pStyle w:val="ListParagraph"/>
      </w:pPr>
      <w:r>
        <w:rPr>
          <w:sz w:val="22"/>
        </w:rPr>
        <w:t>A. 8/3</w:t>
      </w:r>
    </w:p>
    <w:p>
      <w:pPr>
        <w:pStyle w:val="ListParagraph"/>
      </w:pPr>
      <w:r>
        <w:rPr>
          <w:sz w:val="22"/>
        </w:rPr>
        <w:t>B. 20/10</w:t>
      </w:r>
    </w:p>
    <w:p>
      <w:pPr>
        <w:pStyle w:val="ListParagraph"/>
      </w:pPr>
      <w:r>
        <w:rPr>
          <w:sz w:val="22"/>
        </w:rPr>
        <w:t>C. 1/6</w:t>
      </w:r>
    </w:p>
    <w:p>
      <w:pPr>
        <w:pStyle w:val="ListParagraph"/>
      </w:pPr>
      <w:r>
        <w:rPr>
          <w:sz w:val="22"/>
        </w:rPr>
        <w:t>D. 20/11</w:t>
      </w:r>
    </w:p>
    <w:p/>
    <w:p>
      <w:r>
        <w:rPr>
          <w:b/>
          <w:sz w:val="24"/>
        </w:rPr>
        <w:t>Câu 29: Tác giả của "Tắt đèn" là ai?</w:t>
      </w:r>
    </w:p>
    <w:p>
      <w:pPr>
        <w:pStyle w:val="ListParagraph"/>
      </w:pPr>
      <w:r>
        <w:rPr>
          <w:sz w:val="22"/>
        </w:rPr>
        <w:t>A. Ngô Tất Tố</w:t>
      </w:r>
    </w:p>
    <w:p>
      <w:pPr>
        <w:pStyle w:val="ListParagraph"/>
      </w:pPr>
      <w:r>
        <w:rPr>
          <w:sz w:val="22"/>
        </w:rPr>
        <w:t>B. Nam Cao</w:t>
      </w:r>
    </w:p>
    <w:p>
      <w:pPr>
        <w:pStyle w:val="ListParagraph"/>
      </w:pPr>
      <w:r>
        <w:rPr>
          <w:sz w:val="22"/>
        </w:rPr>
        <w:t>C. Vũ Trọng Phụng</w:t>
      </w:r>
    </w:p>
    <w:p>
      <w:pPr>
        <w:pStyle w:val="ListParagraph"/>
      </w:pPr>
      <w:r>
        <w:rPr>
          <w:sz w:val="22"/>
        </w:rPr>
        <w:t>D. Thạch Lam</w:t>
      </w:r>
    </w:p>
    <w:p/>
    <w:p>
      <w:r>
        <w:rPr>
          <w:b/>
          <w:sz w:val="24"/>
        </w:rPr>
        <w:t>Câu 30: Bộ phận nào của cây làm nhiệm vụ quang hợp chủ yếu?</w:t>
      </w:r>
    </w:p>
    <w:p>
      <w:pPr>
        <w:pStyle w:val="ListParagraph"/>
      </w:pPr>
      <w:r>
        <w:rPr>
          <w:sz w:val="22"/>
        </w:rPr>
        <w:t>A. Rễ</w:t>
      </w:r>
    </w:p>
    <w:p>
      <w:pPr>
        <w:pStyle w:val="ListParagraph"/>
      </w:pPr>
      <w:r>
        <w:rPr>
          <w:sz w:val="22"/>
        </w:rPr>
        <w:t>B. Thân</w:t>
      </w:r>
    </w:p>
    <w:p>
      <w:pPr>
        <w:pStyle w:val="ListParagraph"/>
      </w:pPr>
      <w:r>
        <w:rPr>
          <w:sz w:val="22"/>
        </w:rPr>
        <w:t>C. Lá</w:t>
      </w:r>
    </w:p>
    <w:p>
      <w:pPr>
        <w:pStyle w:val="ListParagraph"/>
      </w:pPr>
      <w:r>
        <w:rPr>
          <w:sz w:val="22"/>
        </w:rPr>
        <w:t>D. Hoa</w:t>
      </w:r>
    </w:p>
    <w:p/>
    <w:p>
      <w:r>
        <w:rPr>
          <w:b/>
          <w:sz w:val="24"/>
        </w:rPr>
        <w:t>Câu 31: Số Pi xấp xỉ bằng?</w:t>
      </w:r>
    </w:p>
    <w:p>
      <w:pPr>
        <w:pStyle w:val="ListParagraph"/>
      </w:pPr>
      <w:r>
        <w:rPr>
          <w:sz w:val="22"/>
        </w:rPr>
        <w:t>A. 3,14</w:t>
      </w:r>
    </w:p>
    <w:p>
      <w:pPr>
        <w:pStyle w:val="ListParagraph"/>
      </w:pPr>
      <w:r>
        <w:rPr>
          <w:sz w:val="22"/>
        </w:rPr>
        <w:t>B. 2,14</w:t>
      </w:r>
    </w:p>
    <w:p>
      <w:pPr>
        <w:pStyle w:val="ListParagraph"/>
      </w:pPr>
      <w:r>
        <w:rPr>
          <w:sz w:val="22"/>
        </w:rPr>
        <w:t>C. 4,13</w:t>
      </w:r>
    </w:p>
    <w:p>
      <w:pPr>
        <w:pStyle w:val="ListParagraph"/>
      </w:pPr>
      <w:r>
        <w:rPr>
          <w:sz w:val="22"/>
        </w:rPr>
        <w:t>D. 3,41</w:t>
      </w:r>
    </w:p>
    <w:p/>
    <w:p>
      <w:r>
        <w:rPr>
          <w:b/>
          <w:sz w:val="24"/>
        </w:rPr>
        <w:t>Câu 32: Đại dương lớn nhất thế giới là?</w:t>
      </w:r>
    </w:p>
    <w:p>
      <w:pPr>
        <w:pStyle w:val="ListParagraph"/>
      </w:pPr>
      <w:r>
        <w:rPr>
          <w:sz w:val="22"/>
        </w:rPr>
        <w:t>A. Đại Tây Dương</w:t>
      </w:r>
    </w:p>
    <w:p>
      <w:pPr>
        <w:pStyle w:val="ListParagraph"/>
      </w:pPr>
      <w:r>
        <w:rPr>
          <w:sz w:val="22"/>
        </w:rPr>
        <w:t>B. Ấn Độ Dương</w:t>
      </w:r>
    </w:p>
    <w:p>
      <w:pPr>
        <w:pStyle w:val="ListParagraph"/>
      </w:pPr>
      <w:r>
        <w:rPr>
          <w:sz w:val="22"/>
        </w:rPr>
        <w:t>C. Thái Bình Dương</w:t>
      </w:r>
    </w:p>
    <w:p>
      <w:pPr>
        <w:pStyle w:val="ListParagraph"/>
      </w:pPr>
      <w:r>
        <w:rPr>
          <w:sz w:val="22"/>
        </w:rPr>
        <w:t>D. Bắc Băng Dương</w:t>
      </w:r>
    </w:p>
    <w:p/>
    <w:p>
      <w:r>
        <w:rPr>
          <w:b/>
          <w:sz w:val="24"/>
        </w:rPr>
        <w:t>Câu 33: Quốc gia nào có hình lá phong trên quốc kỳ?</w:t>
      </w:r>
    </w:p>
    <w:p>
      <w:pPr>
        <w:pStyle w:val="ListParagraph"/>
      </w:pPr>
      <w:r>
        <w:rPr>
          <w:sz w:val="22"/>
        </w:rPr>
        <w:t>A. Hoa Kỳ</w:t>
      </w:r>
    </w:p>
    <w:p>
      <w:pPr>
        <w:pStyle w:val="ListParagraph"/>
      </w:pPr>
      <w:r>
        <w:rPr>
          <w:sz w:val="22"/>
        </w:rPr>
        <w:t>B. Canada</w:t>
      </w:r>
    </w:p>
    <w:p>
      <w:pPr>
        <w:pStyle w:val="ListParagraph"/>
      </w:pPr>
      <w:r>
        <w:rPr>
          <w:sz w:val="22"/>
        </w:rPr>
        <w:t>C. Úc</w:t>
      </w:r>
    </w:p>
    <w:p>
      <w:pPr>
        <w:pStyle w:val="ListParagraph"/>
      </w:pPr>
      <w:r>
        <w:rPr>
          <w:sz w:val="22"/>
        </w:rPr>
        <w:t>D. New Zealand</w:t>
      </w:r>
    </w:p>
    <w:p/>
    <w:p>
      <w:r>
        <w:rPr>
          <w:b/>
          <w:sz w:val="24"/>
        </w:rPr>
        <w:t>Câu 34: Nhà thơ nào được gọi là "Bà chúa thơ Nôm"?</w:t>
      </w:r>
    </w:p>
    <w:p>
      <w:pPr>
        <w:pStyle w:val="ListParagraph"/>
      </w:pPr>
      <w:r>
        <w:rPr>
          <w:sz w:val="22"/>
        </w:rPr>
        <w:t>A. Hồ Xuân Hương</w:t>
      </w:r>
    </w:p>
    <w:p>
      <w:pPr>
        <w:pStyle w:val="ListParagraph"/>
      </w:pPr>
      <w:r>
        <w:rPr>
          <w:sz w:val="22"/>
        </w:rPr>
        <w:t>B. Bà Huyện Thanh Quan</w:t>
      </w:r>
    </w:p>
    <w:p>
      <w:pPr>
        <w:pStyle w:val="ListParagraph"/>
      </w:pPr>
      <w:r>
        <w:rPr>
          <w:sz w:val="22"/>
        </w:rPr>
        <w:t>C. Đoàn Thị Điểm</w:t>
      </w:r>
    </w:p>
    <w:p>
      <w:pPr>
        <w:pStyle w:val="ListParagraph"/>
      </w:pPr>
      <w:r>
        <w:rPr>
          <w:sz w:val="22"/>
        </w:rPr>
        <w:t>D. Lê Ngọc Hân</w:t>
      </w:r>
    </w:p>
    <w:p/>
    <w:p>
      <w:r>
        <w:rPr>
          <w:b/>
          <w:sz w:val="24"/>
        </w:rPr>
        <w:t>Câu 35: Biện pháp nào được khuyến cáo để phòng bệnh COVID-19?</w:t>
      </w:r>
    </w:p>
    <w:p>
      <w:pPr>
        <w:pStyle w:val="ListParagraph"/>
      </w:pPr>
      <w:r>
        <w:rPr>
          <w:sz w:val="22"/>
        </w:rPr>
        <w:t>A. Rửa tay thường xuyên</w:t>
      </w:r>
    </w:p>
    <w:p>
      <w:pPr>
        <w:pStyle w:val="ListParagraph"/>
      </w:pPr>
      <w:r>
        <w:rPr>
          <w:sz w:val="22"/>
        </w:rPr>
        <w:t>B. Đeo khẩu trang nơi đông người</w:t>
      </w:r>
    </w:p>
    <w:p>
      <w:pPr>
        <w:pStyle w:val="ListParagraph"/>
      </w:pPr>
      <w:r>
        <w:rPr>
          <w:sz w:val="22"/>
        </w:rPr>
        <w:t>C. Tiêm vaccine</w:t>
      </w:r>
    </w:p>
    <w:p>
      <w:pPr>
        <w:pStyle w:val="ListParagraph"/>
      </w:pPr>
      <w:r>
        <w:rPr>
          <w:sz w:val="22"/>
        </w:rPr>
        <w:t>D. Tất cả các ý trên</w:t>
      </w:r>
    </w:p>
    <w:p/>
    <w:p>
      <w:r>
        <w:rPr>
          <w:b/>
          <w:sz w:val="24"/>
        </w:rPr>
        <w:t>Câu 36: Thủ đô của nước Anh là?</w:t>
      </w:r>
    </w:p>
    <w:p>
      <w:pPr>
        <w:pStyle w:val="ListParagraph"/>
      </w:pPr>
      <w:r>
        <w:rPr>
          <w:sz w:val="22"/>
        </w:rPr>
        <w:t>A. Manchester</w:t>
      </w:r>
    </w:p>
    <w:p>
      <w:pPr>
        <w:pStyle w:val="ListParagraph"/>
      </w:pPr>
      <w:r>
        <w:rPr>
          <w:sz w:val="22"/>
        </w:rPr>
        <w:t>B. London</w:t>
      </w:r>
    </w:p>
    <w:p>
      <w:pPr>
        <w:pStyle w:val="ListParagraph"/>
      </w:pPr>
      <w:r>
        <w:rPr>
          <w:sz w:val="22"/>
        </w:rPr>
        <w:t>C. Liverpool</w:t>
      </w:r>
    </w:p>
    <w:p>
      <w:pPr>
        <w:pStyle w:val="ListParagraph"/>
      </w:pPr>
      <w:r>
        <w:rPr>
          <w:sz w:val="22"/>
        </w:rPr>
        <w:t>D. Birmingham</w:t>
      </w:r>
    </w:p>
    <w:p/>
    <w:p>
      <w:r>
        <w:rPr>
          <w:b/>
          <w:sz w:val="24"/>
        </w:rPr>
        <w:t>Câu 37: Số La Mã X biểu thị giá trị nào?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10</w:t>
      </w:r>
    </w:p>
    <w:p>
      <w:pPr>
        <w:pStyle w:val="ListParagraph"/>
      </w:pPr>
      <w:r>
        <w:rPr>
          <w:sz w:val="22"/>
        </w:rPr>
        <w:t>C. 50</w:t>
      </w:r>
    </w:p>
    <w:p>
      <w:pPr>
        <w:pStyle w:val="ListParagraph"/>
      </w:pPr>
      <w:r>
        <w:rPr>
          <w:sz w:val="22"/>
        </w:rPr>
        <w:t>D. 100</w:t>
      </w:r>
    </w:p>
    <w:p/>
    <w:p>
      <w:r>
        <w:rPr>
          <w:b/>
          <w:sz w:val="24"/>
        </w:rPr>
        <w:t>Câu 38: Đơn vị đo khối lượng cơ bản trong hệ SI là?</w:t>
      </w:r>
    </w:p>
    <w:p>
      <w:pPr>
        <w:pStyle w:val="ListParagraph"/>
      </w:pPr>
      <w:r>
        <w:rPr>
          <w:sz w:val="22"/>
        </w:rPr>
        <w:t>A. Gam</w:t>
      </w:r>
    </w:p>
    <w:p>
      <w:pPr>
        <w:pStyle w:val="ListParagraph"/>
      </w:pPr>
      <w:r>
        <w:rPr>
          <w:sz w:val="22"/>
        </w:rPr>
        <w:t>B. Kilôgam</w:t>
      </w:r>
    </w:p>
    <w:p>
      <w:pPr>
        <w:pStyle w:val="ListParagraph"/>
      </w:pPr>
      <w:r>
        <w:rPr>
          <w:sz w:val="22"/>
        </w:rPr>
        <w:t>C. Tấn</w:t>
      </w:r>
    </w:p>
    <w:p>
      <w:pPr>
        <w:pStyle w:val="ListParagraph"/>
      </w:pPr>
      <w:r>
        <w:rPr>
          <w:sz w:val="22"/>
        </w:rPr>
        <w:t>D. Miligam</w:t>
      </w:r>
    </w:p>
    <w:p/>
    <w:p>
      <w:r>
        <w:rPr>
          <w:b/>
          <w:sz w:val="24"/>
        </w:rPr>
        <w:t>Câu 39: Ai được cho là phát minh ra bóng đèn sợi đốt?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Alexander Graham Bell</w:t>
      </w:r>
    </w:p>
    <w:p>
      <w:pPr>
        <w:pStyle w:val="ListParagraph"/>
      </w:pPr>
      <w:r>
        <w:rPr>
          <w:sz w:val="22"/>
        </w:rPr>
        <w:t>C. Nikola Tesla</w:t>
      </w:r>
    </w:p>
    <w:p>
      <w:pPr>
        <w:pStyle w:val="ListParagraph"/>
      </w:pPr>
      <w:r>
        <w:rPr>
          <w:sz w:val="22"/>
        </w:rPr>
        <w:t>D. Isaac Newton</w:t>
      </w:r>
    </w:p>
    <w:p/>
    <w:p>
      <w:r>
        <w:rPr>
          <w:b/>
          <w:sz w:val="24"/>
        </w:rPr>
        <w:t>Câu 40: Quốc kỳ Việt Nam có nền màu gì?</w:t>
      </w:r>
    </w:p>
    <w:p>
      <w:pPr>
        <w:pStyle w:val="ListParagraph"/>
      </w:pPr>
      <w:r>
        <w:rPr>
          <w:sz w:val="22"/>
        </w:rPr>
        <w:t>A. Đỏ</w:t>
      </w:r>
    </w:p>
    <w:p>
      <w:pPr>
        <w:pStyle w:val="ListParagraph"/>
      </w:pPr>
      <w:r>
        <w:rPr>
          <w:sz w:val="22"/>
        </w:rPr>
        <w:t>B. Xanh</w:t>
      </w:r>
    </w:p>
    <w:p>
      <w:pPr>
        <w:pStyle w:val="ListParagraph"/>
      </w:pPr>
      <w:r>
        <w:rPr>
          <w:sz w:val="22"/>
        </w:rPr>
        <w:t>C. Vàng</w:t>
      </w:r>
    </w:p>
    <w:p>
      <w:pPr>
        <w:pStyle w:val="ListParagraph"/>
      </w:pPr>
      <w:r>
        <w:rPr>
          <w:sz w:val="22"/>
        </w:rPr>
        <w:t>D. Trắng</w:t>
      </w:r>
    </w:p>
    <w:p/>
    <w:p>
      <w:r>
        <w:rPr>
          <w:b/>
          <w:sz w:val="24"/>
        </w:rPr>
        <w:t>Câu 41: Trong Excel, hàm dùng để tính tổng là?</w:t>
      </w:r>
    </w:p>
    <w:p>
      <w:pPr>
        <w:pStyle w:val="ListParagraph"/>
      </w:pPr>
      <w:r>
        <w:rPr>
          <w:sz w:val="22"/>
        </w:rPr>
        <w:t>A. SUM</w:t>
      </w:r>
    </w:p>
    <w:p>
      <w:pPr>
        <w:pStyle w:val="ListParagraph"/>
      </w:pPr>
      <w:r>
        <w:rPr>
          <w:sz w:val="22"/>
        </w:rPr>
        <w:t>B. AVERAGE</w:t>
      </w:r>
    </w:p>
    <w:p>
      <w:pPr>
        <w:pStyle w:val="ListParagraph"/>
      </w:pPr>
      <w:r>
        <w:rPr>
          <w:sz w:val="22"/>
        </w:rPr>
        <w:t>C. MAX</w:t>
      </w:r>
    </w:p>
    <w:p>
      <w:pPr>
        <w:pStyle w:val="ListParagraph"/>
      </w:pPr>
      <w:r>
        <w:rPr>
          <w:sz w:val="22"/>
        </w:rPr>
        <w:t>D. MIN</w:t>
      </w:r>
    </w:p>
    <w:p/>
    <w:p>
      <w:r>
        <w:rPr>
          <w:b/>
          <w:sz w:val="24"/>
        </w:rPr>
        <w:t>Câu 42: Bài thơ "Nam quốc sơn hà" thường được cho là của ai?</w:t>
      </w:r>
    </w:p>
    <w:p>
      <w:pPr>
        <w:pStyle w:val="ListParagraph"/>
      </w:pPr>
      <w:r>
        <w:rPr>
          <w:sz w:val="22"/>
        </w:rPr>
        <w:t>A. Lý Thường Kiệt</w:t>
      </w:r>
    </w:p>
    <w:p>
      <w:pPr>
        <w:pStyle w:val="ListParagraph"/>
      </w:pPr>
      <w:r>
        <w:rPr>
          <w:sz w:val="22"/>
        </w:rPr>
        <w:t>B. Trần Hưng Đạo</w:t>
      </w:r>
    </w:p>
    <w:p>
      <w:pPr>
        <w:pStyle w:val="ListParagraph"/>
      </w:pPr>
      <w:r>
        <w:rPr>
          <w:sz w:val="22"/>
        </w:rPr>
        <w:t>C. Nguyễn Trãi</w:t>
      </w:r>
    </w:p>
    <w:p>
      <w:pPr>
        <w:pStyle w:val="ListParagraph"/>
      </w:pPr>
      <w:r>
        <w:rPr>
          <w:sz w:val="22"/>
        </w:rPr>
        <w:t>D. Lê Lợi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C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B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C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D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