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Đầu thế kỉ XVII, ngành công nghiệp phát triển...</w:t>
      </w:r>
    </w:p>
    <w:p>
      <w:pPr>
        <w:jc w:val="center"/>
      </w:pPr>
      <w:r>
        <w:rPr>
          <w:sz w:val="22"/>
        </w:rPr>
        <w:t>Số câu: 52    Thời gian: _____ phút    Họ và tên: _________________________</w:t>
      </w:r>
    </w:p>
    <w:p/>
    <w:p>
      <w:r>
        <w:rPr>
          <w:b/>
          <w:sz w:val="24"/>
        </w:rPr>
        <w:t>Câu 1: Đầu thế kỉ XVII, ngành công nghiệp phát triển nhất ở nước Anh là</w:t>
      </w:r>
    </w:p>
    <w:p>
      <w:pPr>
        <w:pStyle w:val="ListParagraph"/>
      </w:pPr>
      <w:r>
        <w:rPr>
          <w:sz w:val="22"/>
        </w:rPr>
        <w:t>A. luyện kim.</w:t>
      </w:r>
    </w:p>
    <w:p>
      <w:pPr>
        <w:pStyle w:val="ListParagraph"/>
      </w:pPr>
      <w:r>
        <w:rPr>
          <w:sz w:val="22"/>
        </w:rPr>
        <w:t>B. máy hơi nước.</w:t>
      </w:r>
    </w:p>
    <w:p>
      <w:pPr>
        <w:pStyle w:val="ListParagraph"/>
      </w:pPr>
      <w:r>
        <w:rPr>
          <w:sz w:val="22"/>
        </w:rPr>
        <w:t>C. len, dạ.</w:t>
      </w:r>
    </w:p>
    <w:p>
      <w:pPr>
        <w:pStyle w:val="ListParagraph"/>
      </w:pPr>
      <w:r>
        <w:rPr>
          <w:sz w:val="22"/>
        </w:rPr>
        <w:t>D. chế tạo máy móc.</w:t>
      </w:r>
    </w:p>
    <w:p/>
    <w:p>
      <w:r>
        <w:rPr>
          <w:b/>
          <w:sz w:val="24"/>
        </w:rPr>
        <w:t>Câu 2: Đẳng cấp 3 trong xã hội Pháp trước cách mạng gồm những lực lượng nào?</w:t>
      </w:r>
    </w:p>
    <w:p>
      <w:pPr>
        <w:pStyle w:val="ListParagraph"/>
      </w:pPr>
      <w:r>
        <w:rPr>
          <w:sz w:val="22"/>
        </w:rPr>
        <w:t>A. Tư sản, nông dân, bình dân thành thị.</w:t>
      </w:r>
    </w:p>
    <w:p>
      <w:pPr>
        <w:pStyle w:val="ListParagraph"/>
      </w:pPr>
      <w:r>
        <w:rPr>
          <w:sz w:val="22"/>
        </w:rPr>
        <w:t>B. Quý tộc, nông dân, tăng lữ, thợ thủ công.</w:t>
      </w:r>
    </w:p>
    <w:p>
      <w:pPr>
        <w:pStyle w:val="ListParagraph"/>
      </w:pPr>
      <w:r>
        <w:rPr>
          <w:sz w:val="22"/>
        </w:rPr>
        <w:t>C. Tăng lữ, quý tộc và tư sản, nông dân.</w:t>
      </w:r>
    </w:p>
    <w:p>
      <w:pPr>
        <w:pStyle w:val="ListParagraph"/>
      </w:pPr>
      <w:r>
        <w:rPr>
          <w:sz w:val="22"/>
        </w:rPr>
        <w:t>D. Vua, quan lại, tăng lữ, bình dân thành thị</w:t>
      </w:r>
    </w:p>
    <w:p/>
    <w:p>
      <w:r>
        <w:rPr>
          <w:b/>
          <w:sz w:val="24"/>
        </w:rPr>
        <w:t>Câu 3: Đến giữa thế kỉ XVIII, miền Bắc của 13 bang thuộc địa Anh ở Bắc Mĩ phổ biến phát triển</w:t>
      </w:r>
    </w:p>
    <w:p>
      <w:pPr>
        <w:pStyle w:val="ListParagraph"/>
      </w:pPr>
      <w:r>
        <w:rPr>
          <w:sz w:val="22"/>
        </w:rPr>
        <w:t>A. kinh tế đồn điền.</w:t>
      </w:r>
    </w:p>
    <w:p>
      <w:pPr>
        <w:pStyle w:val="ListParagraph"/>
      </w:pPr>
      <w:r>
        <w:rPr>
          <w:sz w:val="22"/>
        </w:rPr>
        <w:t>B. công trường thủ công.</w:t>
      </w:r>
    </w:p>
    <w:p>
      <w:pPr>
        <w:pStyle w:val="ListParagraph"/>
      </w:pPr>
      <w:r>
        <w:rPr>
          <w:sz w:val="22"/>
        </w:rPr>
        <w:t>C. dệt và làm gốm.</w:t>
      </w:r>
    </w:p>
    <w:p>
      <w:pPr>
        <w:pStyle w:val="ListParagraph"/>
      </w:pPr>
      <w:r>
        <w:rPr>
          <w:sz w:val="22"/>
        </w:rPr>
        <w:t>D. phường hội thủ công.</w:t>
      </w:r>
    </w:p>
    <w:p/>
    <w:p>
      <w:r>
        <w:rPr>
          <w:b/>
          <w:sz w:val="24"/>
        </w:rPr>
        <w:t>Câu 4: Đến giữa thế kỉ XVIII, miền Nam của 13 bang thuộc địa Anh ở Bắc Mĩ phổ biến phát triển</w:t>
      </w:r>
    </w:p>
    <w:p>
      <w:pPr>
        <w:pStyle w:val="ListParagraph"/>
      </w:pPr>
      <w:r>
        <w:rPr>
          <w:sz w:val="22"/>
        </w:rPr>
        <w:t>A. công thương nghiệp.</w:t>
      </w:r>
    </w:p>
    <w:p>
      <w:pPr>
        <w:pStyle w:val="ListParagraph"/>
      </w:pPr>
      <w:r>
        <w:rPr>
          <w:sz w:val="22"/>
        </w:rPr>
        <w:t>B. đồn điền, trang trại.</w:t>
      </w:r>
    </w:p>
    <w:p>
      <w:pPr>
        <w:pStyle w:val="ListParagraph"/>
      </w:pPr>
      <w:r>
        <w:rPr>
          <w:sz w:val="22"/>
        </w:rPr>
        <w:t>C. luyện kim và đóng tàu.</w:t>
      </w:r>
    </w:p>
    <w:p>
      <w:pPr>
        <w:pStyle w:val="ListParagraph"/>
      </w:pPr>
      <w:r>
        <w:rPr>
          <w:sz w:val="22"/>
        </w:rPr>
        <w:t>D. khai thác dầu mỏ.</w:t>
      </w:r>
    </w:p>
    <w:p/>
    <w:p>
      <w:r>
        <w:rPr>
          <w:b/>
          <w:sz w:val="24"/>
        </w:rPr>
        <w:t>Câu 5: Từ thế kỉ XVII, nền nông nghiệp Anh có điểm gì nổi bật?</w:t>
      </w:r>
    </w:p>
    <w:p>
      <w:pPr>
        <w:pStyle w:val="ListParagraph"/>
      </w:pPr>
      <w:r>
        <w:rPr>
          <w:sz w:val="22"/>
        </w:rPr>
        <w:t>A. Nông nghiệp lạc hậu, manh mún, thô sơ, năng suất thấp, mất mùa.</w:t>
      </w:r>
    </w:p>
    <w:p>
      <w:pPr>
        <w:pStyle w:val="ListParagraph"/>
      </w:pPr>
      <w:r>
        <w:rPr>
          <w:sz w:val="22"/>
        </w:rPr>
        <w:t>B. Nông nghiệp kém phát triển, bị nông phẩm của Pháp cạnh tranh.</w:t>
      </w:r>
    </w:p>
    <w:p>
      <w:pPr>
        <w:pStyle w:val="ListParagraph"/>
      </w:pPr>
      <w:r>
        <w:rPr>
          <w:sz w:val="22"/>
        </w:rPr>
        <w:t>C. Phương thức kinh doanh tư bản chủ nghĩa thâm nhập mạnh vào nông nghiệp.</w:t>
      </w:r>
    </w:p>
    <w:p>
      <w:pPr>
        <w:pStyle w:val="ListParagraph"/>
      </w:pPr>
      <w:r>
        <w:rPr>
          <w:sz w:val="22"/>
        </w:rPr>
        <w:t>D. Bắt đầu cuộc cách mạng trong lĩnh vực nông nghiệp đặc biệt là ngành sao su.</w:t>
      </w:r>
    </w:p>
    <w:p/>
    <w:p>
      <w:r>
        <w:rPr>
          <w:b/>
          <w:sz w:val="24"/>
        </w:rPr>
        <w:t>Câu 6: Mục tiêu chung của cách cuộc cách mạng tư sản ở thế kỉ XVI- XVIII là gì?</w:t>
      </w:r>
    </w:p>
    <w:p>
      <w:pPr>
        <w:pStyle w:val="ListParagraph"/>
      </w:pPr>
      <w:r>
        <w:rPr>
          <w:sz w:val="22"/>
        </w:rPr>
        <w:t>A. Lật đổ chế đổ phong kiến, thực dân cùng tàn tích của nó.</w:t>
      </w:r>
    </w:p>
    <w:p>
      <w:pPr>
        <w:pStyle w:val="ListParagraph"/>
      </w:pPr>
      <w:r>
        <w:rPr>
          <w:sz w:val="22"/>
        </w:rPr>
        <w:t>B. Lật đổ xã hội nguyên thủy, cổ đại cùng tàn tích của nó.</w:t>
      </w:r>
    </w:p>
    <w:p>
      <w:pPr>
        <w:pStyle w:val="ListParagraph"/>
      </w:pPr>
      <w:r>
        <w:rPr>
          <w:sz w:val="22"/>
        </w:rPr>
        <w:t>C. Tạo điều kiện cho sự phát triển của chế độ phong kiến.</w:t>
      </w:r>
    </w:p>
    <w:p>
      <w:pPr>
        <w:pStyle w:val="ListParagraph"/>
      </w:pPr>
      <w:r>
        <w:rPr>
          <w:sz w:val="22"/>
        </w:rPr>
        <w:t>D. Mở đường cho sự phát triển của chủ nghĩa xã hội.</w:t>
      </w:r>
    </w:p>
    <w:p/>
    <w:p>
      <w:r>
        <w:rPr>
          <w:b/>
          <w:sz w:val="24"/>
        </w:rPr>
        <w:t>Câu 7: Đâu là nhiệm vụ cơ bản của cách cuộc cách mạng tư sản ở thế kỉ XVI- XVIII ?</w:t>
      </w:r>
    </w:p>
    <w:p>
      <w:pPr>
        <w:pStyle w:val="ListParagraph"/>
      </w:pPr>
      <w:r>
        <w:rPr>
          <w:sz w:val="22"/>
        </w:rPr>
        <w:t>A. Dân tộc và dân chủ.</w:t>
      </w:r>
    </w:p>
    <w:p>
      <w:pPr>
        <w:pStyle w:val="ListParagraph"/>
      </w:pPr>
      <w:r>
        <w:rPr>
          <w:sz w:val="22"/>
        </w:rPr>
        <w:t>B. Dân tộc và nhân dân.</w:t>
      </w:r>
    </w:p>
    <w:p>
      <w:pPr>
        <w:pStyle w:val="ListParagraph"/>
      </w:pPr>
      <w:r>
        <w:rPr>
          <w:sz w:val="22"/>
        </w:rPr>
        <w:t>C. Độc lập và tự do.</w:t>
      </w:r>
    </w:p>
    <w:p>
      <w:pPr>
        <w:pStyle w:val="ListParagraph"/>
      </w:pPr>
      <w:r>
        <w:rPr>
          <w:sz w:val="22"/>
        </w:rPr>
        <w:t>D. Dân chủ và độc lập.</w:t>
      </w:r>
    </w:p>
    <w:p/>
    <w:p>
      <w:r>
        <w:rPr>
          <w:b/>
          <w:sz w:val="24"/>
        </w:rPr>
        <w:t>Câu 8: Lực lượng nào là lãnh đạo của cuộc cách mạng tư sản ?</w:t>
      </w:r>
    </w:p>
    <w:p>
      <w:pPr>
        <w:pStyle w:val="ListParagraph"/>
      </w:pPr>
      <w:r>
        <w:rPr>
          <w:sz w:val="22"/>
        </w:rPr>
        <w:t>A. Giai cấp tư sản.</w:t>
      </w:r>
    </w:p>
    <w:p>
      <w:pPr>
        <w:pStyle w:val="ListParagraph"/>
      </w:pPr>
      <w:r>
        <w:rPr>
          <w:sz w:val="22"/>
        </w:rPr>
        <w:t>B. Giai cấp công nhân.</w:t>
      </w:r>
    </w:p>
    <w:p>
      <w:pPr>
        <w:pStyle w:val="ListParagraph"/>
      </w:pPr>
      <w:r>
        <w:rPr>
          <w:sz w:val="22"/>
        </w:rPr>
        <w:t>C. Giai cấp nông dân.</w:t>
      </w:r>
    </w:p>
    <w:p>
      <w:pPr>
        <w:pStyle w:val="ListParagraph"/>
      </w:pPr>
      <w:r>
        <w:rPr>
          <w:sz w:val="22"/>
        </w:rPr>
        <w:t>D. Giai cấp địa chủ.</w:t>
      </w:r>
    </w:p>
    <w:p/>
    <w:p>
      <w:r>
        <w:rPr>
          <w:b/>
          <w:sz w:val="24"/>
        </w:rPr>
        <w:t>Câu 9: Lực lượng nào sau đây là lãnh đạo của cuộc cách mạng tư sản Anh?</w:t>
      </w:r>
    </w:p>
    <w:p>
      <w:pPr>
        <w:pStyle w:val="ListParagraph"/>
      </w:pPr>
      <w:r>
        <w:rPr>
          <w:sz w:val="22"/>
        </w:rPr>
        <w:t>A. Tư sản và chủ nô.</w:t>
      </w:r>
    </w:p>
    <w:p>
      <w:pPr>
        <w:pStyle w:val="ListParagraph"/>
      </w:pPr>
      <w:r>
        <w:rPr>
          <w:sz w:val="22"/>
        </w:rPr>
        <w:t>B. Tư sản và quý tộc mới.</w:t>
      </w:r>
    </w:p>
    <w:p>
      <w:pPr>
        <w:pStyle w:val="ListParagraph"/>
      </w:pPr>
      <w:r>
        <w:rPr>
          <w:sz w:val="22"/>
        </w:rPr>
        <w:t>C. Quần chúng nhân dân.</w:t>
      </w:r>
    </w:p>
    <w:p>
      <w:pPr>
        <w:pStyle w:val="ListParagraph"/>
      </w:pPr>
      <w:r>
        <w:rPr>
          <w:sz w:val="22"/>
        </w:rPr>
        <w:t>D. Tư sản và vô sản.</w:t>
      </w:r>
    </w:p>
    <w:p/>
    <w:p>
      <w:r>
        <w:rPr>
          <w:b/>
          <w:sz w:val="24"/>
        </w:rPr>
        <w:t>Câu 10: “ Lật đổ chế độ phong kiến đứng đầu là vua Sác- lơ I, thiết lập nền thống trị của giai cấp tư sản và quý tộc mới, mở đường cho sự phát triển của chủ nghĩa tư bản” là mục tiêu của cách mạng tư sản nào?</w:t>
      </w:r>
    </w:p>
    <w:p>
      <w:pPr>
        <w:pStyle w:val="ListParagraph"/>
      </w:pPr>
      <w:r>
        <w:rPr>
          <w:sz w:val="22"/>
        </w:rPr>
        <w:t>A. Nga</w:t>
      </w:r>
    </w:p>
    <w:p>
      <w:pPr>
        <w:pStyle w:val="ListParagraph"/>
      </w:pPr>
      <w:r>
        <w:rPr>
          <w:sz w:val="22"/>
        </w:rPr>
        <w:t>B. Pháp.</w:t>
      </w:r>
    </w:p>
    <w:p>
      <w:pPr>
        <w:pStyle w:val="ListParagraph"/>
      </w:pPr>
      <w:r>
        <w:rPr>
          <w:sz w:val="22"/>
        </w:rPr>
        <w:t>C. Anh.</w:t>
      </w:r>
    </w:p>
    <w:p>
      <w:pPr>
        <w:pStyle w:val="ListParagraph"/>
      </w:pPr>
      <w:r>
        <w:rPr>
          <w:sz w:val="22"/>
        </w:rPr>
        <w:t>D. 13 thuộc địa Anh ở Bắc Mỹ.</w:t>
      </w:r>
    </w:p>
    <w:p/>
    <w:p>
      <w:r>
        <w:rPr>
          <w:b/>
          <w:sz w:val="24"/>
        </w:rPr>
        <w:t>Câu 11: Ý nghĩa của cách mạng Pháp cuối thế kỷ XVIII là</w:t>
      </w:r>
    </w:p>
    <w:p>
      <w:pPr>
        <w:pStyle w:val="ListParagraph"/>
      </w:pPr>
      <w:r>
        <w:rPr>
          <w:sz w:val="22"/>
        </w:rPr>
        <w:t>A. lật đổ và xóa bỏ mọi tàn dư của chế độ phong kiến.</w:t>
      </w:r>
    </w:p>
    <w:p>
      <w:pPr>
        <w:pStyle w:val="ListParagraph"/>
      </w:pPr>
      <w:r>
        <w:rPr>
          <w:sz w:val="22"/>
        </w:rPr>
        <w:t>B. thúc đẩy phong trào đấu tranh giành độc lập Mĩ Latinh.</w:t>
      </w:r>
    </w:p>
    <w:p>
      <w:pPr>
        <w:pStyle w:val="ListParagraph"/>
      </w:pPr>
      <w:r>
        <w:rPr>
          <w:sz w:val="22"/>
        </w:rPr>
        <w:t>C. lật đổ chế độ quân chủ chuyên chế, thiết lập chế độ quân chủ lập hiến.</w:t>
      </w:r>
    </w:p>
    <w:p>
      <w:pPr>
        <w:pStyle w:val="ListParagraph"/>
      </w:pPr>
      <w:r>
        <w:rPr>
          <w:sz w:val="22"/>
        </w:rPr>
        <w:t>D. lật đổ sự thống trị của thực dân Anh, giành độc lập dân tộc.</w:t>
      </w:r>
    </w:p>
    <w:p/>
    <w:p>
      <w:r>
        <w:rPr>
          <w:b/>
          <w:sz w:val="24"/>
        </w:rPr>
        <w:t>Câu 12: Kết quả chung của các cuộc cách mạng tư sản thời cận đại là</w:t>
      </w:r>
    </w:p>
    <w:p>
      <w:pPr>
        <w:pStyle w:val="ListParagraph"/>
      </w:pPr>
      <w:r>
        <w:rPr>
          <w:sz w:val="22"/>
        </w:rPr>
        <w:t>A. lật đổ chế độ phong kiến, thực dân và thiết lập chế độ tư bản chủ nghĩa.</w:t>
      </w:r>
    </w:p>
    <w:p>
      <w:pPr>
        <w:pStyle w:val="ListParagraph"/>
      </w:pPr>
      <w:r>
        <w:rPr>
          <w:sz w:val="22"/>
        </w:rPr>
        <w:t>B. lật đổ chế độ phong kiến, thiết lập chế độ cộng hòa.</w:t>
      </w:r>
    </w:p>
    <w:p>
      <w:pPr>
        <w:pStyle w:val="ListParagraph"/>
      </w:pPr>
      <w:r>
        <w:rPr>
          <w:sz w:val="22"/>
        </w:rPr>
        <w:t>C. lật đổ chế độ quân chủ chuyên chế, thiết lập chế độ quân chủ lập hiến.</w:t>
      </w:r>
    </w:p>
    <w:p>
      <w:pPr>
        <w:pStyle w:val="ListParagraph"/>
      </w:pPr>
      <w:r>
        <w:rPr>
          <w:sz w:val="22"/>
        </w:rPr>
        <w:t>D. lật đổ sự thống trị của thực dân Anh, giành độc lập dân tộc.</w:t>
      </w:r>
    </w:p>
    <w:p/>
    <w:p>
      <w:r>
        <w:rPr>
          <w:b/>
          <w:sz w:val="24"/>
        </w:rPr>
        <w:t>Câu 13: Kết quả của các cuộc cách mạng tư sản Anh thời cận đại là gì?</w:t>
      </w:r>
    </w:p>
    <w:p>
      <w:pPr>
        <w:pStyle w:val="ListParagraph"/>
      </w:pPr>
      <w:r>
        <w:rPr>
          <w:sz w:val="22"/>
        </w:rPr>
        <w:t>A. Lật đổ chế độ phong kiến, thực dân và thiết lập chế độ tư bản chủ nghĩa.</w:t>
      </w:r>
    </w:p>
    <w:p>
      <w:pPr>
        <w:pStyle w:val="ListParagraph"/>
      </w:pPr>
      <w:r>
        <w:rPr>
          <w:sz w:val="22"/>
        </w:rPr>
        <w:t>B. Lật đổ chế độ phong kiến, thiết lập chế độ cộng hòa.</w:t>
      </w:r>
    </w:p>
    <w:p>
      <w:pPr>
        <w:pStyle w:val="ListParagraph"/>
      </w:pPr>
      <w:r>
        <w:rPr>
          <w:sz w:val="22"/>
        </w:rPr>
        <w:t>C. Lật đổ chế độ quân chủ chuyên chế, thiết lập chế độ quân chủ lập hiến.</w:t>
      </w:r>
    </w:p>
    <w:p>
      <w:pPr>
        <w:pStyle w:val="ListParagraph"/>
      </w:pPr>
      <w:r>
        <w:rPr>
          <w:sz w:val="22"/>
        </w:rPr>
        <w:t>D. Lật đổ sự thống trị của thực dân Anh, giành độc lập dân tộc.</w:t>
      </w:r>
    </w:p>
    <w:p/>
    <w:p>
      <w:r>
        <w:rPr>
          <w:b/>
          <w:sz w:val="24"/>
        </w:rPr>
        <w:t>Câu 14: Mức độ thắng lợi của các cuộc cách mạng tư sản thời cận đại khác nhau là do</w:t>
      </w:r>
    </w:p>
    <w:p>
      <w:pPr>
        <w:pStyle w:val="ListParagraph"/>
      </w:pPr>
      <w:r>
        <w:rPr>
          <w:sz w:val="22"/>
        </w:rPr>
        <w:t>A. điều kiện lịch sử.</w:t>
      </w:r>
    </w:p>
    <w:p>
      <w:pPr>
        <w:pStyle w:val="ListParagraph"/>
      </w:pPr>
      <w:r>
        <w:rPr>
          <w:sz w:val="22"/>
        </w:rPr>
        <w:t>B. giai cấp lãnh đạo.</w:t>
      </w:r>
    </w:p>
    <w:p>
      <w:pPr>
        <w:pStyle w:val="ListParagraph"/>
      </w:pPr>
      <w:r>
        <w:rPr>
          <w:sz w:val="22"/>
        </w:rPr>
        <w:t>C. động lực cách mạng.</w:t>
      </w:r>
    </w:p>
    <w:p>
      <w:pPr>
        <w:pStyle w:val="ListParagraph"/>
      </w:pPr>
      <w:r>
        <w:rPr>
          <w:sz w:val="22"/>
        </w:rPr>
        <w:t>D. nhiệm vụ cách mạng.</w:t>
      </w:r>
    </w:p>
    <w:p/>
    <w:p>
      <w:r>
        <w:rPr>
          <w:b/>
          <w:sz w:val="24"/>
        </w:rPr>
        <w:t>Câu 15: Cuộc chiến tranh giành độc lập của 13 thuộc địa Anh ở Bắc Mĩ có tính chất là</w:t>
      </w:r>
    </w:p>
    <w:p>
      <w:pPr>
        <w:pStyle w:val="ListParagraph"/>
      </w:pPr>
      <w:r>
        <w:rPr>
          <w:sz w:val="22"/>
        </w:rPr>
        <w:t>A. một cuộc cách mạng tư sản.</w:t>
      </w:r>
    </w:p>
    <w:p>
      <w:pPr>
        <w:pStyle w:val="ListParagraph"/>
      </w:pPr>
      <w:r>
        <w:rPr>
          <w:sz w:val="22"/>
        </w:rPr>
        <w:t>B. một cuộc cách mạng lớn.</w:t>
      </w:r>
    </w:p>
    <w:p>
      <w:pPr>
        <w:pStyle w:val="ListParagraph"/>
      </w:pPr>
      <w:r>
        <w:rPr>
          <w:sz w:val="22"/>
        </w:rPr>
        <w:t>C. một cuộc cách mạng tư sản kiểu mới.</w:t>
      </w:r>
    </w:p>
    <w:p>
      <w:pPr>
        <w:pStyle w:val="ListParagraph"/>
      </w:pPr>
      <w:r>
        <w:rPr>
          <w:sz w:val="22"/>
        </w:rPr>
        <w:t>D. một cuộc cách mạng vô sản.</w:t>
      </w:r>
    </w:p>
    <w:p/>
    <w:p>
      <w:r>
        <w:rPr>
          <w:b/>
          <w:sz w:val="24"/>
        </w:rPr>
        <w:t>Câu 16: Đặc điểm nổi bật của tình hình chính trị nước Anh và Pháp trước khi bùng nổ cách mạng tư sản là</w:t>
      </w:r>
    </w:p>
    <w:p>
      <w:pPr>
        <w:pStyle w:val="ListParagraph"/>
      </w:pPr>
      <w:r>
        <w:rPr>
          <w:sz w:val="22"/>
        </w:rPr>
        <w:t>A. tồn tại chế độ quân chủ chuyên chế.</w:t>
      </w:r>
    </w:p>
    <w:p>
      <w:pPr>
        <w:pStyle w:val="ListParagraph"/>
      </w:pPr>
      <w:r>
        <w:rPr>
          <w:sz w:val="22"/>
        </w:rPr>
        <w:t>B. là thuộc địa của chủ nghĩa thực dân.</w:t>
      </w:r>
    </w:p>
    <w:p>
      <w:pPr>
        <w:pStyle w:val="ListParagraph"/>
      </w:pPr>
      <w:r>
        <w:rPr>
          <w:sz w:val="22"/>
        </w:rPr>
        <w:t>C. xuất hiện kinh tế tư bản chủ nghĩa.</w:t>
      </w:r>
    </w:p>
    <w:p>
      <w:pPr>
        <w:pStyle w:val="ListParagraph"/>
      </w:pPr>
      <w:r>
        <w:rPr>
          <w:sz w:val="22"/>
        </w:rPr>
        <w:t>D. xuất hiện trào lưu triết học ánh sáng.</w:t>
      </w:r>
    </w:p>
    <w:p/>
    <w:p>
      <w:r>
        <w:rPr>
          <w:b/>
          <w:sz w:val="24"/>
        </w:rPr>
        <w:t>Câu 17: Nội dung nào không là đặc điểm tình hình nước Pháp cuối TK XVIII?</w:t>
      </w:r>
    </w:p>
    <w:p>
      <w:pPr>
        <w:pStyle w:val="ListParagraph"/>
      </w:pPr>
      <w:r>
        <w:rPr>
          <w:sz w:val="22"/>
        </w:rPr>
        <w:t>A. Lấy thanh giáo làm ngọn cờ tư tưởng.</w:t>
      </w:r>
    </w:p>
    <w:p>
      <w:pPr>
        <w:pStyle w:val="ListParagraph"/>
      </w:pPr>
      <w:r>
        <w:rPr>
          <w:sz w:val="22"/>
        </w:rPr>
        <w:t>B. Xuất hiện trào lưu ánh sáng.</w:t>
      </w:r>
    </w:p>
    <w:p>
      <w:pPr>
        <w:pStyle w:val="ListParagraph"/>
      </w:pPr>
      <w:r>
        <w:rPr>
          <w:sz w:val="22"/>
        </w:rPr>
        <w:t>C. Xã hội phân chia thành các đẳng cấp.</w:t>
      </w:r>
    </w:p>
    <w:p>
      <w:pPr>
        <w:pStyle w:val="ListParagraph"/>
      </w:pPr>
      <w:r>
        <w:rPr>
          <w:sz w:val="22"/>
        </w:rPr>
        <w:t>D. Vua Lu-I XVI có quyền lực tuyệt đối.</w:t>
      </w:r>
    </w:p>
    <w:p/>
    <w:p>
      <w:r>
        <w:rPr>
          <w:b/>
          <w:sz w:val="24"/>
        </w:rPr>
        <w:t>Câu 18: Thực dân Anh đã không thực hiện chính sách gì để kìm hãm sự phát triển kinh tế của 13 thuộc địa ở Bắc Mĩ?</w:t>
      </w:r>
    </w:p>
    <w:p>
      <w:pPr>
        <w:pStyle w:val="ListParagraph"/>
      </w:pPr>
      <w:r>
        <w:rPr>
          <w:sz w:val="22"/>
        </w:rPr>
        <w:t>A. cấm Bắc Mĩ sản xuất nhiều loại hàng công nghiệp.</w:t>
      </w:r>
    </w:p>
    <w:p>
      <w:pPr>
        <w:pStyle w:val="ListParagraph"/>
      </w:pPr>
      <w:r>
        <w:rPr>
          <w:sz w:val="22"/>
        </w:rPr>
        <w:t>B. chỉ được mở các doanh nghiệp kinh doanh nhỏ.</w:t>
      </w:r>
    </w:p>
    <w:p>
      <w:pPr>
        <w:pStyle w:val="ListParagraph"/>
      </w:pPr>
      <w:r>
        <w:rPr>
          <w:sz w:val="22"/>
        </w:rPr>
        <w:t>C. cấm đem máy móc và thợ lành nghề sang Anh.</w:t>
      </w:r>
    </w:p>
    <w:p>
      <w:pPr>
        <w:pStyle w:val="ListParagraph"/>
      </w:pPr>
      <w:r>
        <w:rPr>
          <w:sz w:val="22"/>
        </w:rPr>
        <w:t>D. không được tự do buôn bán với các nước khác.</w:t>
      </w:r>
    </w:p>
    <w:p/>
    <w:p>
      <w:r>
        <w:rPr>
          <w:b/>
          <w:sz w:val="24"/>
        </w:rPr>
        <w:t>Câu 19: Đặc điểm nổi bật về kinh tế của 13 thuộc địa Anh ở Bắc Mĩ giữa thế kỉ XVIII là</w:t>
      </w:r>
    </w:p>
    <w:p>
      <w:pPr>
        <w:pStyle w:val="ListParagraph"/>
      </w:pPr>
      <w:r>
        <w:rPr>
          <w:sz w:val="22"/>
        </w:rPr>
        <w:t>A. miền Nam phát triển kinh tế công nghiệp.</w:t>
      </w:r>
    </w:p>
    <w:p>
      <w:pPr>
        <w:pStyle w:val="ListParagraph"/>
      </w:pPr>
      <w:r>
        <w:rPr>
          <w:sz w:val="22"/>
        </w:rPr>
        <w:t>B. miền Bắc phát triển kinh tế thương nghiệp.</w:t>
      </w:r>
    </w:p>
    <w:p>
      <w:pPr>
        <w:pStyle w:val="ListParagraph"/>
      </w:pPr>
      <w:r>
        <w:rPr>
          <w:sz w:val="22"/>
        </w:rPr>
        <w:t>C. kinh tế phát triển theo con đường tư bản chủ nghĩa.</w:t>
      </w:r>
    </w:p>
    <w:p>
      <w:pPr>
        <w:pStyle w:val="ListParagraph"/>
      </w:pPr>
      <w:r>
        <w:rPr>
          <w:sz w:val="22"/>
        </w:rPr>
        <w:t>D. phát triển các đồn điền, trang trại lớn ở cả hai miền.</w:t>
      </w:r>
    </w:p>
    <w:p/>
    <w:p>
      <w:r>
        <w:rPr>
          <w:b/>
          <w:sz w:val="24"/>
        </w:rPr>
        <w:t>Câu 20: Nguyên nhân sâu xa dẫn tới sự bùng nổ cách mạng tư sản Pháp là</w:t>
      </w:r>
    </w:p>
    <w:p>
      <w:pPr>
        <w:pStyle w:val="ListParagraph"/>
      </w:pPr>
      <w:r>
        <w:rPr>
          <w:sz w:val="22"/>
        </w:rPr>
        <w:t>A. nền kinh tế TBCN ra đời nghưng bị chế độ phong kiến kìm hãm.</w:t>
      </w:r>
    </w:p>
    <w:p>
      <w:pPr>
        <w:pStyle w:val="ListParagraph"/>
      </w:pPr>
      <w:r>
        <w:rPr>
          <w:sz w:val="22"/>
        </w:rPr>
        <w:t>B. chế độ Phong kiến Pháp tồn tại lâu đời và ngày càng khủng hoảng.</w:t>
      </w:r>
    </w:p>
    <w:p>
      <w:pPr>
        <w:pStyle w:val="ListParagraph"/>
      </w:pPr>
      <w:r>
        <w:rPr>
          <w:sz w:val="22"/>
        </w:rPr>
        <w:t>C. mâu thuẫn trong xã hội sâu sắc, nhất là giữa Đẳng cấp thứ ba với phong kiến.</w:t>
      </w:r>
    </w:p>
    <w:p>
      <w:pPr>
        <w:pStyle w:val="ListParagraph"/>
      </w:pPr>
      <w:r>
        <w:rPr>
          <w:sz w:val="22"/>
        </w:rPr>
        <w:t>D. nước Anh tư sản là tấm gương cổ vũ tư sản Pháp làm cách mạng.</w:t>
      </w:r>
    </w:p>
    <w:p/>
    <w:p>
      <w:r>
        <w:rPr>
          <w:b/>
          <w:sz w:val="24"/>
        </w:rPr>
        <w:t>Câu 21: Đâu không phải là mục tiêu của các cuộc cách mạng tư sản?</w:t>
      </w:r>
    </w:p>
    <w:p>
      <w:pPr>
        <w:pStyle w:val="ListParagraph"/>
      </w:pPr>
      <w:r>
        <w:rPr>
          <w:sz w:val="22"/>
        </w:rPr>
        <w:t>A. Lật đổ chế độ phong kiến, thực dân cùng tàn tích của nó.</w:t>
      </w:r>
    </w:p>
    <w:p>
      <w:pPr>
        <w:pStyle w:val="ListParagraph"/>
      </w:pPr>
      <w:r>
        <w:rPr>
          <w:sz w:val="22"/>
        </w:rPr>
        <w:t>B. Tạo điều kiện cho sự phát triển của nền kinh tế tư bản chủ nghĩa.</w:t>
      </w:r>
    </w:p>
    <w:p>
      <w:pPr>
        <w:pStyle w:val="ListParagraph"/>
      </w:pPr>
      <w:r>
        <w:rPr>
          <w:sz w:val="22"/>
        </w:rPr>
        <w:t>C. Thiết lập nền thống trị của giai cấp tư sản.</w:t>
      </w:r>
    </w:p>
    <w:p>
      <w:pPr>
        <w:pStyle w:val="ListParagraph"/>
      </w:pPr>
      <w:r>
        <w:rPr>
          <w:sz w:val="22"/>
        </w:rPr>
        <w:t>D. Mở ra thời đại mới: thời đại thắng lợi của chủ nghĩa xã hội</w:t>
      </w:r>
    </w:p>
    <w:p/>
    <w:p>
      <w:r>
        <w:rPr>
          <w:b/>
          <w:sz w:val="24"/>
        </w:rPr>
        <w:t>Câu 22: Hình thức của cuộc cách mạng tư sản Anh là</w:t>
      </w:r>
    </w:p>
    <w:p>
      <w:pPr>
        <w:pStyle w:val="ListParagraph"/>
      </w:pPr>
      <w:r>
        <w:rPr>
          <w:sz w:val="22"/>
        </w:rPr>
        <w:t>A. chiến tranh giành độc lập.</w:t>
      </w:r>
    </w:p>
    <w:p>
      <w:pPr>
        <w:pStyle w:val="ListParagraph"/>
      </w:pPr>
      <w:r>
        <w:rPr>
          <w:sz w:val="22"/>
        </w:rPr>
        <w:t>B. nội chiến cách mạng.</w:t>
      </w:r>
    </w:p>
    <w:p>
      <w:pPr>
        <w:pStyle w:val="ListParagraph"/>
      </w:pPr>
      <w:r>
        <w:rPr>
          <w:sz w:val="22"/>
        </w:rPr>
        <w:t>C. chiến tranh xâm lược.</w:t>
      </w:r>
    </w:p>
    <w:p>
      <w:pPr>
        <w:pStyle w:val="ListParagraph"/>
      </w:pPr>
      <w:r>
        <w:rPr>
          <w:sz w:val="22"/>
        </w:rPr>
        <w:t>D. đấu tranh chính trị, hòa bình.</w:t>
      </w:r>
    </w:p>
    <w:p/>
    <w:p>
      <w:r>
        <w:rPr>
          <w:b/>
          <w:sz w:val="24"/>
        </w:rPr>
        <w:t>Câu 23: Nội dung nào phản ánh không đúng về nhiệm vụ dân chủ trong các cuộc cách mạng tư sản?</w:t>
      </w:r>
    </w:p>
    <w:p>
      <w:pPr>
        <w:pStyle w:val="ListParagraph"/>
      </w:pPr>
      <w:r>
        <w:rPr>
          <w:sz w:val="22"/>
        </w:rPr>
        <w:t>A. Xóa bỏ chế độ phong kiến chuyên chế.</w:t>
      </w:r>
    </w:p>
    <w:p>
      <w:pPr>
        <w:pStyle w:val="ListParagraph"/>
      </w:pPr>
      <w:r>
        <w:rPr>
          <w:sz w:val="22"/>
        </w:rPr>
        <w:t>B. Xác lập nền dân chủ tư sản.</w:t>
      </w:r>
    </w:p>
    <w:p>
      <w:pPr>
        <w:pStyle w:val="ListParagraph"/>
      </w:pPr>
      <w:r>
        <w:rPr>
          <w:sz w:val="22"/>
        </w:rPr>
        <w:t>C. Đem lại quyền tự do chính trị, kinh tế cho người dân.</w:t>
      </w:r>
    </w:p>
    <w:p>
      <w:pPr>
        <w:pStyle w:val="ListParagraph"/>
      </w:pPr>
      <w:r>
        <w:rPr>
          <w:sz w:val="22"/>
        </w:rPr>
        <w:t>D. Thống nhất thị trường, tạo thành quốc gia dân tộc.</w:t>
      </w:r>
    </w:p>
    <w:p/>
    <w:p>
      <w:r>
        <w:rPr>
          <w:b/>
          <w:sz w:val="24"/>
        </w:rPr>
        <w:t>Câu 24: Đâu là mục tiêu của cuộc cách mạng tư sản Pháp cuối thế kỉ XVIII?</w:t>
      </w:r>
    </w:p>
    <w:p>
      <w:pPr>
        <w:pStyle w:val="ListParagraph"/>
      </w:pPr>
      <w:r>
        <w:rPr>
          <w:sz w:val="22"/>
        </w:rPr>
        <w:t>A. Lật đổ chế độ phong kiến đứng đầu vua Sác- lơ I.</w:t>
      </w:r>
    </w:p>
    <w:p>
      <w:pPr>
        <w:pStyle w:val="ListParagraph"/>
      </w:pPr>
      <w:r>
        <w:rPr>
          <w:sz w:val="22"/>
        </w:rPr>
        <w:t>B. Lật đổ ách thống trị của thực dân Anh.</w:t>
      </w:r>
    </w:p>
    <w:p>
      <w:pPr>
        <w:pStyle w:val="ListParagraph"/>
      </w:pPr>
      <w:r>
        <w:rPr>
          <w:sz w:val="22"/>
        </w:rPr>
        <w:t>C. Lật đổ chế độ phong kiến đứng đầu vua Lu- i XVI.</w:t>
      </w:r>
    </w:p>
    <w:p>
      <w:pPr>
        <w:pStyle w:val="ListParagraph"/>
      </w:pPr>
      <w:r>
        <w:rPr>
          <w:sz w:val="22"/>
        </w:rPr>
        <w:t>D. Thiết lập chính quyền của giai cấp tư sản và chủ nô.</w:t>
      </w:r>
    </w:p>
    <w:p/>
    <w:p>
      <w:r>
        <w:rPr>
          <w:b/>
          <w:sz w:val="24"/>
        </w:rPr>
        <w:t>Câu 25: Tính chất của cuộc Cách mạng tháng Hai năm 1917 ở Nga là:</w:t>
      </w:r>
    </w:p>
    <w:p>
      <w:pPr>
        <w:pStyle w:val="ListParagraph"/>
      </w:pPr>
      <w:r>
        <w:rPr>
          <w:sz w:val="22"/>
        </w:rPr>
        <w:t>A. cách mạng dân chủ tư sản kiểu cũ.</w:t>
      </w:r>
    </w:p>
    <w:p>
      <w:pPr>
        <w:pStyle w:val="ListParagraph"/>
      </w:pPr>
      <w:r>
        <w:rPr>
          <w:sz w:val="22"/>
        </w:rPr>
        <w:t>B. cách mạng vô sản.</w:t>
      </w:r>
    </w:p>
    <w:p>
      <w:pPr>
        <w:pStyle w:val="ListParagraph"/>
      </w:pPr>
      <w:r>
        <w:rPr>
          <w:sz w:val="22"/>
        </w:rPr>
        <w:t>C. cách mạng dân chủ tư sản kiểu mới.</w:t>
      </w:r>
    </w:p>
    <w:p>
      <w:pPr>
        <w:pStyle w:val="ListParagraph"/>
      </w:pPr>
      <w:r>
        <w:rPr>
          <w:sz w:val="22"/>
        </w:rPr>
        <w:t>D. cách mạng văn hóa.</w:t>
      </w:r>
    </w:p>
    <w:p/>
    <w:p>
      <w:r>
        <w:rPr>
          <w:b/>
          <w:sz w:val="24"/>
        </w:rPr>
        <w:t>Câu 26: Tầng lớp quý tộc mới ở Anh là</w:t>
      </w:r>
    </w:p>
    <w:p>
      <w:pPr>
        <w:pStyle w:val="ListParagraph"/>
      </w:pPr>
      <w:r>
        <w:rPr>
          <w:sz w:val="22"/>
        </w:rPr>
        <w:t>A. tầng lớp có nguồn gốc từ quý tộc phong kiến, cấu kết với tăng lữ bóc lột nhân dân.</w:t>
      </w:r>
    </w:p>
    <w:p>
      <w:pPr>
        <w:pStyle w:val="ListParagraph"/>
      </w:pPr>
      <w:r>
        <w:rPr>
          <w:sz w:val="22"/>
        </w:rPr>
        <w:t>B. bộ phận quý tộc phong kiến cũ nhưng chuyển hướng kinh doanh theo lối tư bản chủ nghĩa.</w:t>
      </w:r>
    </w:p>
    <w:p>
      <w:pPr>
        <w:pStyle w:val="ListParagraph"/>
      </w:pPr>
      <w:r>
        <w:rPr>
          <w:sz w:val="22"/>
        </w:rPr>
        <w:t>C. những người có quan hệ gần gũi với nhân dân, có quyền lợi kinh tế gắn liền với giai cấp tư sản.</w:t>
      </w:r>
    </w:p>
    <w:p>
      <w:pPr>
        <w:pStyle w:val="ListParagraph"/>
      </w:pPr>
      <w:r>
        <w:rPr>
          <w:sz w:val="22"/>
        </w:rPr>
        <w:t>D. tầng lớp đã thực hiện nhiều chính sách cải cách tiến bộ đối với nhân dân.</w:t>
      </w:r>
    </w:p>
    <w:p/>
    <w:p>
      <w:r>
        <w:rPr>
          <w:b/>
          <w:sz w:val="24"/>
        </w:rPr>
        <w:t>Câu 27: Tại sao thực dân Anh thi hành nhiều chính sách kìm hãm sự phát triển kinh tế ở 13 thuộc địa Bắc Mĩ?</w:t>
      </w:r>
    </w:p>
    <w:p>
      <w:pPr>
        <w:pStyle w:val="ListParagraph"/>
      </w:pPr>
      <w:r>
        <w:rPr>
          <w:sz w:val="22"/>
        </w:rPr>
        <w:t>A. Vì 13 thuộc địa ở Bắc Mĩ cần vốn và thị trường của nước Anh.</w:t>
      </w:r>
    </w:p>
    <w:p>
      <w:pPr>
        <w:pStyle w:val="ListParagraph"/>
      </w:pPr>
      <w:r>
        <w:rPr>
          <w:sz w:val="22"/>
        </w:rPr>
        <w:t>B. Nền kinh tế 13 thuộc địa phát triển một cách tự phát, mất cân đối.</w:t>
      </w:r>
    </w:p>
    <w:p>
      <w:pPr>
        <w:pStyle w:val="ListParagraph"/>
      </w:pPr>
      <w:r>
        <w:rPr>
          <w:sz w:val="22"/>
        </w:rPr>
        <w:t>C. Tạo ra phát triển hài hòa giữa hai miền Nam và Bắc của 13 thuộc địa.</w:t>
      </w:r>
    </w:p>
    <w:p>
      <w:pPr>
        <w:pStyle w:val="ListParagraph"/>
      </w:pPr>
      <w:r>
        <w:rPr>
          <w:sz w:val="22"/>
        </w:rPr>
        <w:t>D. Nền kinh tế 13 thuộc địa trở thành đối thủ cạnh tranh với nước Anh.</w:t>
      </w:r>
    </w:p>
    <w:p/>
    <w:p>
      <w:r>
        <w:rPr>
          <w:b/>
          <w:sz w:val="24"/>
        </w:rPr>
        <w:t>Câu 28: Vai trò của trào lưu Triết học Ánh sáng là gì?</w:t>
      </w:r>
    </w:p>
    <w:p>
      <w:pPr>
        <w:pStyle w:val="ListParagraph"/>
      </w:pPr>
      <w:r>
        <w:rPr>
          <w:sz w:val="22"/>
        </w:rPr>
        <w:t>A. Tấn công vào hệ tư tưởng của chế độ phong kiến, dọn đường cho cách mạng bùng nổ.</w:t>
      </w:r>
    </w:p>
    <w:p>
      <w:pPr>
        <w:pStyle w:val="ListParagraph"/>
      </w:pPr>
      <w:r>
        <w:rPr>
          <w:sz w:val="22"/>
        </w:rPr>
        <w:t>B. Lên án chế độ tư bản chủ nghĩa, đưa ra lí thuyết về xây dựng nhà nước xã hội chủ nghĩa.</w:t>
      </w:r>
    </w:p>
    <w:p>
      <w:pPr>
        <w:pStyle w:val="ListParagraph"/>
      </w:pPr>
      <w:r>
        <w:rPr>
          <w:sz w:val="22"/>
        </w:rPr>
        <w:t>C. Lên án chế độ phong kiến, cũng như những mặt trái của chủ nghĩa tư bản, xây dựng xã hội mới.</w:t>
      </w:r>
    </w:p>
    <w:p>
      <w:pPr>
        <w:pStyle w:val="ListParagraph"/>
      </w:pPr>
      <w:r>
        <w:rPr>
          <w:sz w:val="22"/>
        </w:rPr>
        <w:t>D. Đề cao chế độ phong kiến, lên án chế độ tư bản chủ nghĩa, bênh vực cho người lao động.</w:t>
      </w:r>
    </w:p>
    <w:p/>
    <w:p>
      <w:r>
        <w:rPr>
          <w:b/>
          <w:sz w:val="24"/>
        </w:rPr>
        <w:t>Câu 29: Điểm giống nhau cơ bản của tình hình nước Anh và nước Pháp trước cách mạng tư sản là</w:t>
      </w:r>
    </w:p>
    <w:p>
      <w:pPr>
        <w:pStyle w:val="ListParagraph"/>
      </w:pPr>
      <w:r>
        <w:rPr>
          <w:sz w:val="22"/>
        </w:rPr>
        <w:t>A. Xã hội đều phân chia thành các đẳng cấp, giai cấp khác nhau.</w:t>
      </w:r>
    </w:p>
    <w:p>
      <w:pPr>
        <w:pStyle w:val="ListParagraph"/>
      </w:pPr>
      <w:r>
        <w:rPr>
          <w:sz w:val="22"/>
        </w:rPr>
        <w:t>B. Đều có sự xâm nhập của quan hệ sản xuất tư bản chủ nghĩa vào nông nghiệp.</w:t>
      </w:r>
    </w:p>
    <w:p>
      <w:pPr>
        <w:pStyle w:val="ListParagraph"/>
      </w:pPr>
      <w:r>
        <w:rPr>
          <w:sz w:val="22"/>
        </w:rPr>
        <w:t>C. Đều xuất hiện tầng lớp quý tộc mới và các lực lượng lao động bị bóc lột.</w:t>
      </w:r>
    </w:p>
    <w:p>
      <w:pPr>
        <w:pStyle w:val="ListParagraph"/>
      </w:pPr>
      <w:r>
        <w:rPr>
          <w:sz w:val="22"/>
        </w:rPr>
        <w:t>D. Vấn đề tài chính là nguyên nhân trực tiếp làm bùng nổ cách mạng.</w:t>
      </w:r>
    </w:p>
    <w:p/>
    <w:p>
      <w:r>
        <w:rPr>
          <w:b/>
          <w:sz w:val="24"/>
        </w:rPr>
        <w:t>Câu 30: Cách mạng tư sản Anh thế kỉ XVII diễn ra dưới hình thức</w:t>
      </w:r>
    </w:p>
    <w:p>
      <w:pPr>
        <w:pStyle w:val="ListParagraph"/>
      </w:pPr>
      <w:r>
        <w:rPr>
          <w:sz w:val="22"/>
        </w:rPr>
        <w:t>A. nội chiến.</w:t>
      </w:r>
    </w:p>
    <w:p>
      <w:pPr>
        <w:pStyle w:val="ListParagraph"/>
      </w:pPr>
      <w:r>
        <w:rPr>
          <w:sz w:val="22"/>
        </w:rPr>
        <w:t>B. chiến tranh giải phóng dân tộc.</w:t>
      </w:r>
    </w:p>
    <w:p>
      <w:pPr>
        <w:pStyle w:val="ListParagraph"/>
      </w:pPr>
      <w:r>
        <w:rPr>
          <w:sz w:val="22"/>
        </w:rPr>
        <w:t>C. cải cách.</w:t>
      </w:r>
    </w:p>
    <w:p>
      <w:pPr>
        <w:pStyle w:val="ListParagraph"/>
      </w:pPr>
      <w:r>
        <w:rPr>
          <w:sz w:val="22"/>
        </w:rPr>
        <w:t>D. đấu tranh chống xâm lược.</w:t>
      </w:r>
    </w:p>
    <w:p/>
    <w:p>
      <w:r>
        <w:rPr>
          <w:b/>
          <w:sz w:val="24"/>
        </w:rPr>
        <w:t>Câu 31: Các cuộc cách mạng tư sản thời cận đại có điểm gì chung?</w:t>
      </w:r>
    </w:p>
    <w:p>
      <w:pPr>
        <w:pStyle w:val="ListParagraph"/>
      </w:pPr>
      <w:r>
        <w:rPr>
          <w:sz w:val="22"/>
        </w:rPr>
        <w:t>A. Mở đường cho chủ nghĩa tư bản phát triển.</w:t>
      </w:r>
    </w:p>
    <w:p>
      <w:pPr>
        <w:pStyle w:val="ListParagraph"/>
      </w:pPr>
      <w:r>
        <w:rPr>
          <w:sz w:val="22"/>
        </w:rPr>
        <w:t>B. Tư sản và chủ nô lãnh đạo.</w:t>
      </w:r>
    </w:p>
    <w:p>
      <w:pPr>
        <w:pStyle w:val="ListParagraph"/>
      </w:pPr>
      <w:r>
        <w:rPr>
          <w:sz w:val="22"/>
        </w:rPr>
        <w:t>C. Nhằm mục đích xóa bỏ chế độ nô lệ.</w:t>
      </w:r>
    </w:p>
    <w:p>
      <w:pPr>
        <w:pStyle w:val="ListParagraph"/>
      </w:pPr>
      <w:r>
        <w:rPr>
          <w:sz w:val="22"/>
        </w:rPr>
        <w:t>D. Diễn ra dưới hình thức nội chiến.</w:t>
      </w:r>
    </w:p>
    <w:p/>
    <w:p>
      <w:r>
        <w:rPr>
          <w:b/>
          <w:sz w:val="24"/>
        </w:rPr>
        <w:t>Câu 32: Quần chúng nhân dân - lực lượng đông đảo trong các cuộc cách mạng tư sản thường</w:t>
      </w:r>
    </w:p>
    <w:p>
      <w:pPr>
        <w:pStyle w:val="ListParagraph"/>
      </w:pPr>
      <w:r>
        <w:rPr>
          <w:sz w:val="22"/>
        </w:rPr>
        <w:t>A. bị giai cấp tư sản lợi dụng, không được hưởng quyền lợi.</w:t>
      </w:r>
    </w:p>
    <w:p>
      <w:pPr>
        <w:pStyle w:val="ListParagraph"/>
      </w:pPr>
      <w:r>
        <w:rPr>
          <w:sz w:val="22"/>
        </w:rPr>
        <w:t>B. giữ vai trò lãnh đạo cách mạng, thúc đẩy cách mạng đi lên.</w:t>
      </w:r>
    </w:p>
    <w:p>
      <w:pPr>
        <w:pStyle w:val="ListParagraph"/>
      </w:pPr>
      <w:r>
        <w:rPr>
          <w:sz w:val="22"/>
        </w:rPr>
        <w:t>C. giữ vai trò chính trong việc lật đổ giai cấp tư sản.</w:t>
      </w:r>
    </w:p>
    <w:p>
      <w:pPr>
        <w:pStyle w:val="ListParagraph"/>
      </w:pPr>
      <w:r>
        <w:rPr>
          <w:sz w:val="22"/>
        </w:rPr>
        <w:t>D. có vai trò quan trọng thúc đẩy cách mạng đi đến thành công.</w:t>
      </w:r>
    </w:p>
    <w:p/>
    <w:p>
      <w:r>
        <w:rPr>
          <w:b/>
          <w:sz w:val="24"/>
        </w:rPr>
        <w:t>Câu 33: Trong các cuộc cách mạng tư sản, quần chúng nhân dân là lực lượng đông đảo</w:t>
      </w:r>
    </w:p>
    <w:p>
      <w:pPr>
        <w:pStyle w:val="ListParagraph"/>
      </w:pPr>
      <w:r>
        <w:rPr>
          <w:sz w:val="22"/>
        </w:rPr>
        <w:t>A. bị giai cấp tư sản lợi dụng.</w:t>
      </w:r>
    </w:p>
    <w:p>
      <w:pPr>
        <w:pStyle w:val="ListParagraph"/>
      </w:pPr>
      <w:r>
        <w:rPr>
          <w:sz w:val="22"/>
        </w:rPr>
        <w:t>B. giữ vai trò lãnh đạo cách mạng.</w:t>
      </w:r>
    </w:p>
    <w:p>
      <w:pPr>
        <w:pStyle w:val="ListParagraph"/>
      </w:pPr>
      <w:r>
        <w:rPr>
          <w:sz w:val="22"/>
        </w:rPr>
        <w:t>C. giữ vai trò chính trong việc lật đổ giai cấp tư sản.</w:t>
      </w:r>
    </w:p>
    <w:p>
      <w:pPr>
        <w:pStyle w:val="ListParagraph"/>
      </w:pPr>
      <w:r>
        <w:rPr>
          <w:sz w:val="22"/>
        </w:rPr>
        <w:t>D. có vai trò quan trọng để cách mạng thắng lợi.</w:t>
      </w:r>
    </w:p>
    <w:p/>
    <w:p>
      <w:r>
        <w:rPr>
          <w:b/>
          <w:sz w:val="24"/>
        </w:rPr>
        <w:t>Câu 34: Tính chất của Chiến tranh giành độc lập ở Bắc Mĩ cuối thế kỉ XVIII là cuộc</w:t>
      </w:r>
    </w:p>
    <w:p>
      <w:pPr>
        <w:pStyle w:val="ListParagraph"/>
      </w:pPr>
      <w:r>
        <w:rPr>
          <w:sz w:val="22"/>
        </w:rPr>
        <w:t>A. nội chiến đẫm máu.</w:t>
      </w:r>
    </w:p>
    <w:p>
      <w:pPr>
        <w:pStyle w:val="ListParagraph"/>
      </w:pPr>
      <w:r>
        <w:rPr>
          <w:sz w:val="22"/>
        </w:rPr>
        <w:t>B. cách mạng tư sản triệt để.</w:t>
      </w:r>
    </w:p>
    <w:p>
      <w:pPr>
        <w:pStyle w:val="ListParagraph"/>
      </w:pPr>
      <w:r>
        <w:rPr>
          <w:sz w:val="22"/>
        </w:rPr>
        <w:t>C. cách mạng tư sản không triệt để.</w:t>
      </w:r>
    </w:p>
    <w:p>
      <w:pPr>
        <w:pStyle w:val="ListParagraph"/>
      </w:pPr>
      <w:r>
        <w:rPr>
          <w:sz w:val="22"/>
        </w:rPr>
        <w:t>D. chiến tranh giải phóng mang tính chất vô sản.</w:t>
      </w:r>
    </w:p>
    <w:p/>
    <w:p>
      <w:r>
        <w:rPr>
          <w:b/>
          <w:sz w:val="24"/>
        </w:rPr>
        <w:t>Câu 35: Nhận xét nào đúng về tầng lớp quý tộc mới ở Anh ?</w:t>
      </w:r>
    </w:p>
    <w:p>
      <w:pPr>
        <w:pStyle w:val="ListParagraph"/>
      </w:pPr>
      <w:r>
        <w:rPr>
          <w:sz w:val="22"/>
        </w:rPr>
        <w:t>A. Tầng lớp có nguồn gốc là các quý tộc phong kiến và cấu kết chặt chẽ với tăng lữ bóc lột nhân dân.</w:t>
      </w:r>
    </w:p>
    <w:p>
      <w:pPr>
        <w:pStyle w:val="ListParagraph"/>
      </w:pPr>
      <w:r>
        <w:rPr>
          <w:sz w:val="22"/>
        </w:rPr>
        <w:t>B. Tầng lớp có quyền lợi chính trị gắn với quý tộc phong kiến, nhưng lại có quyền lợi kinh tế gắn liền tư sản.</w:t>
      </w:r>
    </w:p>
    <w:p>
      <w:pPr>
        <w:pStyle w:val="ListParagraph"/>
      </w:pPr>
      <w:r>
        <w:rPr>
          <w:sz w:val="22"/>
        </w:rPr>
        <w:t>C. Tầng lớp quý tộc cũ, có thế lực kinh tế và chính trị trong xã hội và có quan hệ gần gũi với nhân dân.</w:t>
      </w:r>
    </w:p>
    <w:p>
      <w:pPr>
        <w:pStyle w:val="ListParagraph"/>
      </w:pPr>
      <w:r>
        <w:rPr>
          <w:sz w:val="22"/>
        </w:rPr>
        <w:t>D. Tầng lớp có địa vị cao trong xã hội và đã thực hiện nhiều chính sách tiến bộ đối với nhân dân.</w:t>
      </w:r>
    </w:p>
    <w:p/>
    <w:p>
      <w:r>
        <w:rPr>
          <w:b/>
          <w:sz w:val="24"/>
        </w:rPr>
        <w:t>Câu 36: Điểm giống nhau của cuộc cách mạng tư sản Anh và 13 thuộc địa Anh ở Bắc Mỹ là</w:t>
      </w:r>
    </w:p>
    <w:p>
      <w:pPr>
        <w:pStyle w:val="ListParagraph"/>
      </w:pPr>
      <w:r>
        <w:rPr>
          <w:sz w:val="22"/>
        </w:rPr>
        <w:t>A. hình thức.</w:t>
      </w:r>
    </w:p>
    <w:p>
      <w:pPr>
        <w:pStyle w:val="ListParagraph"/>
      </w:pPr>
      <w:r>
        <w:rPr>
          <w:sz w:val="22"/>
        </w:rPr>
        <w:t>B. tính chất.</w:t>
      </w:r>
    </w:p>
    <w:p>
      <w:pPr>
        <w:pStyle w:val="ListParagraph"/>
      </w:pPr>
      <w:r>
        <w:rPr>
          <w:sz w:val="22"/>
        </w:rPr>
        <w:t>C. lãnh đạo.</w:t>
      </w:r>
    </w:p>
    <w:p>
      <w:pPr>
        <w:pStyle w:val="ListParagraph"/>
      </w:pPr>
      <w:r>
        <w:rPr>
          <w:sz w:val="22"/>
        </w:rPr>
        <w:t>D. mục tiêu.</w:t>
      </w:r>
    </w:p>
    <w:p/>
    <w:p>
      <w:r>
        <w:rPr>
          <w:b/>
          <w:sz w:val="24"/>
        </w:rPr>
        <w:t>Câu 37: Nhận xét nào sau đây là đúng về cuộc Cách mạng tháng Hai năm 1917 ở Nga?</w:t>
      </w:r>
    </w:p>
    <w:p>
      <w:pPr>
        <w:pStyle w:val="ListParagraph"/>
      </w:pPr>
      <w:r>
        <w:rPr>
          <w:sz w:val="22"/>
        </w:rPr>
        <w:t>A. Cuộc cách mạng chống lại chế độ quân chủ lập hiến do Nga hoàng đứng đầu.</w:t>
      </w:r>
    </w:p>
    <w:p>
      <w:pPr>
        <w:pStyle w:val="ListParagraph"/>
      </w:pPr>
      <w:r>
        <w:rPr>
          <w:sz w:val="22"/>
        </w:rPr>
        <w:t>B. Cuộc cách mạng đặt dưới sự lãnh đạo hoàn toàn của giai cấp tư sản Nga.</w:t>
      </w:r>
    </w:p>
    <w:p>
      <w:pPr>
        <w:pStyle w:val="ListParagraph"/>
      </w:pPr>
      <w:r>
        <w:rPr>
          <w:sz w:val="22"/>
        </w:rPr>
        <w:t>C. Cuộc cách mạng xây dựng và mở đường cho chủ nghĩa tư bản phát triển ở Nga.</w:t>
      </w:r>
    </w:p>
    <w:p>
      <w:pPr>
        <w:pStyle w:val="ListParagraph"/>
      </w:pPr>
      <w:r>
        <w:rPr>
          <w:sz w:val="22"/>
        </w:rPr>
        <w:t>D. Cuộc cách mạng mang được gọi là cách mạng dân chủ tư sản kiểu mới.</w:t>
      </w:r>
    </w:p>
    <w:p/>
    <w:p>
      <w:r>
        <w:rPr>
          <w:b/>
          <w:sz w:val="24"/>
        </w:rPr>
        <w:t>Câu 38: Điểm khác biệt về tình hình chính trị Bắc Mĩ so với nước Anh và Pháp trước khi cách mạng tư sản bùng nổ là</w:t>
      </w:r>
    </w:p>
    <w:p>
      <w:pPr>
        <w:pStyle w:val="ListParagraph"/>
      </w:pPr>
      <w:r>
        <w:rPr>
          <w:sz w:val="22"/>
        </w:rPr>
        <w:t>A. Bị thực dân phương Tây kìm hãm.</w:t>
      </w:r>
    </w:p>
    <w:p>
      <w:pPr>
        <w:pStyle w:val="ListParagraph"/>
      </w:pPr>
      <w:r>
        <w:rPr>
          <w:sz w:val="22"/>
        </w:rPr>
        <w:t>B. Chế độ phong kiến tồn tại và kìm hãm.</w:t>
      </w:r>
    </w:p>
    <w:p>
      <w:pPr>
        <w:pStyle w:val="ListParagraph"/>
      </w:pPr>
      <w:r>
        <w:rPr>
          <w:sz w:val="22"/>
        </w:rPr>
        <w:t>C. Xuất hiện quí tộc mới.</w:t>
      </w:r>
    </w:p>
    <w:p>
      <w:pPr>
        <w:pStyle w:val="ListParagraph"/>
      </w:pPr>
      <w:r>
        <w:rPr>
          <w:sz w:val="22"/>
        </w:rPr>
        <w:t>D. Xuất hiện chế độ 3 đẳng cấp.</w:t>
      </w:r>
    </w:p>
    <w:p/>
    <w:p>
      <w:r>
        <w:rPr>
          <w:b/>
          <w:sz w:val="24"/>
        </w:rPr>
        <w:t>Câu 39: Điểm tương đồng về tình hình xã hội Pháp và Anh trước khi bùng nổ cách mạng tư sản là</w:t>
      </w:r>
    </w:p>
    <w:p>
      <w:pPr>
        <w:pStyle w:val="ListParagraph"/>
      </w:pPr>
      <w:r>
        <w:rPr>
          <w:sz w:val="22"/>
        </w:rPr>
        <w:t>A. Tồn tại mẫu thuẫn giữa nhân dân lao động với quí tộc phong kiến.</w:t>
      </w:r>
    </w:p>
    <w:p>
      <w:pPr>
        <w:pStyle w:val="ListParagraph"/>
      </w:pPr>
      <w:r>
        <w:rPr>
          <w:sz w:val="22"/>
        </w:rPr>
        <w:t>B. Tồn tại mâu thuẫn giữa quần chúng nhân dân với chế độ thực dân.</w:t>
      </w:r>
    </w:p>
    <w:p>
      <w:pPr>
        <w:pStyle w:val="ListParagraph"/>
      </w:pPr>
      <w:r>
        <w:rPr>
          <w:sz w:val="22"/>
        </w:rPr>
        <w:t>C. Nhân dân vừa mâu thuẫn với quí tộc phong kiến vừa bị thực dân kìm hãm.</w:t>
      </w:r>
    </w:p>
    <w:p>
      <w:pPr>
        <w:pStyle w:val="ListParagraph"/>
      </w:pPr>
      <w:r>
        <w:rPr>
          <w:sz w:val="22"/>
        </w:rPr>
        <w:t>D. Quí tộc mới mâu thuẫn với phong kiến.</w:t>
      </w:r>
    </w:p>
    <w:p/>
    <w:p>
      <w:r>
        <w:rPr>
          <w:b/>
          <w:sz w:val="24"/>
        </w:rPr>
        <w:t>Câu 40: Điểm chung trong tiền đề tư tưởng của các cuộc cách mạng tư sản cuối thế kỉ XVII đầu TK XVIII là</w:t>
      </w:r>
    </w:p>
    <w:p>
      <w:pPr>
        <w:pStyle w:val="ListParagraph"/>
      </w:pPr>
      <w:r>
        <w:rPr>
          <w:sz w:val="22"/>
        </w:rPr>
        <w:t>A. Xuất hiện các trào lưu tư tưởng tiến bộ của giai cấp tư sản.</w:t>
      </w:r>
    </w:p>
    <w:p>
      <w:pPr>
        <w:pStyle w:val="ListParagraph"/>
      </w:pPr>
      <w:r>
        <w:rPr>
          <w:sz w:val="22"/>
        </w:rPr>
        <w:t>B. Xuất hiện trào lưu triết học ánh sáng.</w:t>
      </w:r>
    </w:p>
    <w:p>
      <w:pPr>
        <w:pStyle w:val="ListParagraph"/>
      </w:pPr>
      <w:r>
        <w:rPr>
          <w:sz w:val="22"/>
        </w:rPr>
        <w:t>C. Xuất hiện các giai cấp, tầng lớp mới.</w:t>
      </w:r>
    </w:p>
    <w:p>
      <w:pPr>
        <w:pStyle w:val="ListParagraph"/>
      </w:pPr>
      <w:r>
        <w:rPr>
          <w:sz w:val="22"/>
        </w:rPr>
        <w:t>D. Xuất hiện trào lưu xã hội không tưởng.</w:t>
      </w:r>
    </w:p>
    <w:p/>
    <w:p>
      <w:r>
        <w:rPr>
          <w:b/>
          <w:sz w:val="24"/>
        </w:rPr>
        <w:t>Câu 41: Điểm khác biệt về đặc điểm kinh tế Anh so với Pháp trước khi bùng nổ cách mạng tư sản là</w:t>
      </w:r>
    </w:p>
    <w:p>
      <w:pPr>
        <w:pStyle w:val="ListParagraph"/>
      </w:pPr>
      <w:r>
        <w:rPr>
          <w:sz w:val="22"/>
        </w:rPr>
        <w:t>A. Nền nông nghiệp phát triển.</w:t>
      </w:r>
    </w:p>
    <w:p>
      <w:pPr>
        <w:pStyle w:val="ListParagraph"/>
      </w:pPr>
      <w:r>
        <w:rPr>
          <w:sz w:val="22"/>
        </w:rPr>
        <w:t>B. Nền công nghiệp phát triển.</w:t>
      </w:r>
    </w:p>
    <w:p>
      <w:pPr>
        <w:pStyle w:val="ListParagraph"/>
      </w:pPr>
      <w:r>
        <w:rPr>
          <w:sz w:val="22"/>
        </w:rPr>
        <w:t>C. Ngoại thương phát triển.</w:t>
      </w:r>
    </w:p>
    <w:p>
      <w:pPr>
        <w:pStyle w:val="ListParagraph"/>
      </w:pPr>
      <w:r>
        <w:rPr>
          <w:sz w:val="22"/>
        </w:rPr>
        <w:t>D. Nền nông nghiệp lạc hậu.</w:t>
      </w:r>
    </w:p>
    <w:p/>
    <w:p>
      <w:r>
        <w:rPr>
          <w:b/>
          <w:sz w:val="24"/>
        </w:rPr>
        <w:t>Câu 42: Điểm chung về tình hình Anh, Pháp, Bắc Mĩ trước khi tiến hành cách mạng tư sản là</w:t>
      </w:r>
    </w:p>
    <w:p>
      <w:pPr>
        <w:pStyle w:val="ListParagraph"/>
      </w:pPr>
      <w:r>
        <w:rPr>
          <w:sz w:val="22"/>
        </w:rPr>
        <w:t>A. Mâu thuẫn giữa lực lượng sản xuất tiến bộ với quan hệ sản xuất lạc hậu.</w:t>
      </w:r>
    </w:p>
    <w:p>
      <w:pPr>
        <w:pStyle w:val="ListParagraph"/>
      </w:pPr>
      <w:r>
        <w:rPr>
          <w:sz w:val="22"/>
        </w:rPr>
        <w:t>B. Mâu thuẫn về vấn đề tài chính là nguyên nhân trực tiếp.</w:t>
      </w:r>
    </w:p>
    <w:p>
      <w:pPr>
        <w:pStyle w:val="ListParagraph"/>
      </w:pPr>
      <w:r>
        <w:rPr>
          <w:sz w:val="22"/>
        </w:rPr>
        <w:t>C. Trào lưu triết học ánh sáng là yếu tố tư tưởng.</w:t>
      </w:r>
    </w:p>
    <w:p>
      <w:pPr>
        <w:pStyle w:val="ListParagraph"/>
      </w:pPr>
      <w:r>
        <w:rPr>
          <w:sz w:val="22"/>
        </w:rPr>
        <w:t>D. Mâu thuẫn giữaquần chúng nhân dân với quí tộc phong kiến là mâu thuẫn nổi bật.</w:t>
      </w:r>
    </w:p>
    <w:p/>
    <w:p>
      <w:r>
        <w:rPr>
          <w:b/>
          <w:sz w:val="24"/>
        </w:rPr>
        <w:t>Câu 43: Điểm khác nhau cơ bản về tính chất của cách mạng tư sản Pháp so với cách mạng tư sản Anh là gì?</w:t>
      </w:r>
    </w:p>
    <w:p>
      <w:pPr>
        <w:pStyle w:val="ListParagraph"/>
      </w:pPr>
      <w:r>
        <w:rPr>
          <w:sz w:val="22"/>
        </w:rPr>
        <w:t>A. Cách mạng Pháp là cuộc CMTS triệt để, cách mạng Anh là cuộc CMTS không triệt để.</w:t>
      </w:r>
    </w:p>
    <w:p>
      <w:pPr>
        <w:pStyle w:val="ListParagraph"/>
      </w:pPr>
      <w:r>
        <w:rPr>
          <w:sz w:val="22"/>
        </w:rPr>
        <w:t>B. Cách mạng Pháp do giai cấp tư sản lãnh đạo, cách mạng Anh do giai cấp tư sản và quý tộc mới lãnh đạo.</w:t>
      </w:r>
    </w:p>
    <w:p>
      <w:pPr>
        <w:pStyle w:val="ListParagraph"/>
      </w:pPr>
      <w:r>
        <w:rPr>
          <w:sz w:val="22"/>
        </w:rPr>
        <w:t>C. Cách mạng Pháp nổ ra dưới hình thức nội chiến, giải phóng dân tộc, cách mạng Anh nổ ra dưới hình thức nội chiến.</w:t>
      </w:r>
    </w:p>
    <w:p>
      <w:pPr>
        <w:pStyle w:val="ListParagraph"/>
      </w:pPr>
      <w:r>
        <w:rPr>
          <w:sz w:val="22"/>
        </w:rPr>
        <w:t>D. Cách mạng Pháp sau thắng lợi thiết lập nền cộng hòa, cách mạng Anh sau thắng lợi thiết lập nền quân chủ lập hiến.</w:t>
      </w:r>
    </w:p>
    <w:p/>
    <w:p>
      <w:r>
        <w:rPr>
          <w:b/>
          <w:sz w:val="24"/>
        </w:rPr>
        <w:t>Câu 44: Sự kiện lịch sử nào sau đây được coi là một bước tiến lớn trong sự phát triển của lịch sử nhân loại?</w:t>
      </w:r>
    </w:p>
    <w:p>
      <w:pPr>
        <w:pStyle w:val="ListParagraph"/>
      </w:pPr>
      <w:r>
        <w:rPr>
          <w:sz w:val="22"/>
        </w:rPr>
        <w:t>A. Thắng lợi của các cuộc cách mạng tư sản thời cận đại.</w:t>
      </w:r>
    </w:p>
    <w:p>
      <w:pPr>
        <w:pStyle w:val="ListParagraph"/>
      </w:pPr>
      <w:r>
        <w:rPr>
          <w:sz w:val="22"/>
        </w:rPr>
        <w:t>B. Bản tuyên ngôn Độc lập (Mỹ).</w:t>
      </w:r>
    </w:p>
    <w:p>
      <w:pPr>
        <w:pStyle w:val="ListParagraph"/>
      </w:pPr>
      <w:r>
        <w:rPr>
          <w:sz w:val="22"/>
        </w:rPr>
        <w:t>C. Bản tuyên ngôn Nhân Quyền và dân quyền (Pháp).</w:t>
      </w:r>
    </w:p>
    <w:p>
      <w:pPr>
        <w:pStyle w:val="ListParagraph"/>
      </w:pPr>
      <w:r>
        <w:rPr>
          <w:sz w:val="22"/>
        </w:rPr>
        <w:t>D. Hợp chúng quốc Mỹ (USA) được thành lập.</w:t>
      </w:r>
    </w:p>
    <w:p/>
    <w:p>
      <w:r>
        <w:rPr>
          <w:b/>
          <w:sz w:val="24"/>
        </w:rPr>
        <w:t>Câu 45: Điểm chung thể hiện mặt tiến bộ giữa Tuyên ngôn Độc lập 1776 của nước Mỹ và Tuyên ngôn Nhân quyền và Dân quyền 1789 của nước Pháp là gì?</w:t>
      </w:r>
    </w:p>
    <w:p>
      <w:pPr>
        <w:pStyle w:val="ListParagraph"/>
      </w:pPr>
      <w:r>
        <w:rPr>
          <w:sz w:val="22"/>
        </w:rPr>
        <w:t>A. Đề cao quyền công dân và quyền con người.</w:t>
      </w:r>
    </w:p>
    <w:p>
      <w:pPr>
        <w:pStyle w:val="ListParagraph"/>
      </w:pPr>
      <w:r>
        <w:rPr>
          <w:sz w:val="22"/>
        </w:rPr>
        <w:t>B. Bảo vệ quyền lợi cho tất cả các tầng lớp trong xã hội.</w:t>
      </w:r>
    </w:p>
    <w:p>
      <w:pPr>
        <w:pStyle w:val="ListParagraph"/>
      </w:pPr>
      <w:r>
        <w:rPr>
          <w:sz w:val="22"/>
        </w:rPr>
        <w:t>C. Bảo vệ quyền lợi cho giai cấp tư sản.</w:t>
      </w:r>
    </w:p>
    <w:p>
      <w:pPr>
        <w:pStyle w:val="ListParagraph"/>
      </w:pPr>
      <w:r>
        <w:rPr>
          <w:sz w:val="22"/>
        </w:rPr>
        <w:t>D. Quyền tư hữu là quyền thiêng liêng, bất khả xâm phạm.</w:t>
      </w:r>
    </w:p>
    <w:p/>
    <w:p>
      <w:r>
        <w:rPr>
          <w:b/>
          <w:sz w:val="24"/>
        </w:rPr>
        <w:t>Câu 46: Nhận xét nào sau đây là đúng về ý nghĩa cách mạng tư sản Pháp thời cận đại?</w:t>
      </w:r>
    </w:p>
    <w:p>
      <w:pPr>
        <w:pStyle w:val="ListParagraph"/>
      </w:pPr>
      <w:r>
        <w:rPr>
          <w:sz w:val="22"/>
        </w:rPr>
        <w:t>A. Lật đổ và xóa bỏ mọi tàn dư của chế độ phong kiến.</w:t>
      </w:r>
    </w:p>
    <w:p>
      <w:pPr>
        <w:pStyle w:val="ListParagraph"/>
      </w:pPr>
      <w:r>
        <w:rPr>
          <w:sz w:val="22"/>
        </w:rPr>
        <w:t>B. Tạo điều kiện đầy đủ nhất cho CNTB phát triển.</w:t>
      </w:r>
    </w:p>
    <w:p>
      <w:pPr>
        <w:pStyle w:val="ListParagraph"/>
      </w:pPr>
      <w:r>
        <w:rPr>
          <w:sz w:val="22"/>
        </w:rPr>
        <w:t>C. Mở ra thời kì lịch sử mới ở các nước Âu – Mỹ.</w:t>
      </w:r>
    </w:p>
    <w:p>
      <w:pPr>
        <w:pStyle w:val="ListParagraph"/>
      </w:pPr>
      <w:r>
        <w:rPr>
          <w:sz w:val="22"/>
        </w:rPr>
        <w:t>D. Làm cho chế độ phong kiến bị lung lay trên khắp thế giới.</w:t>
      </w:r>
    </w:p>
    <w:p/>
    <w:p>
      <w:r>
        <w:rPr>
          <w:b/>
          <w:sz w:val="24"/>
        </w:rPr>
        <w:t>Câu 47: Đóng góp to lớn của giai cấp tư sản trong quá trình thống trị chưa đầy một thế kỉ tính từ sau thắng lợi của các cuộc cách mạng tư sản thời cận đại là gi?</w:t>
      </w:r>
    </w:p>
    <w:p>
      <w:pPr>
        <w:pStyle w:val="ListParagraph"/>
      </w:pPr>
      <w:r>
        <w:rPr>
          <w:sz w:val="22"/>
        </w:rPr>
        <w:t>A. Tạo ra một lực lượng sản xuất nhiều hơn và đồ sợ hơn.</w:t>
      </w:r>
    </w:p>
    <w:p>
      <w:pPr>
        <w:pStyle w:val="ListParagraph"/>
      </w:pPr>
      <w:r>
        <w:rPr>
          <w:sz w:val="22"/>
        </w:rPr>
        <w:t>B. Công nhận quyền tư hữu là quyền bất khả xâm phạm.</w:t>
      </w:r>
    </w:p>
    <w:p>
      <w:pPr>
        <w:pStyle w:val="ListParagraph"/>
      </w:pPr>
      <w:r>
        <w:rPr>
          <w:sz w:val="22"/>
        </w:rPr>
        <w:t>C. Con người thực sự có quyền tự do và bình đẳng.</w:t>
      </w:r>
    </w:p>
    <w:p>
      <w:pPr>
        <w:pStyle w:val="ListParagraph"/>
      </w:pPr>
      <w:r>
        <w:rPr>
          <w:sz w:val="22"/>
        </w:rPr>
        <w:t>D. Tạo ra một khối lượng vật chất nhiều hơn và đồ sộ hơn.</w:t>
      </w:r>
    </w:p>
    <w:p/>
    <w:p>
      <w:r>
        <w:rPr>
          <w:b/>
          <w:sz w:val="24"/>
        </w:rPr>
        <w:t>Câu 48: Cách mạng Pháp cuối thế kỷ XVIII được xem là cuộc cách mạng tư sản triệt để vì</w:t>
      </w:r>
    </w:p>
    <w:p>
      <w:pPr>
        <w:pStyle w:val="ListParagraph"/>
      </w:pPr>
      <w:r>
        <w:rPr>
          <w:sz w:val="22"/>
        </w:rPr>
        <w:t>A. đã đưa giai cấp tư sản lên nắm quyền.</w:t>
      </w:r>
    </w:p>
    <w:p>
      <w:pPr>
        <w:pStyle w:val="ListParagraph"/>
      </w:pPr>
      <w:r>
        <w:rPr>
          <w:sz w:val="22"/>
        </w:rPr>
        <w:t>B. đã thiết lập chế độ cộng hòa.</w:t>
      </w:r>
    </w:p>
    <w:p>
      <w:pPr>
        <w:pStyle w:val="ListParagraph"/>
      </w:pPr>
      <w:r>
        <w:rPr>
          <w:sz w:val="22"/>
        </w:rPr>
        <w:t>C. đã giải quyết vấn đề ruộng đất cho nông dân.</w:t>
      </w:r>
    </w:p>
    <w:p>
      <w:pPr>
        <w:pStyle w:val="ListParagraph"/>
      </w:pPr>
      <w:r>
        <w:rPr>
          <w:sz w:val="22"/>
        </w:rPr>
        <w:t>D. hoàn thành các nhiệm vụ dân tộc và dân chủ.</w:t>
      </w:r>
    </w:p>
    <w:p/>
    <w:p>
      <w:r>
        <w:rPr>
          <w:b/>
          <w:sz w:val="24"/>
        </w:rPr>
        <w:t>Câu 49: Cách mạng tư sản Anh và Pháp có những nét tương đồng về</w:t>
      </w:r>
    </w:p>
    <w:p>
      <w:pPr>
        <w:pStyle w:val="ListParagraph"/>
      </w:pPr>
      <w:r>
        <w:rPr>
          <w:sz w:val="22"/>
        </w:rPr>
        <w:t>A. lãnh đạo đều là giai cấp tư sản và quý tộc mới.</w:t>
      </w:r>
    </w:p>
    <w:p>
      <w:pPr>
        <w:pStyle w:val="ListParagraph"/>
      </w:pPr>
      <w:r>
        <w:rPr>
          <w:sz w:val="22"/>
        </w:rPr>
        <w:t>B. tính chất triệt để của cuộc cách mạng.</w:t>
      </w:r>
    </w:p>
    <w:p>
      <w:pPr>
        <w:pStyle w:val="ListParagraph"/>
      </w:pPr>
      <w:r>
        <w:rPr>
          <w:sz w:val="22"/>
        </w:rPr>
        <w:t>C. xu hướng phát triển đất nước sau cách mạng.</w:t>
      </w:r>
    </w:p>
    <w:p>
      <w:pPr>
        <w:pStyle w:val="ListParagraph"/>
      </w:pPr>
      <w:r>
        <w:rPr>
          <w:sz w:val="22"/>
        </w:rPr>
        <w:t>D. hình thức các cuộc cách mạng tư sản.</w:t>
      </w:r>
    </w:p>
    <w:p/>
    <w:p>
      <w:r>
        <w:rPr>
          <w:b/>
          <w:sz w:val="24"/>
        </w:rPr>
        <w:t>Câu 50: Nét mới trong ý nghĩa của cách mạng tư sản Pháp so với cách mạng tư sản Anh là gì?</w:t>
      </w:r>
    </w:p>
    <w:p>
      <w:pPr>
        <w:pStyle w:val="ListParagraph"/>
      </w:pPr>
      <w:r>
        <w:rPr>
          <w:sz w:val="22"/>
        </w:rPr>
        <w:t>A. Mở ra thời đại mới.</w:t>
      </w:r>
    </w:p>
    <w:p>
      <w:pPr>
        <w:pStyle w:val="ListParagraph"/>
      </w:pPr>
      <w:r>
        <w:rPr>
          <w:sz w:val="22"/>
        </w:rPr>
        <w:t>B. Tạo điều kiện cho CNTB phát triển.</w:t>
      </w:r>
    </w:p>
    <w:p>
      <w:pPr>
        <w:pStyle w:val="ListParagraph"/>
      </w:pPr>
      <w:r>
        <w:rPr>
          <w:sz w:val="22"/>
        </w:rPr>
        <w:t>C. Lật đổ chế độ phong kiến lâu đời.</w:t>
      </w:r>
    </w:p>
    <w:p>
      <w:pPr>
        <w:pStyle w:val="ListParagraph"/>
      </w:pPr>
      <w:r>
        <w:rPr>
          <w:sz w:val="22"/>
        </w:rPr>
        <w:t>D. Thúc đẩy lực lượng sản xuất phát triển.</w:t>
      </w:r>
    </w:p>
    <w:p/>
    <w:p>
      <w:r>
        <w:rPr>
          <w:b/>
          <w:sz w:val="24"/>
        </w:rPr>
        <w:t>Câu 51: Các cuộc cách mạng tư sản thời cận đại có sự giống nhau về</w:t>
      </w:r>
    </w:p>
    <w:p>
      <w:pPr>
        <w:pStyle w:val="ListParagraph"/>
      </w:pPr>
      <w:r>
        <w:rPr>
          <w:sz w:val="22"/>
        </w:rPr>
        <w:t>A. tiền đề cách mạng.</w:t>
      </w:r>
    </w:p>
    <w:p>
      <w:pPr>
        <w:pStyle w:val="ListParagraph"/>
      </w:pPr>
      <w:r>
        <w:rPr>
          <w:sz w:val="22"/>
        </w:rPr>
        <w:t>B. lãnh đạo cách mạng</w:t>
      </w:r>
    </w:p>
    <w:p>
      <w:pPr>
        <w:pStyle w:val="ListParagraph"/>
      </w:pPr>
      <w:r>
        <w:rPr>
          <w:sz w:val="22"/>
        </w:rPr>
        <w:t>C. động lực cách mạng.</w:t>
      </w:r>
    </w:p>
    <w:p>
      <w:pPr>
        <w:pStyle w:val="ListParagraph"/>
      </w:pPr>
      <w:r>
        <w:rPr>
          <w:sz w:val="22"/>
        </w:rPr>
        <w:t>D. điều kiện lịch sử</w:t>
      </w:r>
    </w:p>
    <w:p/>
    <w:p>
      <w:r>
        <w:rPr>
          <w:b/>
          <w:sz w:val="24"/>
        </w:rPr>
        <w:t>Câu 52: Các cuộc cách mạng tư sản thời cận đại tuy có nhiều điểm khác nhau nhưng đều</w:t>
      </w:r>
    </w:p>
    <w:p>
      <w:pPr>
        <w:pStyle w:val="ListParagraph"/>
      </w:pPr>
      <w:r>
        <w:rPr>
          <w:sz w:val="22"/>
        </w:rPr>
        <w:t>A. dẫn đến sự xác lập quan hệ sản xuất tư sản chủ nghĩa.</w:t>
      </w:r>
    </w:p>
    <w:p>
      <w:pPr>
        <w:pStyle w:val="ListParagraph"/>
      </w:pPr>
      <w:r>
        <w:rPr>
          <w:sz w:val="22"/>
        </w:rPr>
        <w:t>B. tạo ra một nền dân chủ, tự do thực sự.</w:t>
      </w:r>
    </w:p>
    <w:p>
      <w:pPr>
        <w:pStyle w:val="ListParagraph"/>
      </w:pPr>
      <w:r>
        <w:rPr>
          <w:sz w:val="22"/>
        </w:rPr>
        <w:t>C. lật đổ chế độ phong kiến, thiết lập nền cộng hòa.</w:t>
      </w:r>
    </w:p>
    <w:p>
      <w:pPr>
        <w:pStyle w:val="ListParagraph"/>
      </w:pPr>
      <w:r>
        <w:rPr>
          <w:sz w:val="22"/>
        </w:rPr>
        <w:t>D. tạo ra một lực lượng sản xuất nhiều hơn và đồ sợ hơn.</w:t>
      </w:r>
    </w:p>
    <w:p/>
    <w:p>
      <w:r>
        <w:t>──────────────────────────────────────────────────</w:t>
      </w:r>
    </w:p>
    <w:p>
      <w:r>
        <w:rPr>
          <w:b/>
        </w:rPr>
        <w:t>BẢNG ĐÁP ÁN &amp; LỜI GIẢI CHI TIẾT</w:t>
      </w:r>
    </w:p>
    <w:p>
      <w:r>
        <w:rPr>
          <w:b/>
        </w:rPr>
        <w:t>Câu 1: Đáp án đúng: C</w:t>
      </w:r>
    </w:p>
    <w:p>
      <w:r>
        <w:rPr>
          <w:b/>
        </w:rPr>
        <w:t>Câu 2: Đáp án đúng: A</w:t>
      </w:r>
    </w:p>
    <w:p>
      <w:r>
        <w:rPr>
          <w:b/>
        </w:rPr>
        <w:t>Câu 3: Đáp án đúng: B</w:t>
      </w:r>
    </w:p>
    <w:p>
      <w:r>
        <w:rPr>
          <w:b/>
        </w:rPr>
        <w:t>Câu 4: Đáp án đúng: B</w:t>
      </w:r>
    </w:p>
    <w:p>
      <w:r>
        <w:rPr>
          <w:b/>
        </w:rPr>
        <w:t>Câu 5: Đáp án đúng: C</w:t>
      </w:r>
    </w:p>
    <w:p>
      <w:r>
        <w:rPr>
          <w:b/>
        </w:rPr>
        <w:t>Câu 6: Đáp án đúng: A</w:t>
      </w:r>
    </w:p>
    <w:p>
      <w:r>
        <w:rPr>
          <w:b/>
        </w:rPr>
        <w:t>Câu 7: Đáp án đúng: A</w:t>
      </w:r>
    </w:p>
    <w:p>
      <w:r>
        <w:rPr>
          <w:b/>
        </w:rPr>
        <w:t>Câu 8: Đáp án đúng: A</w:t>
      </w:r>
    </w:p>
    <w:p>
      <w:r>
        <w:rPr>
          <w:b/>
        </w:rPr>
        <w:t>Câu 9: Đáp án đúng: B</w:t>
      </w:r>
    </w:p>
    <w:p>
      <w:r>
        <w:rPr>
          <w:b/>
        </w:rPr>
        <w:t>Câu 10: Đáp án đúng: C</w:t>
      </w:r>
    </w:p>
    <w:p>
      <w:r>
        <w:rPr>
          <w:b/>
        </w:rPr>
        <w:t>Câu 11: Đáp án đúng: A</w:t>
      </w:r>
    </w:p>
    <w:p>
      <w:r>
        <w:rPr>
          <w:b/>
        </w:rPr>
        <w:t>Câu 12: Đáp án đúng: A</w:t>
      </w:r>
    </w:p>
    <w:p>
      <w:r>
        <w:rPr>
          <w:b/>
        </w:rPr>
        <w:t>Câu 13: Đáp án đúng: C</w:t>
      </w:r>
    </w:p>
    <w:p>
      <w:r>
        <w:rPr>
          <w:b/>
        </w:rPr>
        <w:t>Câu 14: Đáp án đúng: A</w:t>
      </w:r>
    </w:p>
    <w:p>
      <w:r>
        <w:rPr>
          <w:b/>
        </w:rPr>
        <w:t>Câu 15: Đáp án đúng: A</w:t>
      </w:r>
    </w:p>
    <w:p>
      <w:r>
        <w:rPr>
          <w:b/>
        </w:rPr>
        <w:t>Câu 16: Đáp án đúng: A</w:t>
      </w:r>
    </w:p>
    <w:p>
      <w:r>
        <w:rPr>
          <w:b/>
        </w:rPr>
        <w:t>Câu 17: Đáp án đúng: A</w:t>
      </w:r>
    </w:p>
    <w:p>
      <w:r>
        <w:rPr>
          <w:b/>
        </w:rPr>
        <w:t>Câu 18: Đáp án đúng: C</w:t>
      </w:r>
    </w:p>
    <w:p>
      <w:r>
        <w:rPr>
          <w:b/>
        </w:rPr>
        <w:t>Câu 19: Đáp án đúng: C</w:t>
      </w:r>
    </w:p>
    <w:p>
      <w:r>
        <w:rPr>
          <w:b/>
        </w:rPr>
        <w:t>Câu 20: Đáp án đúng: A</w:t>
      </w:r>
    </w:p>
    <w:p>
      <w:r>
        <w:rPr>
          <w:b/>
        </w:rPr>
        <w:t>Câu 21: Đáp án đúng: D</w:t>
      </w:r>
    </w:p>
    <w:p>
      <w:r>
        <w:rPr>
          <w:b/>
        </w:rPr>
        <w:t>Câu 22: Đáp án đúng: B</w:t>
      </w:r>
    </w:p>
    <w:p>
      <w:r>
        <w:rPr>
          <w:b/>
        </w:rPr>
        <w:t>Câu 23: Đáp án đúng: D</w:t>
      </w:r>
    </w:p>
    <w:p>
      <w:r>
        <w:rPr>
          <w:b/>
        </w:rPr>
        <w:t>Câu 24: Đáp án đúng: C</w:t>
      </w:r>
    </w:p>
    <w:p>
      <w:r>
        <w:rPr>
          <w:b/>
        </w:rPr>
        <w:t>Câu 25: Đáp án đúng: C</w:t>
      </w:r>
    </w:p>
    <w:p>
      <w:r>
        <w:rPr>
          <w:b/>
        </w:rPr>
        <w:t>Câu 26: Đáp án đúng: B</w:t>
      </w:r>
    </w:p>
    <w:p>
      <w:r>
        <w:rPr>
          <w:b/>
        </w:rPr>
        <w:t>Câu 27: Đáp án đúng: D</w:t>
      </w:r>
    </w:p>
    <w:p>
      <w:r>
        <w:rPr>
          <w:b/>
        </w:rPr>
        <w:t>Câu 28: Đáp án đúng: A</w:t>
      </w:r>
    </w:p>
    <w:p>
      <w:r>
        <w:rPr>
          <w:b/>
        </w:rPr>
        <w:t>Câu 29: Đáp án đúng: B</w:t>
      </w:r>
    </w:p>
    <w:p>
      <w:r>
        <w:rPr>
          <w:b/>
        </w:rPr>
        <w:t>Câu 30: Đáp án đúng: A</w:t>
      </w:r>
    </w:p>
    <w:p>
      <w:r>
        <w:rPr>
          <w:b/>
        </w:rPr>
        <w:t>Câu 31: Đáp án đúng: A</w:t>
      </w:r>
    </w:p>
    <w:p>
      <w:r>
        <w:rPr>
          <w:b/>
        </w:rPr>
        <w:t>Câu 32: Đáp án đúng: D</w:t>
      </w:r>
    </w:p>
    <w:p>
      <w:r>
        <w:rPr>
          <w:b/>
        </w:rPr>
        <w:t>Câu 33: Đáp án đúng: D</w:t>
      </w:r>
    </w:p>
    <w:p>
      <w:r>
        <w:rPr>
          <w:b/>
        </w:rPr>
        <w:t>Câu 34: Đáp án đúng: C</w:t>
      </w:r>
    </w:p>
    <w:p>
      <w:r>
        <w:rPr>
          <w:b/>
        </w:rPr>
        <w:t>Câu 35: Đáp án đúng: B</w:t>
      </w:r>
    </w:p>
    <w:p>
      <w:r>
        <w:rPr>
          <w:b/>
        </w:rPr>
        <w:t>Câu 36: Đáp án đúng: B</w:t>
      </w:r>
    </w:p>
    <w:p>
      <w:r>
        <w:rPr>
          <w:b/>
        </w:rPr>
        <w:t>Câu 37: Đáp án đúng: D</w:t>
      </w:r>
    </w:p>
    <w:p>
      <w:r>
        <w:rPr>
          <w:b/>
        </w:rPr>
        <w:t>Câu 38: Đáp án đúng: A</w:t>
      </w:r>
    </w:p>
    <w:p>
      <w:r>
        <w:rPr>
          <w:b/>
        </w:rPr>
        <w:t>Câu 39: Đáp án đúng: A</w:t>
      </w:r>
    </w:p>
    <w:p>
      <w:r>
        <w:rPr>
          <w:b/>
        </w:rPr>
        <w:t>Câu 40: Đáp án đúng: A</w:t>
      </w:r>
    </w:p>
    <w:p>
      <w:r>
        <w:rPr>
          <w:b/>
        </w:rPr>
        <w:t>Câu 41: Đáp án đúng: B</w:t>
      </w:r>
    </w:p>
    <w:p>
      <w:r>
        <w:rPr>
          <w:b/>
        </w:rPr>
        <w:t>Câu 42: Đáp án đúng: A</w:t>
      </w:r>
    </w:p>
    <w:p>
      <w:r>
        <w:rPr>
          <w:b/>
        </w:rPr>
        <w:t>Câu 43: Đáp án đúng: A</w:t>
      </w:r>
    </w:p>
    <w:p>
      <w:r>
        <w:rPr>
          <w:b/>
        </w:rPr>
        <w:t>Câu 44: Đáp án đúng: A</w:t>
      </w:r>
    </w:p>
    <w:p>
      <w:r>
        <w:rPr>
          <w:b/>
        </w:rPr>
        <w:t>Câu 45: Đáp án đúng: A</w:t>
      </w:r>
    </w:p>
    <w:p>
      <w:r>
        <w:rPr>
          <w:b/>
        </w:rPr>
        <w:t>Câu 46: Đáp án đúng: A</w:t>
      </w:r>
    </w:p>
    <w:p>
      <w:r>
        <w:rPr>
          <w:b/>
        </w:rPr>
        <w:t>Câu 47: Đáp án đúng: A</w:t>
      </w:r>
    </w:p>
    <w:p>
      <w:r>
        <w:rPr>
          <w:b/>
        </w:rPr>
        <w:t>Câu 48: Đáp án đúng: D</w:t>
      </w:r>
    </w:p>
    <w:p>
      <w:r>
        <w:rPr>
          <w:b/>
        </w:rPr>
        <w:t>Câu 49: Đáp án đúng: C</w:t>
      </w:r>
    </w:p>
    <w:p>
      <w:r>
        <w:rPr>
          <w:b/>
        </w:rPr>
        <w:t>Câu 50: Đáp án đúng: A</w:t>
      </w:r>
    </w:p>
    <w:p>
      <w:r>
        <w:rPr>
          <w:b/>
        </w:rPr>
        <w:t>Câu 51: Đáp án đúng: C</w:t>
      </w:r>
    </w:p>
    <w:p>
      <w:r>
        <w:rPr>
          <w:b/>
        </w:rPr>
        <w:t>Câu 52: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