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15 phút Unit 1 Tiếng Anh 10 Global success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What does "lay the table" mean?</w:t>
      </w:r>
    </w:p>
    <w:p>
      <w:pPr>
        <w:pStyle w:val="ListParagraph"/>
      </w:pPr>
      <w:r>
        <w:rPr>
          <w:sz w:val="22"/>
        </w:rPr>
        <w:t>A. Clear the table after a meal</w:t>
      </w:r>
    </w:p>
    <w:p>
      <w:pPr>
        <w:pStyle w:val="ListParagraph"/>
      </w:pPr>
      <w:r>
        <w:rPr>
          <w:sz w:val="22"/>
        </w:rPr>
        <w:t>B. Set the table with plates, cutlery, etc.</w:t>
      </w:r>
    </w:p>
    <w:p>
      <w:pPr>
        <w:pStyle w:val="ListParagraph"/>
      </w:pPr>
      <w:r>
        <w:rPr>
          <w:sz w:val="22"/>
        </w:rPr>
        <w:t>C. Wipe the table with a cloth</w:t>
      </w:r>
    </w:p>
    <w:p>
      <w:pPr>
        <w:pStyle w:val="ListParagraph"/>
      </w:pPr>
      <w:r>
        <w:rPr>
          <w:sz w:val="22"/>
        </w:rPr>
        <w:t>D. Move the table to another room</w:t>
      </w:r>
    </w:p>
    <w:p/>
    <w:p>
      <w:r>
        <w:rPr>
          <w:b/>
          <w:sz w:val="24"/>
        </w:rPr>
        <w:t>Câu 2: Which chore involves using a washing machine?</w:t>
      </w:r>
    </w:p>
    <w:p>
      <w:pPr>
        <w:pStyle w:val="ListParagraph"/>
      </w:pPr>
      <w:r>
        <w:rPr>
          <w:sz w:val="22"/>
        </w:rPr>
        <w:t>A. Do the dishes</w:t>
      </w:r>
    </w:p>
    <w:p>
      <w:pPr>
        <w:pStyle w:val="ListParagraph"/>
      </w:pPr>
      <w:r>
        <w:rPr>
          <w:sz w:val="22"/>
        </w:rPr>
        <w:t>B. Do the laundry</w:t>
      </w:r>
    </w:p>
    <w:p>
      <w:pPr>
        <w:pStyle w:val="ListParagraph"/>
      </w:pPr>
      <w:r>
        <w:rPr>
          <w:sz w:val="22"/>
        </w:rPr>
        <w:t>C. Vacuum the floor</w:t>
      </w:r>
    </w:p>
    <w:p>
      <w:pPr>
        <w:pStyle w:val="ListParagraph"/>
      </w:pPr>
      <w:r>
        <w:rPr>
          <w:sz w:val="22"/>
        </w:rPr>
        <w:t>D. Water the plants</w:t>
      </w:r>
    </w:p>
    <w:p/>
    <w:p>
      <w:r>
        <w:rPr>
          <w:b/>
          <w:sz w:val="24"/>
        </w:rPr>
        <w:t>Câu 3: What is a benefit of children doing household chores?</w:t>
      </w:r>
    </w:p>
    <w:p>
      <w:pPr>
        <w:pStyle w:val="ListParagraph"/>
      </w:pPr>
      <w:r>
        <w:rPr>
          <w:sz w:val="22"/>
        </w:rPr>
        <w:t>A. They get more pocket money</w:t>
      </w:r>
    </w:p>
    <w:p>
      <w:pPr>
        <w:pStyle w:val="ListParagraph"/>
      </w:pPr>
      <w:r>
        <w:rPr>
          <w:sz w:val="22"/>
        </w:rPr>
        <w:t>B. They learn responsibility and life skills</w:t>
      </w:r>
    </w:p>
    <w:p>
      <w:pPr>
        <w:pStyle w:val="ListParagraph"/>
      </w:pPr>
      <w:r>
        <w:rPr>
          <w:sz w:val="22"/>
        </w:rPr>
        <w:t>C. They can skip homework</w:t>
      </w:r>
    </w:p>
    <w:p>
      <w:pPr>
        <w:pStyle w:val="ListParagraph"/>
      </w:pPr>
      <w:r>
        <w:rPr>
          <w:sz w:val="22"/>
        </w:rPr>
        <w:t>D. They become lazy</w:t>
      </w:r>
    </w:p>
    <w:p/>
    <w:p>
      <w:r>
        <w:rPr>
          <w:b/>
          <w:sz w:val="24"/>
        </w:rPr>
        <w:t>Câu 4: Complete the phrase: "_________ the rubbish"</w:t>
      </w:r>
    </w:p>
    <w:p>
      <w:pPr>
        <w:pStyle w:val="ListParagraph"/>
      </w:pPr>
      <w:r>
        <w:rPr>
          <w:sz w:val="22"/>
        </w:rPr>
        <w:t>A. take out</w:t>
      </w:r>
    </w:p>
    <w:p>
      <w:pPr>
        <w:pStyle w:val="ListParagraph"/>
      </w:pPr>
      <w:r>
        <w:rPr>
          <w:sz w:val="22"/>
        </w:rPr>
        <w:t>B. take in</w:t>
      </w:r>
    </w:p>
    <w:p>
      <w:pPr>
        <w:pStyle w:val="ListParagraph"/>
      </w:pPr>
      <w:r>
        <w:rPr>
          <w:sz w:val="22"/>
        </w:rPr>
        <w:t>C. take up</w:t>
      </w:r>
    </w:p>
    <w:p>
      <w:pPr>
        <w:pStyle w:val="ListParagraph"/>
      </w:pPr>
      <w:r>
        <w:rPr>
          <w:sz w:val="22"/>
        </w:rPr>
        <w:t>D. take off</w:t>
      </w:r>
    </w:p>
    <w:p/>
    <w:p>
      <w:r>
        <w:rPr>
          <w:b/>
          <w:sz w:val="24"/>
        </w:rPr>
        <w:t>Câu 5: Which of the following is NOT a household chore?</w:t>
      </w:r>
    </w:p>
    <w:p>
      <w:pPr>
        <w:pStyle w:val="ListParagraph"/>
      </w:pPr>
      <w:r>
        <w:rPr>
          <w:sz w:val="22"/>
        </w:rPr>
        <w:t>A. Making the bed</w:t>
      </w:r>
    </w:p>
    <w:p>
      <w:pPr>
        <w:pStyle w:val="ListParagraph"/>
      </w:pPr>
      <w:r>
        <w:rPr>
          <w:sz w:val="22"/>
        </w:rPr>
        <w:t>B. Playing video games</w:t>
      </w:r>
    </w:p>
    <w:p>
      <w:pPr>
        <w:pStyle w:val="ListParagraph"/>
      </w:pPr>
      <w:r>
        <w:rPr>
          <w:sz w:val="22"/>
        </w:rPr>
        <w:t>C. Washing the dishes</w:t>
      </w:r>
    </w:p>
    <w:p>
      <w:pPr>
        <w:pStyle w:val="ListParagraph"/>
      </w:pPr>
      <w:r>
        <w:rPr>
          <w:sz w:val="22"/>
        </w:rPr>
        <w:t>D. Sweeping the floor</w:t>
      </w:r>
    </w:p>
    <w:p/>
    <w:p>
      <w:r>
        <w:rPr>
          <w:b/>
          <w:sz w:val="24"/>
        </w:rPr>
        <w:t>Câu 6: What does "make the bed" mean?</w:t>
      </w:r>
    </w:p>
    <w:p>
      <w:pPr>
        <w:pStyle w:val="ListParagraph"/>
      </w:pPr>
      <w:r>
        <w:rPr>
          <w:sz w:val="22"/>
        </w:rPr>
        <w:t>A. Build a bed from wood</w:t>
      </w:r>
    </w:p>
    <w:p>
      <w:pPr>
        <w:pStyle w:val="ListParagraph"/>
      </w:pPr>
      <w:r>
        <w:rPr>
          <w:sz w:val="22"/>
        </w:rPr>
        <w:t>B. Arrange the sheets and blankets neatly</w:t>
      </w:r>
    </w:p>
    <w:p>
      <w:pPr>
        <w:pStyle w:val="ListParagraph"/>
      </w:pPr>
      <w:r>
        <w:rPr>
          <w:sz w:val="22"/>
        </w:rPr>
        <w:t>C. Buy a new bed</w:t>
      </w:r>
    </w:p>
    <w:p>
      <w:pPr>
        <w:pStyle w:val="ListParagraph"/>
      </w:pPr>
      <w:r>
        <w:rPr>
          <w:sz w:val="22"/>
        </w:rPr>
        <w:t>D. Sleep in the bed</w:t>
      </w:r>
    </w:p>
    <w:p/>
    <w:p>
      <w:r>
        <w:rPr>
          <w:b/>
          <w:sz w:val="24"/>
        </w:rPr>
        <w:t>Câu 7: Doing chores helps children develop ________.</w:t>
      </w:r>
    </w:p>
    <w:p>
      <w:pPr>
        <w:pStyle w:val="ListParagraph"/>
      </w:pPr>
      <w:r>
        <w:rPr>
          <w:sz w:val="22"/>
        </w:rPr>
        <w:t>A. laziness</w:t>
      </w:r>
    </w:p>
    <w:p>
      <w:pPr>
        <w:pStyle w:val="ListParagraph"/>
      </w:pPr>
      <w:r>
        <w:rPr>
          <w:sz w:val="22"/>
        </w:rPr>
        <w:t>B. time management skills</w:t>
      </w:r>
    </w:p>
    <w:p>
      <w:pPr>
        <w:pStyle w:val="ListParagraph"/>
      </w:pPr>
      <w:r>
        <w:rPr>
          <w:sz w:val="22"/>
        </w:rPr>
        <w:t>C. a dislike for work</w:t>
      </w:r>
    </w:p>
    <w:p>
      <w:pPr>
        <w:pStyle w:val="ListParagraph"/>
      </w:pPr>
      <w:r>
        <w:rPr>
          <w:sz w:val="22"/>
        </w:rPr>
        <w:t>D. selfishness</w:t>
      </w:r>
    </w:p>
    <w:p/>
    <w:p>
      <w:r>
        <w:rPr>
          <w:b/>
          <w:sz w:val="24"/>
        </w:rPr>
        <w:t>Câu 8: Which phrase means "to clean the floor with a broom"?</w:t>
      </w:r>
    </w:p>
    <w:p>
      <w:pPr>
        <w:pStyle w:val="ListParagraph"/>
      </w:pPr>
      <w:r>
        <w:rPr>
          <w:sz w:val="22"/>
        </w:rPr>
        <w:t>A. Mop the floor</w:t>
      </w:r>
    </w:p>
    <w:p>
      <w:pPr>
        <w:pStyle w:val="ListParagraph"/>
      </w:pPr>
      <w:r>
        <w:rPr>
          <w:sz w:val="22"/>
        </w:rPr>
        <w:t>B. Sweep the floor</w:t>
      </w:r>
    </w:p>
    <w:p>
      <w:pPr>
        <w:pStyle w:val="ListParagraph"/>
      </w:pPr>
      <w:r>
        <w:rPr>
          <w:sz w:val="22"/>
        </w:rPr>
        <w:t>C. Vacuum the floor</w:t>
      </w:r>
    </w:p>
    <w:p>
      <w:pPr>
        <w:pStyle w:val="ListParagraph"/>
      </w:pPr>
      <w:r>
        <w:rPr>
          <w:sz w:val="22"/>
        </w:rPr>
        <w:t>D. Dust the floor</w:t>
      </w:r>
    </w:p>
    <w:p/>
    <w:p>
      <w:r>
        <w:rPr>
          <w:b/>
          <w:sz w:val="24"/>
        </w:rPr>
        <w:t>Câu 9: What is one way children benefit from doing chores?</w:t>
      </w:r>
    </w:p>
    <w:p>
      <w:pPr>
        <w:pStyle w:val="ListParagraph"/>
      </w:pPr>
      <w:r>
        <w:rPr>
          <w:sz w:val="22"/>
        </w:rPr>
        <w:t>A. They feel more responsible and capable</w:t>
      </w:r>
    </w:p>
    <w:p>
      <w:pPr>
        <w:pStyle w:val="ListParagraph"/>
      </w:pPr>
      <w:r>
        <w:rPr>
          <w:sz w:val="22"/>
        </w:rPr>
        <w:t>B. They can avoid doing homework</w:t>
      </w:r>
    </w:p>
    <w:p>
      <w:pPr>
        <w:pStyle w:val="ListParagraph"/>
      </w:pPr>
      <w:r>
        <w:rPr>
          <w:sz w:val="22"/>
        </w:rPr>
        <w:t>C. They get to stay up late</w:t>
      </w:r>
    </w:p>
    <w:p>
      <w:pPr>
        <w:pStyle w:val="ListParagraph"/>
      </w:pPr>
      <w:r>
        <w:rPr>
          <w:sz w:val="22"/>
        </w:rPr>
        <w:t>D. They learn to be messy</w:t>
      </w:r>
    </w:p>
    <w:p/>
    <w:p>
      <w:r>
        <w:rPr>
          <w:b/>
          <w:sz w:val="24"/>
        </w:rPr>
        <w:t>Câu 10: Which chore involves water and soap?</w:t>
      </w:r>
    </w:p>
    <w:p>
      <w:pPr>
        <w:pStyle w:val="ListParagraph"/>
      </w:pPr>
      <w:r>
        <w:rPr>
          <w:sz w:val="22"/>
        </w:rPr>
        <w:t>A. Folding clothes</w:t>
      </w:r>
    </w:p>
    <w:p>
      <w:pPr>
        <w:pStyle w:val="ListParagraph"/>
      </w:pPr>
      <w:r>
        <w:rPr>
          <w:sz w:val="22"/>
        </w:rPr>
        <w:t>B. Washing dishes</w:t>
      </w:r>
    </w:p>
    <w:p>
      <w:pPr>
        <w:pStyle w:val="ListParagraph"/>
      </w:pPr>
      <w:r>
        <w:rPr>
          <w:sz w:val="22"/>
        </w:rPr>
        <w:t>C. Making the bed</w:t>
      </w:r>
    </w:p>
    <w:p>
      <w:pPr>
        <w:pStyle w:val="ListParagraph"/>
      </w:pPr>
      <w:r>
        <w:rPr>
          <w:sz w:val="22"/>
        </w:rPr>
        <w:t>D. Walking the dog</w:t>
      </w:r>
    </w:p>
    <w:p/>
    <w:p>
      <w:r>
        <w:rPr>
          <w:b/>
          <w:sz w:val="24"/>
        </w:rPr>
        <w:t>Câu 11: What does "do the laundry" mean?</w:t>
      </w:r>
    </w:p>
    <w:p>
      <w:pPr>
        <w:pStyle w:val="ListParagraph"/>
      </w:pPr>
      <w:r>
        <w:rPr>
          <w:sz w:val="22"/>
        </w:rPr>
        <w:t>A. Wash and dry clothes</w:t>
      </w:r>
    </w:p>
    <w:p>
      <w:pPr>
        <w:pStyle w:val="ListParagraph"/>
      </w:pPr>
      <w:r>
        <w:rPr>
          <w:sz w:val="22"/>
        </w:rPr>
        <w:t>B. Clean the kitchen</w:t>
      </w:r>
    </w:p>
    <w:p>
      <w:pPr>
        <w:pStyle w:val="ListParagraph"/>
      </w:pPr>
      <w:r>
        <w:rPr>
          <w:sz w:val="22"/>
        </w:rPr>
        <w:t>C. Take out the trash</w:t>
      </w:r>
    </w:p>
    <w:p>
      <w:pPr>
        <w:pStyle w:val="ListParagraph"/>
      </w:pPr>
      <w:r>
        <w:rPr>
          <w:sz w:val="22"/>
        </w:rPr>
        <w:t>D. Water the plants</w:t>
      </w:r>
    </w:p>
    <w:p/>
    <w:p>
      <w:r>
        <w:rPr>
          <w:b/>
          <w:sz w:val="24"/>
        </w:rPr>
        <w:t>Câu 12: Which chore is done with a vacuum cleaner?</w:t>
      </w:r>
    </w:p>
    <w:p>
      <w:pPr>
        <w:pStyle w:val="ListParagraph"/>
      </w:pPr>
      <w:r>
        <w:rPr>
          <w:sz w:val="22"/>
        </w:rPr>
        <w:t>A. Sweeping the floor</w:t>
      </w:r>
    </w:p>
    <w:p>
      <w:pPr>
        <w:pStyle w:val="ListParagraph"/>
      </w:pPr>
      <w:r>
        <w:rPr>
          <w:sz w:val="22"/>
        </w:rPr>
        <w:t>B. Vacuuming the floor</w:t>
      </w:r>
    </w:p>
    <w:p>
      <w:pPr>
        <w:pStyle w:val="ListParagraph"/>
      </w:pPr>
      <w:r>
        <w:rPr>
          <w:sz w:val="22"/>
        </w:rPr>
        <w:t>C. Mopping the floor</w:t>
      </w:r>
    </w:p>
    <w:p>
      <w:pPr>
        <w:pStyle w:val="ListParagraph"/>
      </w:pPr>
      <w:r>
        <w:rPr>
          <w:sz w:val="22"/>
        </w:rPr>
        <w:t>D. Dusting the furniture</w:t>
      </w:r>
    </w:p>
    <w:p/>
    <w:p>
      <w:r>
        <w:rPr>
          <w:b/>
          <w:sz w:val="24"/>
        </w:rPr>
        <w:t>Câu 13: How does doing chores help children?</w:t>
      </w:r>
    </w:p>
    <w:p>
      <w:pPr>
        <w:pStyle w:val="ListParagraph"/>
      </w:pPr>
      <w:r>
        <w:rPr>
          <w:sz w:val="22"/>
        </w:rPr>
        <w:t>A. It teaches them to be independent</w:t>
      </w:r>
    </w:p>
    <w:p>
      <w:pPr>
        <w:pStyle w:val="ListParagraph"/>
      </w:pPr>
      <w:r>
        <w:rPr>
          <w:sz w:val="22"/>
        </w:rPr>
        <w:t>B. It makes them tired all the time</w:t>
      </w:r>
    </w:p>
    <w:p>
      <w:pPr>
        <w:pStyle w:val="ListParagraph"/>
      </w:pPr>
      <w:r>
        <w:rPr>
          <w:sz w:val="22"/>
        </w:rPr>
        <w:t>C. It prevents them from playing</w:t>
      </w:r>
    </w:p>
    <w:p>
      <w:pPr>
        <w:pStyle w:val="ListParagraph"/>
      </w:pPr>
      <w:r>
        <w:rPr>
          <w:sz w:val="22"/>
        </w:rPr>
        <w:t>D. It makes them angry</w:t>
      </w:r>
    </w:p>
    <w:p/>
    <w:p>
      <w:r>
        <w:rPr>
          <w:b/>
          <w:sz w:val="24"/>
        </w:rPr>
        <w:t>Câu 14: Complete the phrase: "_________ the plants"</w:t>
      </w:r>
    </w:p>
    <w:p>
      <w:pPr>
        <w:pStyle w:val="ListParagraph"/>
      </w:pPr>
      <w:r>
        <w:rPr>
          <w:sz w:val="22"/>
        </w:rPr>
        <w:t>A. water</w:t>
      </w:r>
    </w:p>
    <w:p>
      <w:pPr>
        <w:pStyle w:val="ListParagraph"/>
      </w:pPr>
      <w:r>
        <w:rPr>
          <w:sz w:val="22"/>
        </w:rPr>
        <w:t>B. feed</w:t>
      </w:r>
    </w:p>
    <w:p>
      <w:pPr>
        <w:pStyle w:val="ListParagraph"/>
      </w:pPr>
      <w:r>
        <w:rPr>
          <w:sz w:val="22"/>
        </w:rPr>
        <w:t>C. walk</w:t>
      </w:r>
    </w:p>
    <w:p>
      <w:pPr>
        <w:pStyle w:val="ListParagraph"/>
      </w:pPr>
      <w:r>
        <w:rPr>
          <w:sz w:val="22"/>
        </w:rPr>
        <w:t>D. clean</w:t>
      </w:r>
    </w:p>
    <w:p/>
    <w:p>
      <w:r>
        <w:rPr>
          <w:b/>
          <w:sz w:val="24"/>
        </w:rPr>
        <w:t>Câu 15: Which of the following is a benefit of doing chores for children?</w:t>
      </w:r>
    </w:p>
    <w:p>
      <w:pPr>
        <w:pStyle w:val="ListParagraph"/>
      </w:pPr>
      <w:r>
        <w:rPr>
          <w:sz w:val="22"/>
        </w:rPr>
        <w:t>A. They learn teamwork and cooperation</w:t>
      </w:r>
    </w:p>
    <w:p>
      <w:pPr>
        <w:pStyle w:val="ListParagraph"/>
      </w:pPr>
      <w:r>
        <w:rPr>
          <w:sz w:val="22"/>
        </w:rPr>
        <w:t>B. They become more selfish</w:t>
      </w:r>
    </w:p>
    <w:p>
      <w:pPr>
        <w:pStyle w:val="ListParagraph"/>
      </w:pPr>
      <w:r>
        <w:rPr>
          <w:sz w:val="22"/>
        </w:rPr>
        <w:t>C. They get worse at school</w:t>
      </w:r>
    </w:p>
    <w:p>
      <w:pPr>
        <w:pStyle w:val="ListParagraph"/>
      </w:pPr>
      <w:r>
        <w:rPr>
          <w:sz w:val="22"/>
        </w:rPr>
        <w:t>D. They become lazy</w:t>
      </w:r>
    </w:p>
    <w:p/>
    <w:p>
      <w:r>
        <w:rPr>
          <w:b/>
          <w:sz w:val="24"/>
        </w:rPr>
        <w:t>Câu 16: What does "take out the rubbish" mean?</w:t>
      </w:r>
    </w:p>
    <w:p>
      <w:pPr>
        <w:pStyle w:val="ListParagraph"/>
      </w:pPr>
      <w:r>
        <w:rPr>
          <w:sz w:val="22"/>
        </w:rPr>
        <w:t>A. Bring the rubbish inside</w:t>
      </w:r>
    </w:p>
    <w:p>
      <w:pPr>
        <w:pStyle w:val="ListParagraph"/>
      </w:pPr>
      <w:r>
        <w:rPr>
          <w:sz w:val="22"/>
        </w:rPr>
        <w:t>B. Remove the rubbish from the house</w:t>
      </w:r>
    </w:p>
    <w:p>
      <w:pPr>
        <w:pStyle w:val="ListParagraph"/>
      </w:pPr>
      <w:r>
        <w:rPr>
          <w:sz w:val="22"/>
        </w:rPr>
        <w:t>C. Recycle the rubbish</w:t>
      </w:r>
    </w:p>
    <w:p>
      <w:pPr>
        <w:pStyle w:val="ListParagraph"/>
      </w:pPr>
      <w:r>
        <w:rPr>
          <w:sz w:val="22"/>
        </w:rPr>
        <w:t>D. Burn the rubbish</w:t>
      </w:r>
    </w:p>
    <w:p/>
    <w:p>
      <w:r>
        <w:rPr>
          <w:b/>
          <w:sz w:val="24"/>
        </w:rPr>
        <w:t>Câu 17: Which phrase means "to clean the dishes"?</w:t>
      </w:r>
    </w:p>
    <w:p>
      <w:pPr>
        <w:pStyle w:val="ListParagraph"/>
      </w:pPr>
      <w:r>
        <w:rPr>
          <w:sz w:val="22"/>
        </w:rPr>
        <w:t>A. Do the laundry</w:t>
      </w:r>
    </w:p>
    <w:p>
      <w:pPr>
        <w:pStyle w:val="ListParagraph"/>
      </w:pPr>
      <w:r>
        <w:rPr>
          <w:sz w:val="22"/>
        </w:rPr>
        <w:t>B. Wash the dishes</w:t>
      </w:r>
    </w:p>
    <w:p>
      <w:pPr>
        <w:pStyle w:val="ListParagraph"/>
      </w:pPr>
      <w:r>
        <w:rPr>
          <w:sz w:val="22"/>
        </w:rPr>
        <w:t>C. Make the bed</w:t>
      </w:r>
    </w:p>
    <w:p>
      <w:pPr>
        <w:pStyle w:val="ListParagraph"/>
      </w:pPr>
      <w:r>
        <w:rPr>
          <w:sz w:val="22"/>
        </w:rPr>
        <w:t>D. Sweep the floor</w:t>
      </w:r>
    </w:p>
    <w:p/>
    <w:p>
      <w:r>
        <w:rPr>
          <w:b/>
          <w:sz w:val="24"/>
        </w:rPr>
        <w:t>Câu 18: What is one positive effect of children doing chores?</w:t>
      </w:r>
    </w:p>
    <w:p>
      <w:pPr>
        <w:pStyle w:val="ListParagraph"/>
      </w:pPr>
      <w:r>
        <w:rPr>
          <w:sz w:val="22"/>
        </w:rPr>
        <w:t>A. They develop a sense of responsibility</w:t>
      </w:r>
    </w:p>
    <w:p>
      <w:pPr>
        <w:pStyle w:val="ListParagraph"/>
      </w:pPr>
      <w:r>
        <w:rPr>
          <w:sz w:val="22"/>
        </w:rPr>
        <w:t>B. They become angry</w:t>
      </w:r>
    </w:p>
    <w:p>
      <w:pPr>
        <w:pStyle w:val="ListParagraph"/>
      </w:pPr>
      <w:r>
        <w:rPr>
          <w:sz w:val="22"/>
        </w:rPr>
        <w:t>C. They learn to be irresponsible</w:t>
      </w:r>
    </w:p>
    <w:p>
      <w:pPr>
        <w:pStyle w:val="ListParagraph"/>
      </w:pPr>
      <w:r>
        <w:rPr>
          <w:sz w:val="22"/>
        </w:rPr>
        <w:t>D. They become messy</w:t>
      </w:r>
    </w:p>
    <w:p/>
    <w:p>
      <w:r>
        <w:rPr>
          <w:b/>
          <w:sz w:val="24"/>
        </w:rPr>
        <w:t>Câu 19: Which chore involves feeding a pet?</w:t>
      </w:r>
    </w:p>
    <w:p>
      <w:pPr>
        <w:pStyle w:val="ListParagraph"/>
      </w:pPr>
      <w:r>
        <w:rPr>
          <w:sz w:val="22"/>
        </w:rPr>
        <w:t>A. Walking the dog</w:t>
      </w:r>
    </w:p>
    <w:p>
      <w:pPr>
        <w:pStyle w:val="ListParagraph"/>
      </w:pPr>
      <w:r>
        <w:rPr>
          <w:sz w:val="22"/>
        </w:rPr>
        <w:t>B. Feeding the cat</w:t>
      </w:r>
    </w:p>
    <w:p>
      <w:pPr>
        <w:pStyle w:val="ListParagraph"/>
      </w:pPr>
      <w:r>
        <w:rPr>
          <w:sz w:val="22"/>
        </w:rPr>
        <w:t>C. Cleaning the fish tank</w:t>
      </w:r>
    </w:p>
    <w:p>
      <w:pPr>
        <w:pStyle w:val="ListParagraph"/>
      </w:pPr>
      <w:r>
        <w:rPr>
          <w:sz w:val="22"/>
        </w:rPr>
        <w:t>D. All of the above are pet-related chores</w:t>
      </w:r>
    </w:p>
    <w:p/>
    <w:p>
      <w:r>
        <w:rPr>
          <w:b/>
          <w:sz w:val="24"/>
        </w:rPr>
        <w:t>Câu 20: Why is it important for children to help with household chores?</w:t>
      </w:r>
    </w:p>
    <w:p>
      <w:pPr>
        <w:pStyle w:val="ListParagraph"/>
      </w:pPr>
      <w:r>
        <w:rPr>
          <w:sz w:val="22"/>
        </w:rPr>
        <w:t>A. It helps them learn life skills and contribute to the family</w:t>
      </w:r>
    </w:p>
    <w:p>
      <w:pPr>
        <w:pStyle w:val="ListParagraph"/>
      </w:pPr>
      <w:r>
        <w:rPr>
          <w:sz w:val="22"/>
        </w:rPr>
        <w:t>B. It is a punishment</w:t>
      </w:r>
    </w:p>
    <w:p>
      <w:pPr>
        <w:pStyle w:val="ListParagraph"/>
      </w:pPr>
      <w:r>
        <w:rPr>
          <w:sz w:val="22"/>
        </w:rPr>
        <w:t>C. It is only for girls</w:t>
      </w:r>
    </w:p>
    <w:p>
      <w:pPr>
        <w:pStyle w:val="ListParagraph"/>
      </w:pPr>
      <w:r>
        <w:rPr>
          <w:sz w:val="22"/>
        </w:rPr>
        <w:t>D. It is not important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D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