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 phút môn KHTN 7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Trao đổi chất ở sinh vật là gì?</w:t>
      </w:r>
    </w:p>
    <w:p>
      <w:pPr>
        <w:pStyle w:val="ListParagraph"/>
      </w:pPr>
      <w:r>
        <w:rPr>
          <w:sz w:val="22"/>
        </w:rPr>
        <w:t>A. Quá trình sinh vật vận động để tìm kiếm thức ăn.</w:t>
      </w:r>
    </w:p>
    <w:p>
      <w:pPr>
        <w:pStyle w:val="ListParagraph"/>
      </w:pPr>
      <w:r>
        <w:rPr>
          <w:sz w:val="22"/>
        </w:rPr>
        <w:t>B. Quá trình sinh vật sinh sản để duy trì nòi giống.</w:t>
      </w:r>
    </w:p>
    <w:p>
      <w:pPr>
        <w:pStyle w:val="ListParagraph"/>
      </w:pPr>
      <w:r>
        <w:rPr>
          <w:sz w:val="22"/>
        </w:rPr>
        <w:t>C. Quá trình sinh vật lấy các chất từ môi trường, biến đổi chúng thành chất cần thiết và thải chất thải ra môi trường.</w:t>
      </w:r>
    </w:p>
    <w:p>
      <w:pPr>
        <w:pStyle w:val="ListParagraph"/>
      </w:pPr>
      <w:r>
        <w:rPr>
          <w:sz w:val="22"/>
        </w:rPr>
        <w:t>D. Quá trình sinh vật hấp thụ ánh sáng mặt trời.</w:t>
      </w:r>
    </w:p>
    <w:p/>
    <w:p>
      <w:r>
        <w:rPr>
          <w:b/>
          <w:sz w:val="24"/>
        </w:rPr>
        <w:t>Câu 2: Chuyển hóa năng lượng là gì?</w:t>
      </w:r>
    </w:p>
    <w:p>
      <w:pPr>
        <w:pStyle w:val="ListParagraph"/>
      </w:pPr>
      <w:r>
        <w:rPr>
          <w:sz w:val="22"/>
        </w:rPr>
        <w:t>A. Sự biến đổi chất này thành chất khác.</w:t>
      </w:r>
    </w:p>
    <w:p>
      <w:pPr>
        <w:pStyle w:val="ListParagraph"/>
      </w:pPr>
      <w:r>
        <w:rPr>
          <w:sz w:val="22"/>
        </w:rPr>
        <w:t>B. Sự biến đổi năng lượng từ dạng này sang dạng khác.</w:t>
      </w:r>
    </w:p>
    <w:p>
      <w:pPr>
        <w:pStyle w:val="ListParagraph"/>
      </w:pPr>
      <w:r>
        <w:rPr>
          <w:sz w:val="22"/>
        </w:rPr>
        <w:t>C. Sự vận chuyển các chất trong cơ thể.</w:t>
      </w:r>
    </w:p>
    <w:p>
      <w:pPr>
        <w:pStyle w:val="ListParagraph"/>
      </w:pPr>
      <w:r>
        <w:rPr>
          <w:sz w:val="22"/>
        </w:rPr>
        <w:t>D. Sự trao đổi khí giữa cơ thể và môi trường.</w:t>
      </w:r>
    </w:p>
    <w:p/>
    <w:p>
      <w:r>
        <w:rPr>
          <w:b/>
          <w:sz w:val="24"/>
        </w:rPr>
        <w:t>Câu 3: Đồng hóa là quá trình</w:t>
      </w:r>
    </w:p>
    <w:p>
      <w:pPr>
        <w:pStyle w:val="ListParagraph"/>
      </w:pPr>
      <w:r>
        <w:rPr>
          <w:sz w:val="22"/>
        </w:rPr>
        <w:t>A. phân giải chất phức tạp thành chất đơn giản, giải phóng năng lượng.</w:t>
      </w:r>
    </w:p>
    <w:p>
      <w:pPr>
        <w:pStyle w:val="ListParagraph"/>
      </w:pPr>
      <w:r>
        <w:rPr>
          <w:sz w:val="22"/>
        </w:rPr>
        <w:t>B. thải chất thải ra ngoài môi trường.</w:t>
      </w:r>
    </w:p>
    <w:p>
      <w:pPr>
        <w:pStyle w:val="ListParagraph"/>
      </w:pPr>
      <w:r>
        <w:rPr>
          <w:sz w:val="22"/>
        </w:rPr>
        <w:t>C. hấp thụ khí oxygen.</w:t>
      </w:r>
    </w:p>
    <w:p>
      <w:pPr>
        <w:pStyle w:val="ListParagraph"/>
      </w:pPr>
      <w:r>
        <w:rPr>
          <w:sz w:val="22"/>
        </w:rPr>
        <w:t>D. tổng hợp chất phức tạp từ chất đơn giản, tích lũy năng lượng.</w:t>
      </w:r>
    </w:p>
    <w:p/>
    <w:p>
      <w:r>
        <w:rPr>
          <w:b/>
          <w:sz w:val="24"/>
        </w:rPr>
        <w:t>Câu 4: Dị hóa là quá trình</w:t>
      </w:r>
    </w:p>
    <w:p>
      <w:pPr>
        <w:pStyle w:val="ListParagraph"/>
      </w:pPr>
      <w:r>
        <w:rPr>
          <w:sz w:val="22"/>
        </w:rPr>
        <w:t>A. tổng hợp chất phức tạp từ chất đơn giản, tích lũy năng lượng.</w:t>
      </w:r>
    </w:p>
    <w:p>
      <w:pPr>
        <w:pStyle w:val="ListParagraph"/>
      </w:pPr>
      <w:r>
        <w:rPr>
          <w:sz w:val="22"/>
        </w:rPr>
        <w:t>B. phân giải chất phức tạp thành chất đơn giản, giải phóng năng lượng.</w:t>
      </w:r>
    </w:p>
    <w:p>
      <w:pPr>
        <w:pStyle w:val="ListParagraph"/>
      </w:pPr>
      <w:r>
        <w:rPr>
          <w:sz w:val="22"/>
        </w:rPr>
        <w:t>C. vận chuyển chất dinh dưỡng.</w:t>
      </w:r>
    </w:p>
    <w:p>
      <w:pPr>
        <w:pStyle w:val="ListParagraph"/>
      </w:pPr>
      <w:r>
        <w:rPr>
          <w:sz w:val="22"/>
        </w:rPr>
        <w:t>D. quang hợp ở thực vật.</w:t>
      </w:r>
    </w:p>
    <w:p/>
    <w:p>
      <w:r>
        <w:rPr>
          <w:b/>
          <w:sz w:val="24"/>
        </w:rPr>
        <w:t>Câu 5: Mối quan hệ giữa đồng hóa và dị hóa là</w:t>
      </w:r>
    </w:p>
    <w:p>
      <w:pPr>
        <w:pStyle w:val="ListParagraph"/>
      </w:pPr>
      <w:r>
        <w:rPr>
          <w:sz w:val="22"/>
        </w:rPr>
        <w:t>A. hai quá trình giống hệt nhau.</w:t>
      </w:r>
    </w:p>
    <w:p>
      <w:pPr>
        <w:pStyle w:val="ListParagraph"/>
      </w:pPr>
      <w:r>
        <w:rPr>
          <w:sz w:val="22"/>
        </w:rPr>
        <w:t>B. hai quá trình không liên quan.</w:t>
      </w:r>
    </w:p>
    <w:p>
      <w:pPr>
        <w:pStyle w:val="ListParagraph"/>
      </w:pPr>
      <w:r>
        <w:rPr>
          <w:sz w:val="22"/>
        </w:rPr>
        <w:t>C. hai mặt của quá trình trao đổi chất, ngược chiều nhưng gắn bó.</w:t>
      </w:r>
    </w:p>
    <w:p>
      <w:pPr>
        <w:pStyle w:val="ListParagraph"/>
      </w:pPr>
      <w:r>
        <w:rPr>
          <w:sz w:val="22"/>
        </w:rPr>
        <w:t>D. chỉ xảy ra ở thực vật.</w:t>
      </w:r>
    </w:p>
    <w:p/>
    <w:p>
      <w:r>
        <w:rPr>
          <w:b/>
          <w:sz w:val="24"/>
        </w:rPr>
        <w:t>Câu 6: Quang hợp là quá trình</w:t>
      </w:r>
    </w:p>
    <w:p>
      <w:pPr>
        <w:pStyle w:val="ListParagraph"/>
      </w:pPr>
      <w:r>
        <w:rPr>
          <w:sz w:val="22"/>
        </w:rPr>
        <w:t>A. phân giải chất hữu cơ để tạo năng lượng.</w:t>
      </w:r>
    </w:p>
    <w:p>
      <w:pPr>
        <w:pStyle w:val="ListParagraph"/>
      </w:pPr>
      <w:r>
        <w:rPr>
          <w:sz w:val="22"/>
        </w:rPr>
        <w:t>B. hấp thụ oxygen và thải carbon dioxide.</w:t>
      </w:r>
    </w:p>
    <w:p>
      <w:pPr>
        <w:pStyle w:val="ListParagraph"/>
      </w:pPr>
      <w:r>
        <w:rPr>
          <w:sz w:val="22"/>
        </w:rPr>
        <w:t>C. vận chuyển nước và muối khoáng.</w:t>
      </w:r>
    </w:p>
    <w:p>
      <w:pPr>
        <w:pStyle w:val="ListParagraph"/>
      </w:pPr>
      <w:r>
        <w:rPr>
          <w:sz w:val="22"/>
        </w:rPr>
        <w:t>D. tổng hợp chất hữu cơ từ nước và khí carbon dioxide dưới tác dụng của ánh sáng và diệp lục.</w:t>
      </w:r>
    </w:p>
    <w:p/>
    <w:p>
      <w:r>
        <w:rPr>
          <w:b/>
          <w:sz w:val="24"/>
        </w:rPr>
        <w:t>Câu 7: Phương trình quang hợp ở thực vật là</w:t>
      </w:r>
    </w:p>
    <w:p>
      <w:pPr>
        <w:pStyle w:val="ListParagraph"/>
      </w:pPr>
      <w:r>
        <w:rPr>
          <w:sz w:val="22"/>
        </w:rPr>
        <w:t>A. $C_6H_{12}O_6 + 6O_2 \rightarrow 6CO_2 + 6H_2O$</w:t>
      </w:r>
    </w:p>
    <w:p>
      <w:pPr>
        <w:pStyle w:val="ListParagraph"/>
      </w:pPr>
      <w:r>
        <w:rPr>
          <w:sz w:val="22"/>
        </w:rPr>
        <w:t>B. $6CO_2 + 6H_2O \rightarrow C_6H_{12}O_6 + 6O_2 + \text{năng lượng}$</w:t>
      </w:r>
    </w:p>
    <w:p>
      <w:pPr>
        <w:pStyle w:val="ListParagraph"/>
      </w:pPr>
      <w:r>
        <w:rPr>
          <w:sz w:val="22"/>
        </w:rPr>
        <w:t>C. $6CO_2 + 6H_2O \rightarrow C_6H_{12}O_6 + 6O_2$</w:t>
      </w:r>
    </w:p>
    <w:p>
      <w:pPr>
        <w:pStyle w:val="ListParagraph"/>
      </w:pPr>
      <w:r>
        <w:rPr>
          <w:sz w:val="22"/>
        </w:rPr>
        <w:t>D. $C_6H_{12}O_6 + 6O_2 \rightarrow 6CO_2 + 6H_2O + \text{năng lượng}$</w:t>
      </w:r>
    </w:p>
    <w:p/>
    <w:p>
      <w:r>
        <w:rPr>
          <w:b/>
          <w:sz w:val="24"/>
        </w:rPr>
        <w:t>Câu 8: Sản phẩm của quang hợp là</w:t>
      </w:r>
    </w:p>
    <w:p>
      <w:pPr>
        <w:pStyle w:val="ListParagraph"/>
      </w:pPr>
      <w:r>
        <w:rPr>
          <w:sz w:val="22"/>
        </w:rPr>
        <w:t>A. khí carbon dioxide và nước.</w:t>
      </w:r>
    </w:p>
    <w:p>
      <w:pPr>
        <w:pStyle w:val="ListParagraph"/>
      </w:pPr>
      <w:r>
        <w:rPr>
          <w:sz w:val="22"/>
        </w:rPr>
        <w:t>B. khí oxygen và glucose.</w:t>
      </w:r>
    </w:p>
    <w:p>
      <w:pPr>
        <w:pStyle w:val="ListParagraph"/>
      </w:pPr>
      <w:r>
        <w:rPr>
          <w:sz w:val="22"/>
        </w:rPr>
        <w:t>C. nước và muối khoáng.</w:t>
      </w:r>
    </w:p>
    <w:p>
      <w:pPr>
        <w:pStyle w:val="ListParagraph"/>
      </w:pPr>
      <w:r>
        <w:rPr>
          <w:sz w:val="22"/>
        </w:rPr>
        <w:t>D. chất hữu cơ và khí carbon dioxide.</w:t>
      </w:r>
    </w:p>
    <w:p/>
    <w:p>
      <w:r>
        <w:rPr>
          <w:b/>
          <w:sz w:val="24"/>
        </w:rPr>
        <w:t>Câu 9: Ở thực vật, quang hợp diễn ra chủ yếu ở</w:t>
      </w:r>
    </w:p>
    <w:p>
      <w:pPr>
        <w:pStyle w:val="ListParagraph"/>
      </w:pPr>
      <w:r>
        <w:rPr>
          <w:sz w:val="22"/>
        </w:rPr>
        <w:t>A. rễ cây.</w:t>
      </w:r>
    </w:p>
    <w:p>
      <w:pPr>
        <w:pStyle w:val="ListParagraph"/>
      </w:pPr>
      <w:r>
        <w:rPr>
          <w:sz w:val="22"/>
        </w:rPr>
        <w:t>B. thân cây.</w:t>
      </w:r>
    </w:p>
    <w:p>
      <w:pPr>
        <w:pStyle w:val="ListParagraph"/>
      </w:pPr>
      <w:r>
        <w:rPr>
          <w:sz w:val="22"/>
        </w:rPr>
        <w:t>C. hoa.</w:t>
      </w:r>
    </w:p>
    <w:p>
      <w:pPr>
        <w:pStyle w:val="ListParagraph"/>
      </w:pPr>
      <w:r>
        <w:rPr>
          <w:sz w:val="22"/>
        </w:rPr>
        <w:t>D. lá cây.</w:t>
      </w:r>
    </w:p>
    <w:p/>
    <w:p>
      <w:r>
        <w:rPr>
          <w:b/>
          <w:sz w:val="24"/>
        </w:rPr>
        <w:t>Câu 10: Vai trò của quang hợp đối với sinh vật và môi trường là</w:t>
      </w:r>
    </w:p>
    <w:p>
      <w:pPr>
        <w:pStyle w:val="ListParagraph"/>
      </w:pPr>
      <w:r>
        <w:rPr>
          <w:sz w:val="22"/>
        </w:rPr>
        <w:t>A. cung cấp khí carbon dioxide và hấp thụ khí oxygen.</w:t>
      </w:r>
    </w:p>
    <w:p>
      <w:pPr>
        <w:pStyle w:val="ListParagraph"/>
      </w:pPr>
      <w:r>
        <w:rPr>
          <w:sz w:val="22"/>
        </w:rPr>
        <w:t>B. cung cấp chất hữu cơ và khí oxygen, hấp thụ khí carbon dioxide.</w:t>
      </w:r>
    </w:p>
    <w:p>
      <w:pPr>
        <w:pStyle w:val="ListParagraph"/>
      </w:pPr>
      <w:r>
        <w:rPr>
          <w:sz w:val="22"/>
        </w:rPr>
        <w:t>C. phân giải chất hữu cơ để tạo năng lượng.</w:t>
      </w:r>
    </w:p>
    <w:p>
      <w:pPr>
        <w:pStyle w:val="ListParagraph"/>
      </w:pPr>
      <w:r>
        <w:rPr>
          <w:sz w:val="22"/>
        </w:rPr>
        <w:t>D. thải ra khí oxygen và chất thải.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D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