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PHẦN 1: 25 CÂU TRẢ LỜI NGẮN</w:t>
      </w:r>
    </w:p>
    <w:p>
      <w:pPr>
        <w:jc w:val="center"/>
      </w:pPr>
      <w:r>
        <w:rPr>
          <w:sz w:val="22"/>
        </w:rPr>
        <w:t>Số câu: 50    Thời gian: _____ phút    Họ và tên: _________________________</w:t>
      </w:r>
    </w:p>
    <w:p/>
    <w:p>
      <w:r>
        <w:rPr>
          <w:b/>
          <w:sz w:val="24"/>
        </w:rPr>
        <w:t>Câu 1: Trung tâm hành chính - chính trị của tỉnh Gia Lai mới đặt tại đâu?</w:t>
      </w:r>
    </w:p>
    <w:p/>
    <w:p>
      <w:r>
        <w:rPr>
          <w:b/>
          <w:sz w:val="24"/>
        </w:rPr>
        <w:t>Câu 2: Diện tích tự nhiên của tỉnh Gia Lai mới là bao nhiêu?</w:t>
      </w:r>
    </w:p>
    <w:p/>
    <w:p>
      <w:r>
        <w:rPr>
          <w:b/>
          <w:sz w:val="24"/>
        </w:rPr>
        <w:t>Câu 3: Quy mô dân số của tỉnh Gia Lai mới khoảng bao nhiêu người?</w:t>
      </w:r>
    </w:p>
    <w:p/>
    <w:p>
      <w:r>
        <w:rPr>
          <w:b/>
          <w:sz w:val="24"/>
        </w:rPr>
        <w:t>Câu 4: Vào thế kỷ XVIII, ba anh em Nguyễn Nhạc, Nguyễn Huệ, Nguyễn Lữ đã chọn vùng nào ở Gia Lai làm căn cứ địa (Tây Sơn Thượng đạo)?</w:t>
      </w:r>
    </w:p>
    <w:p/>
    <w:p>
      <w:r>
        <w:rPr>
          <w:b/>
          <w:sz w:val="24"/>
        </w:rPr>
        <w:t>Câu 5: Ngày tháng năm nào thị xã Pleiku và toàn tỉnh Gia Lai hoàn toàn được giải phóng?</w:t>
      </w:r>
    </w:p>
    <w:p/>
    <w:p>
      <w:r>
        <w:rPr>
          <w:b/>
          <w:sz w:val="24"/>
        </w:rPr>
        <w:t>Câu 6: Hoàng đế Quang Trung - Nguyễn Huệ sinh năm bao nhiêu?</w:t>
      </w:r>
    </w:p>
    <w:p/>
    <w:p>
      <w:r>
        <w:rPr>
          <w:b/>
          <w:sz w:val="24"/>
        </w:rPr>
        <w:t>Câu 7: Bảo tàng Quang Trung tọa lạc tại đâu?</w:t>
      </w:r>
    </w:p>
    <w:p/>
    <w:p>
      <w:r>
        <w:rPr>
          <w:b/>
          <w:sz w:val="24"/>
        </w:rPr>
        <w:t>Câu 8: Cây me cổ thụ trong khuôn viên Bảo tàng Quang Trung có tuổi đời bao nhiêu năm và được công nhận là gì?</w:t>
      </w:r>
    </w:p>
    <w:p/>
    <w:p>
      <w:r>
        <w:rPr>
          <w:b/>
          <w:sz w:val="24"/>
        </w:rPr>
        <w:t>Câu 9: Anh hùng Núp sinh năm nào, quê ở đâu và thuộc dân tộc gì?</w:t>
      </w:r>
    </w:p>
    <w:p/>
    <w:p>
      <w:r>
        <w:rPr>
          <w:b/>
          <w:sz w:val="24"/>
        </w:rPr>
        <w:t>Câu 10: Năm 1955, Anh hùng Núp được vinh danh là gì?</w:t>
      </w:r>
    </w:p>
    <w:p/>
    <w:p>
      <w:r>
        <w:rPr>
          <w:b/>
          <w:sz w:val="24"/>
        </w:rPr>
        <w:t>Câu 11: Cụ Phó bảng Nguyễn Sinh Sắc (sinh năm 1862) từng giữ chức Tri huyện ở đâu?</w:t>
      </w:r>
    </w:p>
    <w:p/>
    <w:p>
      <w:r>
        <w:rPr>
          <w:b/>
          <w:sz w:val="24"/>
        </w:rPr>
        <w:t>Câu 12: Chủ tịch Hồ Chí Minh (Nguyễn Tất Thành) sinh ngày tháng năm nào?</w:t>
      </w:r>
    </w:p>
    <w:p/>
    <w:p>
      <w:r>
        <w:rPr>
          <w:b/>
          <w:sz w:val="24"/>
        </w:rPr>
        <w:t>Câu 13: Sự kiện lịch sử diễn ra vào ngày 5/6/1911 đánh dấu bước ngoặt gì của Nguyễn Tất Thành?</w:t>
      </w:r>
    </w:p>
    <w:p/>
    <w:p>
      <w:r>
        <w:rPr>
          <w:b/>
          <w:sz w:val="24"/>
        </w:rPr>
        <w:t>Câu 14: Biển Hồ (T’Nưng) ở Pleiku thực chất là gì?</w:t>
      </w:r>
    </w:p>
    <w:p/>
    <w:p>
      <w:r>
        <w:rPr>
          <w:b/>
          <w:sz w:val="24"/>
        </w:rPr>
        <w:t>Câu 15: Vườn quốc gia và khu dự trữ sinh quyển nào được UNESCO công nhận là "lá phổi xanh" nguyên sinh của vùng cao nguyên?</w:t>
      </w:r>
    </w:p>
    <w:p/>
    <w:p>
      <w:r>
        <w:rPr>
          <w:b/>
          <w:sz w:val="24"/>
        </w:rPr>
        <w:t>Câu 16: Thác K50 (Thác Hang Én) nằm ở đâu và được ví là gì?</w:t>
      </w:r>
    </w:p>
    <w:p/>
    <w:p>
      <w:r>
        <w:rPr>
          <w:b/>
          <w:sz w:val="24"/>
        </w:rPr>
        <w:t>Câu 17: Bán đảo Phương Mai nổi tiếng với hai danh thắng nào được mệnh danh là Eo Gió và gì?</w:t>
      </w:r>
    </w:p>
    <w:p/>
    <w:p>
      <w:r>
        <w:rPr>
          <w:b/>
          <w:sz w:val="24"/>
        </w:rPr>
        <w:t>Câu 18: Sưu tập công cụ sơ kỳ Đá cũ An Khê có niên đại khoảng bao nhiêu năm trước?</w:t>
      </w:r>
    </w:p>
    <w:p/>
    <w:p>
      <w:r>
        <w:rPr>
          <w:b/>
          <w:sz w:val="24"/>
        </w:rPr>
        <w:t>Câu 19: Cặp tượng Sư tử đá thành Đồ Bàn (phát hiện tại thị xã An Nhơn cũ) có niên đại vào thời gian nào?</w:t>
      </w:r>
    </w:p>
    <w:p/>
    <w:p>
      <w:r>
        <w:rPr>
          <w:b/>
          <w:sz w:val="24"/>
        </w:rPr>
        <w:t>Câu 20: Không gian văn hóa Cồng chiêng Tây Nguyên được UNESCO chính thức ghi danh là di sản vào năm nào?</w:t>
      </w:r>
    </w:p>
    <w:p/>
    <w:p>
      <w:r>
        <w:rPr>
          <w:b/>
          <w:sz w:val="24"/>
        </w:rPr>
        <w:t>Câu 21: Loại hình nghệ thuật Bài chòi được UNESCO ghi danh vào danh mục di sản văn hóa phi vật thể đại diện của nhân loại vào ngày tháng năm nào?</w:t>
      </w:r>
    </w:p>
    <w:p/>
    <w:p>
      <w:r>
        <w:rPr>
          <w:b/>
          <w:sz w:val="24"/>
        </w:rPr>
        <w:t>Câu 22: Nghệ thuật Hát bội (Hát tuồng) Bình Định được đưa vào danh mục Di sản văn hóa phi vật thể quốc gia vào năm nào?</w:t>
      </w:r>
    </w:p>
    <w:p/>
    <w:p>
      <w:r>
        <w:rPr>
          <w:b/>
          <w:sz w:val="24"/>
        </w:rPr>
        <w:t>Câu 23: Võ cổ truyền Bình Định - Gia Lai được Bộ Văn hóa, Thể thao và Du lịch công nhận là Di sản văn hóa phi vật thể quốc gia vào năm nào?</w:t>
      </w:r>
    </w:p>
    <w:p/>
    <w:p>
      <w:r>
        <w:rPr>
          <w:b/>
          <w:sz w:val="24"/>
        </w:rPr>
        <w:t>Câu 24: Lễ hội mừng lúa mới (Lễ cúng lúa mới) là lễ hội lớn nhất trong năm của đồng bào dân tộc nào?</w:t>
      </w:r>
    </w:p>
    <w:p/>
    <w:p>
      <w:r>
        <w:rPr>
          <w:b/>
          <w:sz w:val="24"/>
        </w:rPr>
        <w:t>Câu 25: Lễ hội kỷ niệm chiến thắng Ngọc Hồi - Đống Đa (Lễ hội Đống Đa - Tây Sơn) được tổ chức hằng năm vào thời điểm nào?</w:t>
      </w:r>
    </w:p>
    <w:p/>
    <w:p>
      <w:r>
        <w:rPr>
          <w:b/>
          <w:sz w:val="24"/>
        </w:rPr>
        <w:t>Câu 26: Trung tâm hành chính - chính trị của tỉnh Gia Lai mới đặt tại thành phố nào?</w:t>
      </w:r>
    </w:p>
    <w:p>
      <w:pPr>
        <w:pStyle w:val="ListParagraph"/>
      </w:pPr>
      <w:r>
        <w:rPr>
          <w:sz w:val="22"/>
        </w:rPr>
        <w:t>A. Pleiku</w:t>
      </w:r>
    </w:p>
    <w:p>
      <w:pPr>
        <w:pStyle w:val="ListParagraph"/>
      </w:pPr>
      <w:r>
        <w:rPr>
          <w:sz w:val="22"/>
        </w:rPr>
        <w:t>B. Quy Nhơn</w:t>
      </w:r>
    </w:p>
    <w:p>
      <w:pPr>
        <w:pStyle w:val="ListParagraph"/>
      </w:pPr>
      <w:r>
        <w:rPr>
          <w:sz w:val="22"/>
        </w:rPr>
        <w:t>C. An Khê</w:t>
      </w:r>
    </w:p>
    <w:p>
      <w:pPr>
        <w:pStyle w:val="ListParagraph"/>
      </w:pPr>
      <w:r>
        <w:rPr>
          <w:sz w:val="22"/>
        </w:rPr>
        <w:t>D. Tuy Hòa</w:t>
      </w:r>
    </w:p>
    <w:p/>
    <w:p>
      <w:r>
        <w:rPr>
          <w:b/>
          <w:sz w:val="24"/>
        </w:rPr>
        <w:t>Câu 27: Diện tích tự nhiên của tỉnh Gia Lai mới đạt khoảng bao nhiêu?</w:t>
      </w:r>
    </w:p>
    <w:p>
      <w:pPr>
        <w:pStyle w:val="ListParagraph"/>
      </w:pPr>
      <w:r>
        <w:rPr>
          <w:sz w:val="22"/>
        </w:rPr>
        <w:t>A. $15.000 km^2$</w:t>
      </w:r>
    </w:p>
    <w:p>
      <w:pPr>
        <w:pStyle w:val="ListParagraph"/>
      </w:pPr>
      <w:r>
        <w:rPr>
          <w:sz w:val="22"/>
        </w:rPr>
        <w:t>B. $21.576,53 km^2$</w:t>
      </w:r>
    </w:p>
    <w:p>
      <w:pPr>
        <w:pStyle w:val="ListParagraph"/>
      </w:pPr>
      <w:r>
        <w:rPr>
          <w:sz w:val="22"/>
        </w:rPr>
        <w:t>C. $30.120 km^2$</w:t>
      </w:r>
    </w:p>
    <w:p>
      <w:pPr>
        <w:pStyle w:val="ListParagraph"/>
      </w:pPr>
      <w:r>
        <w:rPr>
          <w:sz w:val="22"/>
        </w:rPr>
        <w:t>D. $10.500 km^2$</w:t>
      </w:r>
    </w:p>
    <w:p/>
    <w:p>
      <w:r>
        <w:rPr>
          <w:b/>
          <w:sz w:val="24"/>
        </w:rPr>
        <w:t>Câu 28: Vào những năm 70 của thế kỷ XVIII, ba anh em Nguyễn Nhạc, Nguyễn Huệ, Nguyễn Lữ đã chọn vùng nào làm căn cứ "Tây Sơn Thượng đạo"?</w:t>
      </w:r>
    </w:p>
    <w:p>
      <w:pPr>
        <w:pStyle w:val="ListParagraph"/>
      </w:pPr>
      <w:r>
        <w:rPr>
          <w:sz w:val="22"/>
        </w:rPr>
        <w:t>A. Vùng núi An Khê (Gia Lai)</w:t>
      </w:r>
    </w:p>
    <w:p>
      <w:pPr>
        <w:pStyle w:val="ListParagraph"/>
      </w:pPr>
      <w:r>
        <w:rPr>
          <w:sz w:val="22"/>
        </w:rPr>
        <w:t>B. Vùng đồng bảng Quy Nhơn (Bình Định)</w:t>
      </w:r>
    </w:p>
    <w:p>
      <w:pPr>
        <w:pStyle w:val="ListParagraph"/>
      </w:pPr>
      <w:r>
        <w:rPr>
          <w:sz w:val="22"/>
        </w:rPr>
        <w:t>C. Vùng núi Kon Tum</w:t>
      </w:r>
    </w:p>
    <w:p>
      <w:pPr>
        <w:pStyle w:val="ListParagraph"/>
      </w:pPr>
      <w:r>
        <w:rPr>
          <w:sz w:val="22"/>
        </w:rPr>
        <w:t>D. Vùng cao nguyên Đắk Lắk</w:t>
      </w:r>
    </w:p>
    <w:p/>
    <w:p>
      <w:r>
        <w:rPr>
          <w:b/>
          <w:sz w:val="24"/>
        </w:rPr>
        <w:t>Câu 29: Thị xã Pleiku và toàn tỉnh Gia Lai hoàn toàn được giải phóng vào ngày tháng năm nào?</w:t>
      </w:r>
    </w:p>
    <w:p>
      <w:pPr>
        <w:pStyle w:val="ListParagraph"/>
      </w:pPr>
      <w:r>
        <w:rPr>
          <w:sz w:val="22"/>
        </w:rPr>
        <w:t>A. 10/3/1975</w:t>
      </w:r>
    </w:p>
    <w:p>
      <w:pPr>
        <w:pStyle w:val="ListParagraph"/>
      </w:pPr>
      <w:r>
        <w:rPr>
          <w:sz w:val="22"/>
        </w:rPr>
        <w:t>B. 17/3/1975</w:t>
      </w:r>
    </w:p>
    <w:p>
      <w:pPr>
        <w:pStyle w:val="ListParagraph"/>
      </w:pPr>
      <w:r>
        <w:rPr>
          <w:sz w:val="22"/>
        </w:rPr>
        <w:t>C. 26/3/1975</w:t>
      </w:r>
    </w:p>
    <w:p>
      <w:pPr>
        <w:pStyle w:val="ListParagraph"/>
      </w:pPr>
      <w:r>
        <w:rPr>
          <w:sz w:val="22"/>
        </w:rPr>
        <w:t>D. 30/4/1975</w:t>
      </w:r>
    </w:p>
    <w:p/>
    <w:p>
      <w:r>
        <w:rPr>
          <w:b/>
          <w:sz w:val="24"/>
        </w:rPr>
        <w:t>Câu 30: Hoàng đế Quang Trung - Nguyễn Huệ sinh năm bao nhiêu?</w:t>
      </w:r>
    </w:p>
    <w:p>
      <w:pPr>
        <w:pStyle w:val="ListParagraph"/>
      </w:pPr>
      <w:r>
        <w:rPr>
          <w:sz w:val="22"/>
        </w:rPr>
        <w:t>A. 1750</w:t>
      </w:r>
    </w:p>
    <w:p>
      <w:pPr>
        <w:pStyle w:val="ListParagraph"/>
      </w:pPr>
      <w:r>
        <w:rPr>
          <w:sz w:val="22"/>
        </w:rPr>
        <w:t>B. 1753</w:t>
      </w:r>
    </w:p>
    <w:p>
      <w:pPr>
        <w:pStyle w:val="ListParagraph"/>
      </w:pPr>
      <w:r>
        <w:rPr>
          <w:sz w:val="22"/>
        </w:rPr>
        <w:t>C. 1788</w:t>
      </w:r>
    </w:p>
    <w:p>
      <w:pPr>
        <w:pStyle w:val="ListParagraph"/>
      </w:pPr>
      <w:r>
        <w:rPr>
          <w:sz w:val="22"/>
        </w:rPr>
        <w:t>D. 1792</w:t>
      </w:r>
    </w:p>
    <w:p/>
    <w:p>
      <w:r>
        <w:rPr>
          <w:b/>
          <w:sz w:val="24"/>
        </w:rPr>
        <w:t>Câu 31: Bảo tàng Quang Trung được xây dựng trên chính mảnh đất quê hương của ba anh em nhà Tây Sơn tại đâu?</w:t>
      </w:r>
    </w:p>
    <w:p>
      <w:pPr>
        <w:pStyle w:val="ListParagraph"/>
      </w:pPr>
      <w:r>
        <w:rPr>
          <w:sz w:val="22"/>
        </w:rPr>
        <w:t>A. Huyện An Khê, tỉnh Gia Lai</w:t>
      </w:r>
    </w:p>
    <w:p>
      <w:pPr>
        <w:pStyle w:val="ListParagraph"/>
      </w:pPr>
      <w:r>
        <w:rPr>
          <w:sz w:val="22"/>
        </w:rPr>
        <w:t>B. Thị trấn Phú Phong, huyện Tây Sơn</w:t>
      </w:r>
    </w:p>
    <w:p>
      <w:pPr>
        <w:pStyle w:val="ListParagraph"/>
      </w:pPr>
      <w:r>
        <w:rPr>
          <w:sz w:val="22"/>
        </w:rPr>
        <w:t>C. Thành phố Pleiku, tỉnh Gia Lai</w:t>
      </w:r>
    </w:p>
    <w:p>
      <w:pPr>
        <w:pStyle w:val="ListParagraph"/>
      </w:pPr>
      <w:r>
        <w:rPr>
          <w:sz w:val="22"/>
        </w:rPr>
        <w:t>D. Thành phố Quy Nhơn, tỉnh Bình Định</w:t>
      </w:r>
    </w:p>
    <w:p/>
    <w:p>
      <w:r>
        <w:rPr>
          <w:b/>
          <w:sz w:val="24"/>
        </w:rPr>
        <w:t>Câu 32: Cây me cổ thụ trong khuôn viên Bảo tàng Quang Trung có tuổi đời bao nhiêu năm?</w:t>
      </w:r>
    </w:p>
    <w:p>
      <w:pPr>
        <w:pStyle w:val="ListParagraph"/>
      </w:pPr>
      <w:r>
        <w:rPr>
          <w:sz w:val="22"/>
        </w:rPr>
        <w:t>A. Hơn 100 năm</w:t>
      </w:r>
    </w:p>
    <w:p>
      <w:pPr>
        <w:pStyle w:val="ListParagraph"/>
      </w:pPr>
      <w:r>
        <w:rPr>
          <w:sz w:val="22"/>
        </w:rPr>
        <w:t>B. Hơn 200 năm</w:t>
      </w:r>
    </w:p>
    <w:p>
      <w:pPr>
        <w:pStyle w:val="ListParagraph"/>
      </w:pPr>
      <w:r>
        <w:rPr>
          <w:sz w:val="22"/>
        </w:rPr>
        <w:t>C. Hơn 300 năm</w:t>
      </w:r>
    </w:p>
    <w:p>
      <w:pPr>
        <w:pStyle w:val="ListParagraph"/>
      </w:pPr>
      <w:r>
        <w:rPr>
          <w:sz w:val="22"/>
        </w:rPr>
        <w:t>D. Hơn 500 năm</w:t>
      </w:r>
    </w:p>
    <w:p/>
    <w:p>
      <w:r>
        <w:rPr>
          <w:b/>
          <w:sz w:val="24"/>
        </w:rPr>
        <w:t>Câu 33: Anh hùng Núp là người dân tộc nào?</w:t>
      </w:r>
    </w:p>
    <w:p>
      <w:pPr>
        <w:pStyle w:val="ListParagraph"/>
      </w:pPr>
      <w:r>
        <w:rPr>
          <w:sz w:val="22"/>
        </w:rPr>
        <w:t>A. Dân tộc Jrai</w:t>
      </w:r>
    </w:p>
    <w:p>
      <w:pPr>
        <w:pStyle w:val="ListParagraph"/>
      </w:pPr>
      <w:r>
        <w:rPr>
          <w:sz w:val="22"/>
        </w:rPr>
        <w:t>B. Dân tộc Ba Na</w:t>
      </w:r>
    </w:p>
    <w:p>
      <w:pPr>
        <w:pStyle w:val="ListParagraph"/>
      </w:pPr>
      <w:r>
        <w:rPr>
          <w:sz w:val="22"/>
        </w:rPr>
        <w:t>C. Dân tộc Ê Đê</w:t>
      </w:r>
    </w:p>
    <w:p>
      <w:pPr>
        <w:pStyle w:val="ListParagraph"/>
      </w:pPr>
      <w:r>
        <w:rPr>
          <w:sz w:val="22"/>
        </w:rPr>
        <w:t>D. Dân tộc Xơ Đăng</w:t>
      </w:r>
    </w:p>
    <w:p/>
    <w:p>
      <w:r>
        <w:rPr>
          <w:b/>
          <w:sz w:val="24"/>
        </w:rPr>
        <w:t>Câu 34: Anh hùng Núp là người dân tộc thiểu số đầu tiên ở Tây Nguyên được Nhà nước phong tặng danh hiệu Anh hùng lực lượng vũ trang nhân dân vào năm nào?</w:t>
      </w:r>
    </w:p>
    <w:p>
      <w:pPr>
        <w:pStyle w:val="ListParagraph"/>
      </w:pPr>
      <w:r>
        <w:rPr>
          <w:sz w:val="22"/>
        </w:rPr>
        <w:t>A. 1945</w:t>
      </w:r>
    </w:p>
    <w:p>
      <w:pPr>
        <w:pStyle w:val="ListParagraph"/>
      </w:pPr>
      <w:r>
        <w:rPr>
          <w:sz w:val="22"/>
        </w:rPr>
        <w:t>B. 1954</w:t>
      </w:r>
    </w:p>
    <w:p>
      <w:pPr>
        <w:pStyle w:val="ListParagraph"/>
      </w:pPr>
      <w:r>
        <w:rPr>
          <w:sz w:val="22"/>
        </w:rPr>
        <w:t>C. 1955</w:t>
      </w:r>
    </w:p>
    <w:p>
      <w:pPr>
        <w:pStyle w:val="ListParagraph"/>
      </w:pPr>
      <w:r>
        <w:rPr>
          <w:sz w:val="22"/>
        </w:rPr>
        <w:t>D. 1975</w:t>
      </w:r>
    </w:p>
    <w:p/>
    <w:p>
      <w:r>
        <w:rPr>
          <w:b/>
          <w:sz w:val="24"/>
        </w:rPr>
        <w:t>Câu 35: Cụ Phó bảng Nguyễn Sinh Sắc từng giữ chức Tri huyện tại đâu?</w:t>
      </w:r>
    </w:p>
    <w:p>
      <w:pPr>
        <w:pStyle w:val="ListParagraph"/>
      </w:pPr>
      <w:r>
        <w:rPr>
          <w:sz w:val="22"/>
        </w:rPr>
        <w:t>A. Tri huyện Bình Khê</w:t>
      </w:r>
    </w:p>
    <w:p>
      <w:pPr>
        <w:pStyle w:val="ListParagraph"/>
      </w:pPr>
      <w:r>
        <w:rPr>
          <w:sz w:val="22"/>
        </w:rPr>
        <w:t>B. Tri huyện An Khê</w:t>
      </w:r>
    </w:p>
    <w:p>
      <w:pPr>
        <w:pStyle w:val="ListParagraph"/>
      </w:pPr>
      <w:r>
        <w:rPr>
          <w:sz w:val="22"/>
        </w:rPr>
        <w:t>C. Tri huyện Hoài Ân</w:t>
      </w:r>
    </w:p>
    <w:p>
      <w:pPr>
        <w:pStyle w:val="ListParagraph"/>
      </w:pPr>
      <w:r>
        <w:rPr>
          <w:sz w:val="22"/>
        </w:rPr>
        <w:t>D. Tri huyện Phù Cát</w:t>
      </w:r>
    </w:p>
    <w:p/>
    <w:p>
      <w:r>
        <w:rPr>
          <w:b/>
          <w:sz w:val="24"/>
        </w:rPr>
        <w:t>Câu 36: Chủ tịch Hồ Chí Minh sinh ngày tháng năm nào?</w:t>
      </w:r>
    </w:p>
    <w:p>
      <w:pPr>
        <w:pStyle w:val="ListParagraph"/>
      </w:pPr>
      <w:r>
        <w:rPr>
          <w:sz w:val="22"/>
        </w:rPr>
        <w:t>A. 19/5/1890</w:t>
      </w:r>
    </w:p>
    <w:p>
      <w:pPr>
        <w:pStyle w:val="ListParagraph"/>
      </w:pPr>
      <w:r>
        <w:rPr>
          <w:sz w:val="22"/>
        </w:rPr>
        <w:t>B. 02/9/1945</w:t>
      </w:r>
    </w:p>
    <w:p>
      <w:pPr>
        <w:pStyle w:val="ListParagraph"/>
      </w:pPr>
      <w:r>
        <w:rPr>
          <w:sz w:val="22"/>
        </w:rPr>
        <w:t>C. 03/2/1930</w:t>
      </w:r>
    </w:p>
    <w:p>
      <w:pPr>
        <w:pStyle w:val="ListParagraph"/>
      </w:pPr>
      <w:r>
        <w:rPr>
          <w:sz w:val="22"/>
        </w:rPr>
        <w:t>D. 19/5/1895</w:t>
      </w:r>
    </w:p>
    <w:p/>
    <w:p>
      <w:r>
        <w:rPr>
          <w:b/>
          <w:sz w:val="24"/>
        </w:rPr>
        <w:t>Câu 37: Sự kiện Nguyễn Tất Thành ra đi tìm đường cứu nước diễn ra vào ngày tháng năm nào tại Bến cảng Nhà Rồng?</w:t>
      </w:r>
    </w:p>
    <w:p>
      <w:pPr>
        <w:pStyle w:val="ListParagraph"/>
      </w:pPr>
      <w:r>
        <w:rPr>
          <w:sz w:val="22"/>
        </w:rPr>
        <w:t>A. 05/6/1911</w:t>
      </w:r>
    </w:p>
    <w:p>
      <w:pPr>
        <w:pStyle w:val="ListParagraph"/>
      </w:pPr>
      <w:r>
        <w:rPr>
          <w:sz w:val="22"/>
        </w:rPr>
        <w:t>B. 05/06/1920</w:t>
      </w:r>
    </w:p>
    <w:p>
      <w:pPr>
        <w:pStyle w:val="ListParagraph"/>
      </w:pPr>
      <w:r>
        <w:rPr>
          <w:sz w:val="22"/>
        </w:rPr>
        <w:t>C. 03/02/1930</w:t>
      </w:r>
    </w:p>
    <w:p>
      <w:pPr>
        <w:pStyle w:val="ListParagraph"/>
      </w:pPr>
      <w:r>
        <w:rPr>
          <w:sz w:val="22"/>
        </w:rPr>
        <w:t>D. 02/09/1945</w:t>
      </w:r>
    </w:p>
    <w:p/>
    <w:p>
      <w:r>
        <w:rPr>
          <w:b/>
          <w:sz w:val="24"/>
        </w:rPr>
        <w:t>Câu 38: Hồ nước ngọt tự nhiên nằm trên miệng núi lửa đã ngưng hoạt động ở Pleiku được mệnh danh là gì?</w:t>
      </w:r>
    </w:p>
    <w:p>
      <w:pPr>
        <w:pStyle w:val="ListParagraph"/>
      </w:pPr>
      <w:r>
        <w:rPr>
          <w:sz w:val="22"/>
        </w:rPr>
        <w:t>A. Hồ Tuyền Lâm</w:t>
      </w:r>
    </w:p>
    <w:p>
      <w:pPr>
        <w:pStyle w:val="ListParagraph"/>
      </w:pPr>
      <w:r>
        <w:rPr>
          <w:sz w:val="22"/>
        </w:rPr>
        <w:t>B. Biển Hồ (T’Nưng)</w:t>
      </w:r>
    </w:p>
    <w:p>
      <w:pPr>
        <w:pStyle w:val="ListParagraph"/>
      </w:pPr>
      <w:r>
        <w:rPr>
          <w:sz w:val="22"/>
        </w:rPr>
        <w:t>C. Hồ Lắk</w:t>
      </w:r>
    </w:p>
    <w:p>
      <w:pPr>
        <w:pStyle w:val="ListParagraph"/>
      </w:pPr>
      <w:r>
        <w:rPr>
          <w:sz w:val="22"/>
        </w:rPr>
        <w:t>D. Thủy điện Yaly</w:t>
      </w:r>
    </w:p>
    <w:p/>
    <w:p>
      <w:r>
        <w:rPr>
          <w:b/>
          <w:sz w:val="24"/>
        </w:rPr>
        <w:t>Câu 39: Khu vực nào ở Gia Lai được UNESCO công nhận là Khu dự trữ sinh quyển thế giới?</w:t>
      </w:r>
    </w:p>
    <w:p>
      <w:pPr>
        <w:pStyle w:val="ListParagraph"/>
      </w:pPr>
      <w:r>
        <w:rPr>
          <w:sz w:val="22"/>
        </w:rPr>
        <w:t>A. Kon Hà Nừng</w:t>
      </w:r>
    </w:p>
    <w:p>
      <w:pPr>
        <w:pStyle w:val="ListParagraph"/>
      </w:pPr>
      <w:r>
        <w:rPr>
          <w:sz w:val="22"/>
        </w:rPr>
        <w:t>B. Chư Đăng Ya</w:t>
      </w:r>
    </w:p>
    <w:p>
      <w:pPr>
        <w:pStyle w:val="ListParagraph"/>
      </w:pPr>
      <w:r>
        <w:rPr>
          <w:sz w:val="22"/>
        </w:rPr>
        <w:t>C. Plei Ơi</w:t>
      </w:r>
    </w:p>
    <w:p>
      <w:pPr>
        <w:pStyle w:val="ListParagraph"/>
      </w:pPr>
      <w:r>
        <w:rPr>
          <w:sz w:val="22"/>
        </w:rPr>
        <w:t>D. Đăk Pơ</w:t>
      </w:r>
    </w:p>
    <w:p/>
    <w:p>
      <w:r>
        <w:rPr>
          <w:b/>
          <w:sz w:val="24"/>
        </w:rPr>
        <w:t>Câu 40: Sưu tập công cụ sơ kỳ Đá cũ An Khê có niên đại khoảng bao nhiêu năm trước?</w:t>
      </w:r>
    </w:p>
    <w:p>
      <w:pPr>
        <w:pStyle w:val="ListParagraph"/>
      </w:pPr>
      <w:r>
        <w:rPr>
          <w:sz w:val="22"/>
        </w:rPr>
        <w:t>A. Khoảng 10.000 - 20.000 năm trước</w:t>
      </w:r>
    </w:p>
    <w:p>
      <w:pPr>
        <w:pStyle w:val="ListParagraph"/>
      </w:pPr>
      <w:r>
        <w:rPr>
          <w:sz w:val="22"/>
        </w:rPr>
        <w:t>B. Khoảng 100.000 - 200.000 năm trước</w:t>
      </w:r>
    </w:p>
    <w:p>
      <w:pPr>
        <w:pStyle w:val="ListParagraph"/>
      </w:pPr>
      <w:r>
        <w:rPr>
          <w:sz w:val="22"/>
        </w:rPr>
        <w:t>C. Khoảng từ 800.000 đến hơn 1 triệu năm trước</w:t>
      </w:r>
    </w:p>
    <w:p>
      <w:pPr>
        <w:pStyle w:val="ListParagraph"/>
      </w:pPr>
      <w:r>
        <w:rPr>
          <w:sz w:val="22"/>
        </w:rPr>
        <w:t>D. Khoảng vài ngàn năm trước</w:t>
      </w:r>
    </w:p>
    <w:p/>
    <w:p>
      <w:r>
        <w:rPr>
          <w:b/>
          <w:sz w:val="24"/>
        </w:rPr>
        <w:t>Câu 41: Cặp tượng Sư tử đá thành Đồ Bàn có niên đại vào thời gian nào?</w:t>
      </w:r>
    </w:p>
    <w:p>
      <w:pPr>
        <w:pStyle w:val="ListParagraph"/>
      </w:pPr>
      <w:r>
        <w:rPr>
          <w:sz w:val="22"/>
        </w:rPr>
        <w:t>A. Thế kỷ IX</w:t>
      </w:r>
    </w:p>
    <w:p>
      <w:pPr>
        <w:pStyle w:val="ListParagraph"/>
      </w:pPr>
      <w:r>
        <w:rPr>
          <w:sz w:val="22"/>
        </w:rPr>
        <w:t>B. Cuối thế kỷ XI</w:t>
      </w:r>
    </w:p>
    <w:p>
      <w:pPr>
        <w:pStyle w:val="ListParagraph"/>
      </w:pPr>
      <w:r>
        <w:rPr>
          <w:sz w:val="22"/>
        </w:rPr>
        <w:t>C. Thế kỷ XIII</w:t>
      </w:r>
    </w:p>
    <w:p>
      <w:pPr>
        <w:pStyle w:val="ListParagraph"/>
      </w:pPr>
      <w:r>
        <w:rPr>
          <w:sz w:val="22"/>
        </w:rPr>
        <w:t>D. Thế kỷ XV</w:t>
      </w:r>
    </w:p>
    <w:p/>
    <w:p>
      <w:r>
        <w:rPr>
          <w:b/>
          <w:sz w:val="24"/>
        </w:rPr>
        <w:t>Câu 42: Không gian văn hóa Cồng chiêng Tây Nguyên được UNESCO chính thức ghi danh là di sản văn hóa phi vật thể đại diện của nhân loại vào năm nào?</w:t>
      </w:r>
    </w:p>
    <w:p>
      <w:pPr>
        <w:pStyle w:val="ListParagraph"/>
      </w:pPr>
      <w:r>
        <w:rPr>
          <w:sz w:val="22"/>
        </w:rPr>
        <w:t>A. 2003</w:t>
      </w:r>
    </w:p>
    <w:p>
      <w:pPr>
        <w:pStyle w:val="ListParagraph"/>
      </w:pPr>
      <w:r>
        <w:rPr>
          <w:sz w:val="22"/>
        </w:rPr>
        <w:t>B. 2005</w:t>
      </w:r>
    </w:p>
    <w:p>
      <w:pPr>
        <w:pStyle w:val="ListParagraph"/>
      </w:pPr>
      <w:r>
        <w:rPr>
          <w:sz w:val="22"/>
        </w:rPr>
        <w:t>C. 2012</w:t>
      </w:r>
    </w:p>
    <w:p>
      <w:pPr>
        <w:pStyle w:val="ListParagraph"/>
      </w:pPr>
      <w:r>
        <w:rPr>
          <w:sz w:val="22"/>
        </w:rPr>
        <w:t>D. 2017</w:t>
      </w:r>
    </w:p>
    <w:p/>
    <w:p>
      <w:r>
        <w:rPr>
          <w:b/>
          <w:sz w:val="24"/>
        </w:rPr>
        <w:t>Câu 43: Loại hình nghệ thuật Bài chòi được UNESCO ghi danh vào danh mục Di sản văn hóa phi vật thể đại diện của nhân loại vào ngày tháng năm nào?</w:t>
      </w:r>
    </w:p>
    <w:p>
      <w:pPr>
        <w:pStyle w:val="ListParagraph"/>
      </w:pPr>
      <w:r>
        <w:rPr>
          <w:sz w:val="22"/>
        </w:rPr>
        <w:t>A. 25/11/2005</w:t>
      </w:r>
    </w:p>
    <w:p>
      <w:pPr>
        <w:pStyle w:val="ListParagraph"/>
      </w:pPr>
      <w:r>
        <w:rPr>
          <w:sz w:val="22"/>
        </w:rPr>
        <w:t>B. 07/12/2017</w:t>
      </w:r>
    </w:p>
    <w:p>
      <w:pPr>
        <w:pStyle w:val="ListParagraph"/>
      </w:pPr>
      <w:r>
        <w:rPr>
          <w:sz w:val="22"/>
        </w:rPr>
        <w:t>C. 15/10/2012</w:t>
      </w:r>
    </w:p>
    <w:p>
      <w:pPr>
        <w:pStyle w:val="ListParagraph"/>
      </w:pPr>
      <w:r>
        <w:rPr>
          <w:sz w:val="22"/>
        </w:rPr>
        <w:t>D. 20/05/2014</w:t>
      </w:r>
    </w:p>
    <w:p/>
    <w:p>
      <w:r>
        <w:rPr>
          <w:b/>
          <w:sz w:val="24"/>
        </w:rPr>
        <w:t>Câu 44: Nghệ thuật Hát bội (Hát tuồng) Bình Định được Bộ Văn hóa, Thể thao và Du lịch đưa vào danh mục Di sản văn hóa phi vật thể quốc gia vào năm nào?</w:t>
      </w:r>
    </w:p>
    <w:p>
      <w:pPr>
        <w:pStyle w:val="ListParagraph"/>
      </w:pPr>
      <w:r>
        <w:rPr>
          <w:sz w:val="22"/>
        </w:rPr>
        <w:t>A. 2010</w:t>
      </w:r>
    </w:p>
    <w:p>
      <w:pPr>
        <w:pStyle w:val="ListParagraph"/>
      </w:pPr>
      <w:r>
        <w:rPr>
          <w:sz w:val="22"/>
        </w:rPr>
        <w:t>B. 2012</w:t>
      </w:r>
    </w:p>
    <w:p>
      <w:pPr>
        <w:pStyle w:val="ListParagraph"/>
      </w:pPr>
      <w:r>
        <w:rPr>
          <w:sz w:val="22"/>
        </w:rPr>
        <w:t>C. 2014</w:t>
      </w:r>
    </w:p>
    <w:p>
      <w:pPr>
        <w:pStyle w:val="ListParagraph"/>
      </w:pPr>
      <w:r>
        <w:rPr>
          <w:sz w:val="22"/>
        </w:rPr>
        <w:t>D. 2017</w:t>
      </w:r>
    </w:p>
    <w:p/>
    <w:p>
      <w:r>
        <w:rPr>
          <w:b/>
          <w:sz w:val="24"/>
        </w:rPr>
        <w:t>Câu 45: Võ cổ truyền Bình Định - Gia Lai được công nhận là Di sản văn hóa phi vật thể quốc gia vào năm nào?</w:t>
      </w:r>
    </w:p>
    <w:p>
      <w:pPr>
        <w:pStyle w:val="ListParagraph"/>
      </w:pPr>
      <w:r>
        <w:rPr>
          <w:sz w:val="22"/>
        </w:rPr>
        <w:t>A. 2005</w:t>
      </w:r>
    </w:p>
    <w:p>
      <w:pPr>
        <w:pStyle w:val="ListParagraph"/>
      </w:pPr>
      <w:r>
        <w:rPr>
          <w:sz w:val="22"/>
        </w:rPr>
        <w:t>B. 2012</w:t>
      </w:r>
    </w:p>
    <w:p>
      <w:pPr>
        <w:pStyle w:val="ListParagraph"/>
      </w:pPr>
      <w:r>
        <w:rPr>
          <w:sz w:val="22"/>
        </w:rPr>
        <w:t>C. 2014</w:t>
      </w:r>
    </w:p>
    <w:p>
      <w:pPr>
        <w:pStyle w:val="ListParagraph"/>
      </w:pPr>
      <w:r>
        <w:rPr>
          <w:sz w:val="22"/>
        </w:rPr>
        <w:t>D. 2017</w:t>
      </w:r>
    </w:p>
    <w:p/>
    <w:p>
      <w:r>
        <w:rPr>
          <w:b/>
          <w:sz w:val="24"/>
        </w:rPr>
        <w:t>Câu 46: Lễ hội nào là nghi lễ tâm linh quan trọng và lớn nhất trong vòng đời của người Jrai và Ba Na để tiễn đưa linh hồn người đã khuất?</w:t>
      </w:r>
    </w:p>
    <w:p>
      <w:pPr>
        <w:pStyle w:val="ListParagraph"/>
      </w:pPr>
      <w:r>
        <w:rPr>
          <w:sz w:val="22"/>
        </w:rPr>
        <w:t>A. Lễ cúng lúa mới</w:t>
      </w:r>
    </w:p>
    <w:p>
      <w:pPr>
        <w:pStyle w:val="ListParagraph"/>
      </w:pPr>
      <w:r>
        <w:rPr>
          <w:sz w:val="22"/>
        </w:rPr>
        <w:t>B. Lễ bỏ mã (Pơ thi)</w:t>
      </w:r>
    </w:p>
    <w:p>
      <w:pPr>
        <w:pStyle w:val="ListParagraph"/>
      </w:pPr>
      <w:r>
        <w:rPr>
          <w:sz w:val="22"/>
        </w:rPr>
        <w:t>C. Lễ cúng giọt nước</w:t>
      </w:r>
    </w:p>
    <w:p>
      <w:pPr>
        <w:pStyle w:val="ListParagraph"/>
      </w:pPr>
      <w:r>
        <w:rPr>
          <w:sz w:val="22"/>
        </w:rPr>
        <w:t>D. Lễ hội Đống Đa</w:t>
      </w:r>
    </w:p>
    <w:p/>
    <w:p>
      <w:r>
        <w:rPr>
          <w:b/>
          <w:sz w:val="24"/>
        </w:rPr>
        <w:t>Câu 47: Lễ hội kỷ niệm chiến thắng Ngọc Hồi - Đống Đa (Lễ hội Đống Đa - Tây Sơn) được tổ chức vào thời điểm nào hằng năm?</w:t>
      </w:r>
    </w:p>
    <w:p>
      <w:pPr>
        <w:pStyle w:val="ListParagraph"/>
      </w:pPr>
      <w:r>
        <w:rPr>
          <w:sz w:val="22"/>
        </w:rPr>
        <w:t>A. Mùng 5 Tết Nguyên đán</w:t>
      </w:r>
    </w:p>
    <w:p>
      <w:pPr>
        <w:pStyle w:val="ListParagraph"/>
      </w:pPr>
      <w:r>
        <w:rPr>
          <w:sz w:val="22"/>
        </w:rPr>
        <w:t>B. Ngày 30/4 hằng năm</w:t>
      </w:r>
    </w:p>
    <w:p>
      <w:pPr>
        <w:pStyle w:val="ListParagraph"/>
      </w:pPr>
      <w:r>
        <w:rPr>
          <w:sz w:val="22"/>
        </w:rPr>
        <w:t>C. Rằm tháng Giêng</w:t>
      </w:r>
    </w:p>
    <w:p>
      <w:pPr>
        <w:pStyle w:val="ListParagraph"/>
      </w:pPr>
      <w:r>
        <w:rPr>
          <w:sz w:val="22"/>
        </w:rPr>
        <w:t>D. Ngày 2/9 hằng năm</w:t>
      </w:r>
    </w:p>
    <w:p/>
    <w:p>
      <w:r>
        <w:rPr>
          <w:b/>
          <w:sz w:val="24"/>
        </w:rPr>
        <w:t>Câu 48: Miệng núi lửa đã tắt hàng triệu năm nổi tiếng với sắc vàng của hoa dã quỳ ở Chư Păh tên là gì?</w:t>
      </w:r>
    </w:p>
    <w:p>
      <w:pPr>
        <w:pStyle w:val="ListParagraph"/>
      </w:pPr>
      <w:r>
        <w:rPr>
          <w:sz w:val="22"/>
        </w:rPr>
        <w:t>A. Núi lửa Chư Đăng Ya</w:t>
      </w:r>
    </w:p>
    <w:p>
      <w:pPr>
        <w:pStyle w:val="ListParagraph"/>
      </w:pPr>
      <w:r>
        <w:rPr>
          <w:sz w:val="22"/>
        </w:rPr>
        <w:t>B. Núi Vọng Cảnh</w:t>
      </w:r>
    </w:p>
    <w:p>
      <w:pPr>
        <w:pStyle w:val="ListParagraph"/>
      </w:pPr>
      <w:r>
        <w:rPr>
          <w:sz w:val="22"/>
        </w:rPr>
        <w:t>C. Đỉnh Langbiang</w:t>
      </w:r>
    </w:p>
    <w:p>
      <w:pPr>
        <w:pStyle w:val="ListParagraph"/>
      </w:pPr>
      <w:r>
        <w:rPr>
          <w:sz w:val="22"/>
        </w:rPr>
        <w:t>D. Núi Bà Rá</w:t>
      </w:r>
    </w:p>
    <w:p/>
    <w:p>
      <w:r>
        <w:rPr>
          <w:b/>
          <w:sz w:val="24"/>
        </w:rPr>
        <w:t>Câu 49: Trong nghệ thuật Hát bội, màu sắc mặt nạ nào thể hiện tính cách trung thực, anh dũng?</w:t>
      </w:r>
    </w:p>
    <w:p>
      <w:pPr>
        <w:pStyle w:val="ListParagraph"/>
      </w:pPr>
      <w:r>
        <w:rPr>
          <w:sz w:val="22"/>
        </w:rPr>
        <w:t>A. Mặt trắng</w:t>
      </w:r>
    </w:p>
    <w:p>
      <w:pPr>
        <w:pStyle w:val="ListParagraph"/>
      </w:pPr>
      <w:r>
        <w:rPr>
          <w:sz w:val="22"/>
        </w:rPr>
        <w:t>B. Mặt đen</w:t>
      </w:r>
    </w:p>
    <w:p>
      <w:pPr>
        <w:pStyle w:val="ListParagraph"/>
      </w:pPr>
      <w:r>
        <w:rPr>
          <w:sz w:val="22"/>
        </w:rPr>
        <w:t>C. Mặt đỏ</w:t>
      </w:r>
    </w:p>
    <w:p>
      <w:pPr>
        <w:pStyle w:val="ListParagraph"/>
      </w:pPr>
      <w:r>
        <w:rPr>
          <w:sz w:val="22"/>
        </w:rPr>
        <w:t>D. Mặt vàng</w:t>
      </w:r>
    </w:p>
    <w:p/>
    <w:p>
      <w:r>
        <w:rPr>
          <w:b/>
          <w:sz w:val="24"/>
        </w:rPr>
        <w:t>Câu 50: Đâu là tên của nhà văn đã bất hủ hóa hình tượng Anh hùng Núp qua cuốn tiểu thuyết nổi tiếng "Đất nước đứng lên"?</w:t>
      </w:r>
    </w:p>
    <w:p>
      <w:pPr>
        <w:pStyle w:val="ListParagraph"/>
      </w:pPr>
      <w:r>
        <w:rPr>
          <w:sz w:val="22"/>
        </w:rPr>
        <w:t>A. Nguyên Ngọc</w:t>
      </w:r>
    </w:p>
    <w:p>
      <w:pPr>
        <w:pStyle w:val="ListParagraph"/>
      </w:pPr>
      <w:r>
        <w:rPr>
          <w:sz w:val="22"/>
        </w:rPr>
        <w:t>B. Tô Hoài</w:t>
      </w:r>
    </w:p>
    <w:p>
      <w:pPr>
        <w:pStyle w:val="ListParagraph"/>
      </w:pPr>
      <w:r>
        <w:rPr>
          <w:sz w:val="22"/>
        </w:rPr>
        <w:t>C. Nam Cao</w:t>
      </w:r>
    </w:p>
    <w:p>
      <w:pPr>
        <w:pStyle w:val="ListParagraph"/>
      </w:pPr>
      <w:r>
        <w:rPr>
          <w:sz w:val="22"/>
        </w:rPr>
        <w:t>D. Kim Lân</w:t>
      </w:r>
    </w:p>
    <w:p/>
    <w:p>
      <w:r>
        <w:t>──────────────────────────────────────────────────</w:t>
      </w:r>
    </w:p>
    <w:p>
      <w:r>
        <w:rPr>
          <w:b/>
        </w:rPr>
        <w:t>BẢNG ĐÁP ÁN &amp; LỜI GIẢI CHI TIẾT</w:t>
      </w:r>
    </w:p>
    <w:p>
      <w:r>
        <w:rPr>
          <w:b/>
        </w:rPr>
        <w:t>Câu 1: Đáp án đúng: Thành phố Quy Nhơn.</w:t>
      </w:r>
    </w:p>
    <w:p>
      <w:r>
        <w:rPr>
          <w:b/>
        </w:rPr>
        <w:t>Câu 2: Đáp án đúng: Khoảng $21.576,53 km^2$.</w:t>
      </w:r>
    </w:p>
    <w:p>
      <w:r>
        <w:rPr>
          <w:b/>
        </w:rPr>
        <w:t>Câu 3: Đáp án đúng: Khoảng 3,58 triệu người.</w:t>
      </w:r>
    </w:p>
    <w:p>
      <w:r>
        <w:rPr>
          <w:b/>
        </w:rPr>
        <w:t>Câu 4: Đáp án đúng: Vùng rừng núi An Khê.</w:t>
      </w:r>
    </w:p>
    <w:p>
      <w:r>
        <w:rPr>
          <w:b/>
        </w:rPr>
        <w:t>Câu 5: Đáp án đúng: Ngày 17/3/1975.</w:t>
      </w:r>
    </w:p>
    <w:p>
      <w:r>
        <w:rPr>
          <w:b/>
        </w:rPr>
        <w:t>Câu 6: Đáp án đúng: Năm 1753.</w:t>
      </w:r>
    </w:p>
    <w:p>
      <w:r>
        <w:rPr>
          <w:b/>
        </w:rPr>
        <w:t>Câu 7: Đáp án đúng: Thị trấn Phú Phong, huyện Tây Sơn.</w:t>
      </w:r>
    </w:p>
    <w:p>
      <w:r>
        <w:rPr>
          <w:b/>
        </w:rPr>
        <w:t>Câu 8: Đáp án đúng: Hơn 300 năm tuổi, được công nhận là Cây Di sản Việt Nam.</w:t>
      </w:r>
    </w:p>
    <w:p>
      <w:r>
        <w:rPr>
          <w:b/>
        </w:rPr>
        <w:t>Câu 9: Đáp án đúng: Sinh năm 1914, quê ở làng Stơr, xã Tơ Tung, huyện Kbang, tỉnh Gia Lai, dân tộc Ba Na.</w:t>
      </w:r>
    </w:p>
    <w:p>
      <w:r>
        <w:rPr>
          <w:b/>
        </w:rPr>
        <w:t>Câu 10: Đáp án đúng: Người dân tộc thiểu số đầu tiên ở Tây Nguyên được phong tặng danh hiệu Anh hùng lực lượng vũ trang nhân dân.</w:t>
      </w:r>
    </w:p>
    <w:p>
      <w:r>
        <w:rPr>
          <w:b/>
        </w:rPr>
        <w:t>Câu 11: Đáp án đúng: Tri huyện Bình Khê (nay thuộc huyện Tây Sơn, Bình Định).</w:t>
      </w:r>
    </w:p>
    <w:p>
      <w:r>
        <w:rPr>
          <w:b/>
        </w:rPr>
        <w:t>Câu 12: Đáp án đúng: Ngày 19 tháng 5 năm 1890.</w:t>
      </w:r>
    </w:p>
    <w:p>
      <w:r>
        <w:rPr>
          <w:b/>
        </w:rPr>
        <w:t>Câu 13: Đáp án đúng: Rời bến cảng Nhà Rồng (Sài Gòn) trên con tàu Amiral Latouche-Tréville đi tìm đường cứu nước.</w:t>
      </w:r>
    </w:p>
    <w:p>
      <w:r>
        <w:rPr>
          <w:b/>
        </w:rPr>
        <w:t>Câu 14: Đáp án đúng: Một hồ nước ngọt tự nhiên nằm trên miệng núi lửa đã ngưng hoạt động từ hàng triệu năm trước.</w:t>
      </w:r>
    </w:p>
    <w:p>
      <w:r>
        <w:rPr>
          <w:b/>
        </w:rPr>
        <w:t>Câu 15: Đáp án đúng: Khu dự trữ sinh quyển thế giới cao nguyên Kon Hà Nừng &amp; Vườn quốc gia Kon Ka Kinh.</w:t>
      </w:r>
    </w:p>
    <w:p>
      <w:r>
        <w:rPr>
          <w:b/>
        </w:rPr>
        <w:t>Câu 16: Đáp án đúng: Nằm ẩn mình trong khu bảo tồn thiên nhiên K’Bang, được ví như "nàng thơ" giữa chốn rừng thiêng.</w:t>
      </w:r>
    </w:p>
    <w:p>
      <w:r>
        <w:rPr>
          <w:b/>
        </w:rPr>
        <w:t>Câu 17: Đáp án đúng: Kỳ Co (được mệnh danh là "Maldives của Việt Nam").</w:t>
      </w:r>
    </w:p>
    <w:p>
      <w:r>
        <w:rPr>
          <w:b/>
        </w:rPr>
        <w:t>Câu 18: Đáp án đúng: Khoảng từ 800.000 đến hơn 1 triệu năm trước.</w:t>
      </w:r>
    </w:p>
    <w:p>
      <w:r>
        <w:rPr>
          <w:b/>
        </w:rPr>
        <w:t>Câu 19: Đáp án đúng: Cuối thế kỷ XI.</w:t>
      </w:r>
    </w:p>
    <w:p>
      <w:r>
        <w:rPr>
          <w:b/>
        </w:rPr>
        <w:t>Câu 20: Đáp án đúng: Năm 2005 (được chuyển thành Di sản văn hóa phi vật thể đại diện của nhân loại vào năm 2008).</w:t>
      </w:r>
    </w:p>
    <w:p>
      <w:r>
        <w:rPr>
          <w:b/>
        </w:rPr>
        <w:t>Câu 21: Đáp án đúng: Ngày 07/12/2017.</w:t>
      </w:r>
    </w:p>
    <w:p>
      <w:r>
        <w:rPr>
          <w:b/>
        </w:rPr>
        <w:t>Câu 22: Đáp án đúng: Năm 2014.</w:t>
      </w:r>
    </w:p>
    <w:p>
      <w:r>
        <w:rPr>
          <w:b/>
        </w:rPr>
        <w:t>Câu 23: Đáp án đúng: Năm 2012.</w:t>
      </w:r>
    </w:p>
    <w:p>
      <w:r>
        <w:rPr>
          <w:b/>
        </w:rPr>
        <w:t>Câu 24: Đáp án đúng: Đồng bào Jrai và Ba Na.</w:t>
      </w:r>
    </w:p>
    <w:p>
      <w:r>
        <w:rPr>
          <w:b/>
        </w:rPr>
        <w:t>Câu 25: Đáp án đúng: Mùng 5 Tết Nguyên đán.</w:t>
      </w:r>
    </w:p>
    <w:p>
      <w:r>
        <w:rPr>
          <w:b/>
        </w:rPr>
        <w:t>Câu 26: Đáp án đúng: B</w:t>
      </w:r>
    </w:p>
    <w:p>
      <w:r>
        <w:rPr>
          <w:b/>
        </w:rPr>
        <w:t>Câu 27: Đáp án đúng: B</w:t>
      </w:r>
    </w:p>
    <w:p>
      <w:r>
        <w:rPr>
          <w:b/>
        </w:rPr>
        <w:t>Câu 28: Đáp án đúng: A</w:t>
      </w:r>
    </w:p>
    <w:p>
      <w:r>
        <w:rPr>
          <w:b/>
        </w:rPr>
        <w:t>Câu 29: Đáp án đúng: B</w:t>
      </w:r>
    </w:p>
    <w:p>
      <w:r>
        <w:rPr>
          <w:b/>
        </w:rPr>
        <w:t>Câu 30: Đáp án đúng: B</w:t>
      </w:r>
    </w:p>
    <w:p>
      <w:r>
        <w:rPr>
          <w:b/>
        </w:rPr>
        <w:t>Câu 31: Đáp án đúng: B</w:t>
      </w:r>
    </w:p>
    <w:p>
      <w:r>
        <w:rPr>
          <w:b/>
        </w:rPr>
        <w:t>Câu 32: Đáp án đúng: C</w:t>
      </w:r>
    </w:p>
    <w:p>
      <w:r>
        <w:rPr>
          <w:b/>
        </w:rPr>
        <w:t>Câu 33: Đáp án đúng: B</w:t>
      </w:r>
    </w:p>
    <w:p>
      <w:r>
        <w:rPr>
          <w:b/>
        </w:rPr>
        <w:t>Câu 34: Đáp án đúng: C</w:t>
      </w:r>
    </w:p>
    <w:p>
      <w:r>
        <w:rPr>
          <w:b/>
        </w:rPr>
        <w:t>Câu 35: Đáp án đúng: A</w:t>
      </w:r>
    </w:p>
    <w:p>
      <w:r>
        <w:rPr>
          <w:b/>
        </w:rPr>
        <w:t>Câu 36: Đáp án đúng: A</w:t>
      </w:r>
    </w:p>
    <w:p>
      <w:r>
        <w:rPr>
          <w:b/>
        </w:rPr>
        <w:t>Câu 37: Đáp án đúng: A</w:t>
      </w:r>
    </w:p>
    <w:p>
      <w:r>
        <w:rPr>
          <w:b/>
        </w:rPr>
        <w:t>Câu 38: Đáp án đúng: B</w:t>
      </w:r>
    </w:p>
    <w:p>
      <w:r>
        <w:rPr>
          <w:b/>
        </w:rPr>
        <w:t>Câu 39: Đáp án đúng: A</w:t>
      </w:r>
    </w:p>
    <w:p>
      <w:r>
        <w:rPr>
          <w:b/>
        </w:rPr>
        <w:t>Câu 40: Đáp án đúng: C</w:t>
      </w:r>
    </w:p>
    <w:p>
      <w:r>
        <w:rPr>
          <w:b/>
        </w:rPr>
        <w:t>Câu 41: Đáp án đúng: B</w:t>
      </w:r>
    </w:p>
    <w:p>
      <w:r>
        <w:rPr>
          <w:b/>
        </w:rPr>
        <w:t>Câu 42: Đáp án đúng: B</w:t>
      </w:r>
    </w:p>
    <w:p>
      <w:r>
        <w:rPr>
          <w:b/>
        </w:rPr>
        <w:t>Câu 43: Đáp án đúng: B</w:t>
      </w:r>
    </w:p>
    <w:p>
      <w:r>
        <w:rPr>
          <w:b/>
        </w:rPr>
        <w:t>Câu 44: Đáp án đúng: C</w:t>
      </w:r>
    </w:p>
    <w:p>
      <w:r>
        <w:rPr>
          <w:b/>
        </w:rPr>
        <w:t>Câu 45: Đáp án đúng: B</w:t>
      </w:r>
    </w:p>
    <w:p>
      <w:r>
        <w:rPr>
          <w:b/>
        </w:rPr>
        <w:t>Câu 46: Đáp án đúng: B</w:t>
      </w:r>
    </w:p>
    <w:p>
      <w:r>
        <w:rPr>
          <w:b/>
        </w:rPr>
        <w:t>Câu 47: Đáp án đúng: A</w:t>
      </w:r>
    </w:p>
    <w:p>
      <w:r>
        <w:rPr>
          <w:b/>
        </w:rPr>
        <w:t>Câu 48: Đáp án đúng: A</w:t>
      </w:r>
    </w:p>
    <w:p>
      <w:r>
        <w:rPr>
          <w:b/>
        </w:rPr>
        <w:t>Câu 49: Đáp án đúng: C</w:t>
      </w:r>
    </w:p>
    <w:p>
      <w:r>
        <w:rPr>
          <w:b/>
        </w:rPr>
        <w:t>Câu 50: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