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3 - Phép nhân, phép chia hai chữ số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13 × 3 = ?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39</w:t>
      </w:r>
    </w:p>
    <w:p>
      <w:pPr>
        <w:pStyle w:val="ListParagraph"/>
      </w:pPr>
      <w:r>
        <w:rPr>
          <w:sz w:val="22"/>
        </w:rPr>
        <w:t>C. 43</w:t>
      </w:r>
    </w:p>
    <w:p>
      <w:pPr>
        <w:pStyle w:val="ListParagraph"/>
      </w:pPr>
      <w:r>
        <w:rPr>
          <w:sz w:val="22"/>
        </w:rPr>
        <w:t>D. 33</w:t>
      </w:r>
    </w:p>
    <w:p/>
    <w:p>
      <w:r>
        <w:rPr>
          <w:b/>
          <w:sz w:val="24"/>
        </w:rPr>
        <w:t>Câu 2: 72 : 6 = 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13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3: Mỗi gói kẹo có 24 viên. Hỏi 3 gói có bao nhiêu viên kẹo?</w:t>
      </w:r>
    </w:p>
    <w:p>
      <w:pPr>
        <w:pStyle w:val="ListParagraph"/>
      </w:pPr>
      <w:r>
        <w:rPr>
          <w:sz w:val="22"/>
        </w:rPr>
        <w:t>A. 70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64</w:t>
      </w:r>
    </w:p>
    <w:p>
      <w:pPr>
        <w:pStyle w:val="ListParagraph"/>
      </w:pPr>
      <w:r>
        <w:rPr>
          <w:sz w:val="22"/>
        </w:rPr>
        <w:t>D. 68</w:t>
      </w:r>
    </w:p>
    <w:p/>
    <w:p>
      <w:r>
        <w:rPr>
          <w:b/>
          <w:sz w:val="24"/>
        </w:rPr>
        <w:t>Câu 4: Có 56 học sinh xếp đều thành 4 hàng. Hỏi mỗi hàng có bao nhiêu học sinh?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5: 16 × 4 = ?</w:t>
      </w:r>
    </w:p>
    <w:p>
      <w:pPr>
        <w:pStyle w:val="ListParagraph"/>
      </w:pPr>
      <w:r>
        <w:rPr>
          <w:sz w:val="22"/>
        </w:rPr>
        <w:t>A. 60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66</w:t>
      </w:r>
    </w:p>
    <w:p>
      <w:pPr>
        <w:pStyle w:val="ListParagraph"/>
      </w:pPr>
      <w:r>
        <w:rPr>
          <w:sz w:val="22"/>
        </w:rPr>
        <w:t>D. 62</w:t>
      </w:r>
    </w:p>
    <w:p/>
    <w:p>
      <w:r>
        <w:rPr>
          <w:b/>
          <w:sz w:val="24"/>
        </w:rPr>
        <w:t>Câu 6: 95 : 5 = ?</w:t>
      </w:r>
    </w:p>
    <w:p>
      <w:pPr>
        <w:pStyle w:val="ListParagraph"/>
      </w:pPr>
      <w:r>
        <w:rPr>
          <w:sz w:val="22"/>
        </w:rPr>
        <w:t>A. 19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7: Một cửa hàng có 84 kg gạo, chia đều vào 3 bao. Hỏi mỗi bao có bao nhiêu kg gạo?</w:t>
      </w:r>
    </w:p>
    <w:p>
      <w:pPr>
        <w:pStyle w:val="ListParagraph"/>
      </w:pPr>
      <w:r>
        <w:rPr>
          <w:sz w:val="22"/>
        </w:rPr>
        <w:t>A. 26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28</w:t>
      </w:r>
    </w:p>
    <w:p>
      <w:pPr>
        <w:pStyle w:val="ListParagraph"/>
      </w:pPr>
      <w:r>
        <w:rPr>
          <w:sz w:val="22"/>
        </w:rPr>
        <w:t>D. 29</w:t>
      </w:r>
    </w:p>
    <w:p/>
    <w:p>
      <w:r>
        <w:rPr>
          <w:b/>
          <w:sz w:val="24"/>
        </w:rPr>
        <w:t>Câu 8: Tìm x biết: x : 4 = 18</w:t>
      </w:r>
    </w:p>
    <w:p>
      <w:pPr>
        <w:pStyle w:val="ListParagraph"/>
      </w:pPr>
      <w:r>
        <w:rPr>
          <w:sz w:val="22"/>
        </w:rPr>
        <w:t>A. 68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74</w:t>
      </w:r>
    </w:p>
    <w:p>
      <w:pPr>
        <w:pStyle w:val="ListParagraph"/>
      </w:pPr>
      <w:r>
        <w:rPr>
          <w:sz w:val="22"/>
        </w:rPr>
        <w:t>D. 76</w:t>
      </w:r>
    </w:p>
    <w:p/>
    <w:p>
      <w:r>
        <w:rPr>
          <w:b/>
          <w:sz w:val="24"/>
        </w:rPr>
        <w:t>Câu 9: Tìm x biết: x : 7 = 13</w:t>
      </w:r>
    </w:p>
    <w:p>
      <w:pPr>
        <w:pStyle w:val="ListParagraph"/>
      </w:pPr>
      <w:r>
        <w:rPr>
          <w:sz w:val="22"/>
        </w:rPr>
        <w:t>A. 81</w:t>
      </w:r>
    </w:p>
    <w:p>
      <w:pPr>
        <w:pStyle w:val="ListParagraph"/>
      </w:pPr>
      <w:r>
        <w:rPr>
          <w:sz w:val="22"/>
        </w:rPr>
        <w:t>B. 85</w:t>
      </w:r>
    </w:p>
    <w:p>
      <w:pPr>
        <w:pStyle w:val="ListParagraph"/>
      </w:pPr>
      <w:r>
        <w:rPr>
          <w:sz w:val="22"/>
        </w:rPr>
        <w:t>C. 88</w:t>
      </w:r>
    </w:p>
    <w:p>
      <w:pPr>
        <w:pStyle w:val="ListParagraph"/>
      </w:pPr>
      <w:r>
        <w:rPr>
          <w:sz w:val="22"/>
        </w:rPr>
        <w:t>D. 91</w:t>
      </w:r>
    </w:p>
    <w:p/>
    <w:p>
      <w:r>
        <w:rPr>
          <w:b/>
          <w:sz w:val="24"/>
        </w:rPr>
        <w:t>Câu 10: Một phép chia có số chia là 6, thương là 12, số dư là 0. Hỏi số bị chia là bao nhiêu?</w:t>
      </w:r>
    </w:p>
    <w:p>
      <w:pPr>
        <w:pStyle w:val="ListParagraph"/>
      </w:pPr>
      <w:r>
        <w:rPr>
          <w:sz w:val="22"/>
        </w:rPr>
        <w:t>A. 60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66</w:t>
      </w:r>
    </w:p>
    <w:p>
      <w:pPr>
        <w:pStyle w:val="ListParagraph"/>
      </w:pPr>
      <w:r>
        <w:rPr>
          <w:sz w:val="22"/>
        </w:rPr>
        <w:t>D. 68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