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Kiểm tra 15 phút đại số 10 Bài mệnh đề</w:t>
      </w:r>
    </w:p>
    <w:p>
      <w:pPr>
        <w:jc w:val="center"/>
      </w:pPr>
      <w:r>
        <w:rPr>
          <w:sz w:val="22"/>
        </w:rPr>
        <w:t>Số câu: 18    Thời gian: _____ phút    Họ và tên: _________________________</w:t>
      </w:r>
    </w:p>
    <w:p/>
    <w:p>
      <w:r>
        <w:rPr>
          <w:b/>
          <w:sz w:val="24"/>
        </w:rPr>
        <w:t>Câu 1: Trong các câu sau, câu nào là mệnh đề?</w:t>
      </w:r>
    </w:p>
    <w:p>
      <w:pPr>
        <w:pStyle w:val="ListParagraph"/>
      </w:pPr>
      <w:r>
        <w:rPr>
          <w:sz w:val="22"/>
        </w:rPr>
        <w:t>A. Hôm nay trời đẹp quá!</w:t>
      </w:r>
    </w:p>
    <w:p>
      <w:pPr>
        <w:pStyle w:val="ListParagraph"/>
      </w:pPr>
      <w:r>
        <w:rPr>
          <w:sz w:val="22"/>
        </w:rPr>
        <w:t>B. $2 + 3 = 5$.</w:t>
      </w:r>
    </w:p>
    <w:p>
      <w:pPr>
        <w:pStyle w:val="ListParagraph"/>
      </w:pPr>
      <w:r>
        <w:rPr>
          <w:sz w:val="22"/>
        </w:rPr>
        <w:t>C. Bạn có khỏe không?</w:t>
      </w:r>
    </w:p>
    <w:p>
      <w:pPr>
        <w:pStyle w:val="ListParagraph"/>
      </w:pPr>
      <w:r>
        <w:rPr>
          <w:sz w:val="22"/>
        </w:rPr>
        <w:t>D. Hãy đi nhanh lên!</w:t>
      </w:r>
    </w:p>
    <w:p/>
    <w:p>
      <w:r>
        <w:rPr>
          <w:b/>
          <w:sz w:val="24"/>
        </w:rPr>
        <w:t>Câu 2: Mệnh đề phủ định của mệnh đề "$\exists x \in \mathbb{R}, x^2 = 2$" là:</w:t>
      </w:r>
    </w:p>
    <w:p>
      <w:pPr>
        <w:pStyle w:val="ListParagraph"/>
      </w:pPr>
      <w:r>
        <w:rPr>
          <w:sz w:val="22"/>
        </w:rPr>
        <w:t>A. "$\forall x \in \mathbb{R}, x^2 = 2$"</w:t>
      </w:r>
    </w:p>
    <w:p>
      <w:pPr>
        <w:pStyle w:val="ListParagraph"/>
      </w:pPr>
      <w:r>
        <w:rPr>
          <w:sz w:val="22"/>
        </w:rPr>
        <w:t>B. "$\exists x \in \mathbb{R}, x^2 \neq 2$"</w:t>
      </w:r>
    </w:p>
    <w:p>
      <w:pPr>
        <w:pStyle w:val="ListParagraph"/>
      </w:pPr>
      <w:r>
        <w:rPr>
          <w:sz w:val="22"/>
        </w:rPr>
        <w:t>C. "$\forall x \in \mathbb{R}, x^2 \neq 2$"</w:t>
      </w:r>
    </w:p>
    <w:p>
      <w:pPr>
        <w:pStyle w:val="ListParagraph"/>
      </w:pPr>
      <w:r>
        <w:rPr>
          <w:sz w:val="22"/>
        </w:rPr>
        <w:t>D. "$\exists x \in \mathbb{R}, x^2 &gt; 2$"</w:t>
      </w:r>
    </w:p>
    <w:p/>
    <w:p>
      <w:r>
        <w:rPr>
          <w:b/>
          <w:sz w:val="24"/>
        </w:rPr>
        <w:t>Câu 3: Cho mệnh đề P: "Nếu $a &gt; b$ thì $a^2 &gt; b^2$". Mệnh đề này sai khi:</w:t>
      </w:r>
    </w:p>
    <w:p>
      <w:pPr>
        <w:pStyle w:val="ListParagraph"/>
      </w:pPr>
      <w:r>
        <w:rPr>
          <w:sz w:val="22"/>
        </w:rPr>
        <w:t>A. $a = 2, b = -3$</w:t>
      </w:r>
    </w:p>
    <w:p>
      <w:pPr>
        <w:pStyle w:val="ListParagraph"/>
      </w:pPr>
      <w:r>
        <w:rPr>
          <w:sz w:val="22"/>
        </w:rPr>
        <w:t>B. $a = 3, b = 2$</w:t>
      </w:r>
    </w:p>
    <w:p>
      <w:pPr>
        <w:pStyle w:val="ListParagraph"/>
      </w:pPr>
      <w:r>
        <w:rPr>
          <w:sz w:val="22"/>
        </w:rPr>
        <w:t>C. $a = -2, b = -3$</w:t>
      </w:r>
    </w:p>
    <w:p>
      <w:pPr>
        <w:pStyle w:val="ListParagraph"/>
      </w:pPr>
      <w:r>
        <w:rPr>
          <w:sz w:val="22"/>
        </w:rPr>
        <w:t>D. $a = 4, b = 1$</w:t>
      </w:r>
    </w:p>
    <w:p/>
    <w:p>
      <w:r>
        <w:rPr>
          <w:b/>
          <w:sz w:val="24"/>
        </w:rPr>
        <w:t>Câu 4: Mệnh đề "$\forall x \in \mathbb{R}, x^2 + 2x + 3 &gt; 0$" là:</w:t>
      </w:r>
    </w:p>
    <w:p>
      <w:pPr>
        <w:pStyle w:val="ListParagraph"/>
      </w:pPr>
      <w:r>
        <w:rPr>
          <w:sz w:val="22"/>
        </w:rPr>
        <w:t>A. Mệnh đề sai.</w:t>
      </w:r>
    </w:p>
    <w:p>
      <w:pPr>
        <w:pStyle w:val="ListParagraph"/>
      </w:pPr>
      <w:r>
        <w:rPr>
          <w:sz w:val="22"/>
        </w:rPr>
        <w:t>B. Mệnh đề đúng.</w:t>
      </w:r>
    </w:p>
    <w:p>
      <w:pPr>
        <w:pStyle w:val="ListParagraph"/>
      </w:pPr>
      <w:r>
        <w:rPr>
          <w:sz w:val="22"/>
        </w:rPr>
        <w:t>C. Mệnh đề chứa biến.</w:t>
      </w:r>
    </w:p>
    <w:p>
      <w:pPr>
        <w:pStyle w:val="ListParagraph"/>
      </w:pPr>
      <w:r>
        <w:rPr>
          <w:sz w:val="22"/>
        </w:rPr>
        <w:t>D. Không phải mệnh đề.</w:t>
      </w:r>
    </w:p>
    <w:p/>
    <w:p>
      <w:r>
        <w:rPr>
          <w:b/>
          <w:sz w:val="24"/>
        </w:rPr>
        <w:t>Câu 5: Mệnh đề nào sau đây là mệnh đề tương đương?</w:t>
      </w:r>
    </w:p>
    <w:p>
      <w:pPr>
        <w:pStyle w:val="ListParagraph"/>
      </w:pPr>
      <w:r>
        <w:rPr>
          <w:sz w:val="22"/>
        </w:rPr>
        <w:t>A. P: "$a$ chia hết cho 2" và Q: "$a$ chia hết cho 4".</w:t>
      </w:r>
    </w:p>
    <w:p>
      <w:pPr>
        <w:pStyle w:val="ListParagraph"/>
      </w:pPr>
      <w:r>
        <w:rPr>
          <w:sz w:val="22"/>
        </w:rPr>
        <w:t>B. P: "$a &gt; 0$" và Q: "$a^2 &gt; 0$".</w:t>
      </w:r>
    </w:p>
    <w:p>
      <w:pPr>
        <w:pStyle w:val="ListParagraph"/>
      </w:pPr>
      <w:r>
        <w:rPr>
          <w:sz w:val="22"/>
        </w:rPr>
        <w:t>C. P: "$a$ chia hết cho 3" và Q: "$a$ chia hết cho 9".</w:t>
      </w:r>
    </w:p>
    <w:p>
      <w:pPr>
        <w:pStyle w:val="ListParagraph"/>
      </w:pPr>
      <w:r>
        <w:rPr>
          <w:sz w:val="22"/>
        </w:rPr>
        <w:t>D. P: "$a$ là số chẵn" và Q: "$a$ chia hết cho 2".</w:t>
      </w:r>
    </w:p>
    <w:p/>
    <w:p>
      <w:r>
        <w:rPr>
          <w:b/>
          <w:sz w:val="24"/>
        </w:rPr>
        <w:t>Câu 6: Ký hiệu $\forall$ đọc là:</w:t>
      </w:r>
    </w:p>
    <w:p>
      <w:pPr>
        <w:pStyle w:val="ListParagraph"/>
      </w:pPr>
      <w:r>
        <w:rPr>
          <w:sz w:val="22"/>
        </w:rPr>
        <w:t>A. Tồn tại</w:t>
      </w:r>
    </w:p>
    <w:p>
      <w:pPr>
        <w:pStyle w:val="ListParagraph"/>
      </w:pPr>
      <w:r>
        <w:rPr>
          <w:sz w:val="22"/>
        </w:rPr>
        <w:t>B. Với mọi</w:t>
      </w:r>
    </w:p>
    <w:p>
      <w:pPr>
        <w:pStyle w:val="ListParagraph"/>
      </w:pPr>
      <w:r>
        <w:rPr>
          <w:sz w:val="22"/>
        </w:rPr>
        <w:t>C. Không tồn tại</w:t>
      </w:r>
    </w:p>
    <w:p>
      <w:pPr>
        <w:pStyle w:val="ListParagraph"/>
      </w:pPr>
      <w:r>
        <w:rPr>
          <w:sz w:val="22"/>
        </w:rPr>
        <w:t>D. Kéo theo</w:t>
      </w:r>
    </w:p>
    <w:p/>
    <w:p>
      <w:r>
        <w:rPr>
          <w:b/>
          <w:sz w:val="24"/>
        </w:rPr>
        <w:t>Câu 7: Phủ định của mệnh đề "$\forall x \in \mathbb{R}, x^2 \geq 0$" là:</w:t>
      </w:r>
    </w:p>
    <w:p>
      <w:pPr>
        <w:pStyle w:val="ListParagraph"/>
      </w:pPr>
      <w:r>
        <w:rPr>
          <w:sz w:val="22"/>
        </w:rPr>
        <w:t>A. "$\exists x \in \mathbb{R}, x^2 \geq 0$"</w:t>
      </w:r>
    </w:p>
    <w:p>
      <w:pPr>
        <w:pStyle w:val="ListParagraph"/>
      </w:pPr>
      <w:r>
        <w:rPr>
          <w:sz w:val="22"/>
        </w:rPr>
        <w:t>B. "$\forall x \in \mathbb{R}, x^2 &lt; 0$"</w:t>
      </w:r>
    </w:p>
    <w:p>
      <w:pPr>
        <w:pStyle w:val="ListParagraph"/>
      </w:pPr>
      <w:r>
        <w:rPr>
          <w:sz w:val="22"/>
        </w:rPr>
        <w:t>C. "$\exists x \in \mathbb{R}, x^2 &lt; 0$"</w:t>
      </w:r>
    </w:p>
    <w:p>
      <w:pPr>
        <w:pStyle w:val="ListParagraph"/>
      </w:pPr>
      <w:r>
        <w:rPr>
          <w:sz w:val="22"/>
        </w:rPr>
        <w:t>D. "$\exists x \in \mathbb{R}, x^2 \leq 0$"</w:t>
      </w:r>
    </w:p>
    <w:p/>
    <w:p>
      <w:r>
        <w:rPr>
          <w:b/>
          <w:sz w:val="24"/>
        </w:rPr>
        <w:t>Câu 8: Mệnh đề "$\exists x \in \mathbb{Q}, x^2 = 2$" là:</w:t>
      </w:r>
    </w:p>
    <w:p>
      <w:pPr>
        <w:pStyle w:val="ListParagraph"/>
      </w:pPr>
      <w:r>
        <w:rPr>
          <w:sz w:val="22"/>
        </w:rPr>
        <w:t>A. Mệnh đề đúng.</w:t>
      </w:r>
    </w:p>
    <w:p>
      <w:pPr>
        <w:pStyle w:val="ListParagraph"/>
      </w:pPr>
      <w:r>
        <w:rPr>
          <w:sz w:val="22"/>
        </w:rPr>
        <w:t>B. Mệnh đề sai.</w:t>
      </w:r>
    </w:p>
    <w:p>
      <w:pPr>
        <w:pStyle w:val="ListParagraph"/>
      </w:pPr>
      <w:r>
        <w:rPr>
          <w:sz w:val="22"/>
        </w:rPr>
        <w:t>C. Mệnh đề chứa biến.</w:t>
      </w:r>
    </w:p>
    <w:p>
      <w:pPr>
        <w:pStyle w:val="ListParagraph"/>
      </w:pPr>
      <w:r>
        <w:rPr>
          <w:sz w:val="22"/>
        </w:rPr>
        <w:t>D. Không xác định.</w:t>
      </w:r>
    </w:p>
    <w:p/>
    <w:p>
      <w:r>
        <w:rPr>
          <w:b/>
          <w:sz w:val="24"/>
        </w:rPr>
        <w:t>Câu 9: Cho mệnh đề P: "$a$ chia hết cho 3". Mệnh đề Q: "$a$ chia hết cho 6". Phát biểu "P là điều kiện đủ để có Q" là:</w:t>
      </w:r>
    </w:p>
    <w:p>
      <w:pPr>
        <w:pStyle w:val="ListParagraph"/>
      </w:pPr>
      <w:r>
        <w:rPr>
          <w:sz w:val="22"/>
        </w:rPr>
        <w:t>A. Đúng.</w:t>
      </w:r>
    </w:p>
    <w:p>
      <w:pPr>
        <w:pStyle w:val="ListParagraph"/>
      </w:pPr>
      <w:r>
        <w:rPr>
          <w:sz w:val="22"/>
        </w:rPr>
        <w:t>B. Sai.</w:t>
      </w:r>
    </w:p>
    <w:p>
      <w:pPr>
        <w:pStyle w:val="ListParagraph"/>
      </w:pPr>
      <w:r>
        <w:rPr>
          <w:sz w:val="22"/>
        </w:rPr>
        <w:t>C. Không xác định.</w:t>
      </w:r>
    </w:p>
    <w:p>
      <w:pPr>
        <w:pStyle w:val="ListParagraph"/>
      </w:pPr>
      <w:r>
        <w:rPr>
          <w:sz w:val="22"/>
        </w:rPr>
        <w:t>D. Là mệnh đề tương đương.</w:t>
      </w:r>
    </w:p>
    <w:p/>
    <w:p>
      <w:r>
        <w:rPr>
          <w:b/>
          <w:sz w:val="24"/>
        </w:rPr>
        <w:t>Câu 10: Mệnh đề đảo của mệnh đề "Nếu $a$ là số nguyên tố thì $a$ là số lẻ" là:</w:t>
      </w:r>
    </w:p>
    <w:p>
      <w:pPr>
        <w:pStyle w:val="ListParagraph"/>
      </w:pPr>
      <w:r>
        <w:rPr>
          <w:sz w:val="22"/>
        </w:rPr>
        <w:t>A. "Nếu $a$ là số lẻ thì $a$ là số nguyên tố"</w:t>
      </w:r>
    </w:p>
    <w:p>
      <w:pPr>
        <w:pStyle w:val="ListParagraph"/>
      </w:pPr>
      <w:r>
        <w:rPr>
          <w:sz w:val="22"/>
        </w:rPr>
        <w:t>B. "Nếu $a$ không là số nguyên tố thì $a$ không là số lẻ"</w:t>
      </w:r>
    </w:p>
    <w:p>
      <w:pPr>
        <w:pStyle w:val="ListParagraph"/>
      </w:pPr>
      <w:r>
        <w:rPr>
          <w:sz w:val="22"/>
        </w:rPr>
        <w:t>C. "Nếu $a$ là số lẻ thì $a$ không là số nguyên tố"</w:t>
      </w:r>
    </w:p>
    <w:p>
      <w:pPr>
        <w:pStyle w:val="ListParagraph"/>
      </w:pPr>
      <w:r>
        <w:rPr>
          <w:sz w:val="22"/>
        </w:rPr>
        <w:t>D. "Nếu $a$ không là số lẻ thì $a$ không là số nguyên tố"</w:t>
      </w:r>
    </w:p>
    <w:p/>
    <w:p>
      <w:r>
        <w:rPr>
          <w:b/>
          <w:sz w:val="24"/>
        </w:rPr>
        <w:t>Câu 11: Hai mệnh đề P và Q tương đương nếu:</w:t>
      </w:r>
    </w:p>
    <w:p>
      <w:pPr>
        <w:pStyle w:val="ListParagraph"/>
      </w:pPr>
      <w:r>
        <w:rPr>
          <w:sz w:val="22"/>
        </w:rPr>
        <w:t>A. P đúng và Q đúng.</w:t>
      </w:r>
    </w:p>
    <w:p>
      <w:pPr>
        <w:pStyle w:val="ListParagraph"/>
      </w:pPr>
      <w:r>
        <w:rPr>
          <w:sz w:val="22"/>
        </w:rPr>
        <w:t>B. P sai và Q sai.</w:t>
      </w:r>
    </w:p>
    <w:p>
      <w:pPr>
        <w:pStyle w:val="ListParagraph"/>
      </w:pPr>
      <w:r>
        <w:rPr>
          <w:sz w:val="22"/>
        </w:rPr>
        <w:t>C. P và Q cùng đúng hoặc cùng sai.</w:t>
      </w:r>
    </w:p>
    <w:p>
      <w:pPr>
        <w:pStyle w:val="ListParagraph"/>
      </w:pPr>
      <w:r>
        <w:rPr>
          <w:sz w:val="22"/>
        </w:rPr>
        <w:t>D. P suy ra Q.</w:t>
      </w:r>
    </w:p>
    <w:p/>
    <w:p>
      <w:r>
        <w:rPr>
          <w:b/>
          <w:sz w:val="24"/>
        </w:rPr>
        <w:t>Câu 12: Mệnh đề "$\forall x \in \mathbb{R}, x^2 - 2x + 1 \geq 0$" là:</w:t>
      </w:r>
    </w:p>
    <w:p>
      <w:pPr>
        <w:pStyle w:val="ListParagraph"/>
      </w:pPr>
      <w:r>
        <w:rPr>
          <w:sz w:val="22"/>
        </w:rPr>
        <w:t>A. Đúng.</w:t>
      </w:r>
    </w:p>
    <w:p>
      <w:pPr>
        <w:pStyle w:val="ListParagraph"/>
      </w:pPr>
      <w:r>
        <w:rPr>
          <w:sz w:val="22"/>
        </w:rPr>
        <w:t>B. Sai.</w:t>
      </w:r>
    </w:p>
    <w:p>
      <w:pPr>
        <w:pStyle w:val="ListParagraph"/>
      </w:pPr>
      <w:r>
        <w:rPr>
          <w:sz w:val="22"/>
        </w:rPr>
        <w:t>C. Không xác định.</w:t>
      </w:r>
    </w:p>
    <w:p>
      <w:pPr>
        <w:pStyle w:val="ListParagraph"/>
      </w:pPr>
      <w:r>
        <w:rPr>
          <w:sz w:val="22"/>
        </w:rPr>
        <w:t>D. Mệnh đề chứa biến.</w:t>
      </w:r>
    </w:p>
    <w:p/>
    <w:p>
      <w:r>
        <w:rPr>
          <w:b/>
          <w:sz w:val="24"/>
        </w:rPr>
        <w:t>Câu 13: Cho mệnh đề P: "$\exists x \in \mathbb{R}, x^2 + 1 = 0$". Xét tính đúng sai của các mệnh đề sau:</w:t>
      </w:r>
    </w:p>
    <w:p>
      <w:pPr>
        <w:pStyle w:val="ListParagraph"/>
      </w:pPr>
      <w:r>
        <w:rPr>
          <w:sz w:val="22"/>
        </w:rPr>
        <w:t>a. P là mệnh đề sai.</w:t>
      </w:r>
    </w:p>
    <w:p>
      <w:pPr>
        <w:pStyle w:val="ListParagraph"/>
      </w:pPr>
      <w:r>
        <w:rPr>
          <w:sz w:val="22"/>
        </w:rPr>
        <w:t>b. Phủ định của P là "$\forall x \in \mathbb{R}, x^2 + 1 \neq 0$".</w:t>
      </w:r>
    </w:p>
    <w:p>
      <w:pPr>
        <w:pStyle w:val="ListParagraph"/>
      </w:pPr>
      <w:r>
        <w:rPr>
          <w:sz w:val="22"/>
        </w:rPr>
        <w:t>c. P là mệnh đề đúng.</w:t>
      </w:r>
    </w:p>
    <w:p>
      <w:pPr>
        <w:pStyle w:val="ListParagraph"/>
      </w:pPr>
      <w:r>
        <w:rPr>
          <w:sz w:val="22"/>
        </w:rPr>
        <w:t>d. Phủ định của P là "$\exists x \in \mathbb{R}, x^2 + 1 = 0$".</w:t>
      </w:r>
    </w:p>
    <w:p/>
    <w:p>
      <w:r>
        <w:rPr>
          <w:b/>
          <w:sz w:val="24"/>
        </w:rPr>
        <w:t>Câu 14: Cho mệnh đề Q: "$\forall x \in \mathbb{R}, x^2 \geq 0$". Xét tính đúng sai của các mệnh đề sau:</w:t>
      </w:r>
    </w:p>
    <w:p>
      <w:pPr>
        <w:pStyle w:val="ListParagraph"/>
      </w:pPr>
      <w:r>
        <w:rPr>
          <w:sz w:val="22"/>
        </w:rPr>
        <w:t>a. Q đúng.</w:t>
      </w:r>
    </w:p>
    <w:p>
      <w:pPr>
        <w:pStyle w:val="ListParagraph"/>
      </w:pPr>
      <w:r>
        <w:rPr>
          <w:sz w:val="22"/>
        </w:rPr>
        <w:t>b. Phủ định của Q là "$\exists x \in \mathbb{R}, x^2 &lt; 0$".</w:t>
      </w:r>
    </w:p>
    <w:p>
      <w:pPr>
        <w:pStyle w:val="ListParagraph"/>
      </w:pPr>
      <w:r>
        <w:rPr>
          <w:sz w:val="22"/>
        </w:rPr>
        <w:t>c. Q sai.</w:t>
      </w:r>
    </w:p>
    <w:p>
      <w:pPr>
        <w:pStyle w:val="ListParagraph"/>
      </w:pPr>
      <w:r>
        <w:rPr>
          <w:sz w:val="22"/>
        </w:rPr>
        <w:t>d. Phủ định của Q là "$\forall x \in \mathbb{R}, x^2 &lt; 0$".</w:t>
      </w:r>
    </w:p>
    <w:p/>
    <w:p>
      <w:r>
        <w:rPr>
          <w:b/>
          <w:sz w:val="24"/>
        </w:rPr>
        <w:t>Câu 15: Viết mệnh đề phủ định của mệnh đề: "$\forall x \in \mathbb{R}, x^2 + 1 &gt; 0$".</w:t>
      </w:r>
    </w:p>
    <w:p/>
    <w:p>
      <w:r>
        <w:rPr>
          <w:b/>
          <w:sz w:val="24"/>
        </w:rPr>
        <w:t>Câu 16: Cho mệnh đề P: "Nếu $a$ chia hết cho 3 thì $a$ chia hết cho 6". Xác định tính đúng sai của P.</w:t>
      </w:r>
    </w:p>
    <w:p/>
    <w:p>
      <w:r>
        <w:rPr>
          <w:b/>
          <w:sz w:val="24"/>
        </w:rPr>
        <w:t>Câu 17: Tìm một phản ví dụ để chứng tỏ mệnh đề "$\forall n \in \mathbb{N}, n^2 + 1$ là số nguyên tố" là sai.</w:t>
      </w:r>
    </w:p>
    <w:p/>
    <w:p>
      <w:r>
        <w:rPr>
          <w:b/>
          <w:sz w:val="24"/>
        </w:rPr>
        <w:t>Câu 18: Viết mệnh đề đảo của mệnh đề "Nếu tứ giác ABCD là hình vuông thì nó là hình chữ nhật".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B</w:t>
      </w:r>
    </w:p>
    <w:p>
      <w:r>
        <w:rPr>
          <w:b/>
        </w:rPr>
        <w:t>Câu 2: Đáp án đúng: C</w:t>
      </w:r>
    </w:p>
    <w:p>
      <w:r>
        <w:rPr>
          <w:b/>
        </w:rPr>
        <w:t>Câu 3: Đáp án đúng: A</w:t>
      </w:r>
    </w:p>
    <w:p>
      <w:r>
        <w:rPr>
          <w:b/>
        </w:rPr>
        <w:t>Câu 4: Đáp án đúng: B</w:t>
      </w:r>
    </w:p>
    <w:p>
      <w:r>
        <w:rPr>
          <w:b/>
        </w:rPr>
        <w:t>Câu 5: Đáp án đúng: D</w:t>
      </w:r>
    </w:p>
    <w:p>
      <w:r>
        <w:rPr>
          <w:b/>
        </w:rPr>
        <w:t>Câu 6: Đáp án đúng: B</w:t>
      </w:r>
    </w:p>
    <w:p>
      <w:r>
        <w:rPr>
          <w:b/>
        </w:rPr>
        <w:t>Câu 7: Đáp án đúng: C</w:t>
      </w:r>
    </w:p>
    <w:p>
      <w:r>
        <w:rPr>
          <w:b/>
        </w:rPr>
        <w:t>Câu 8: Đáp án đúng: B</w:t>
      </w:r>
    </w:p>
    <w:p>
      <w:r>
        <w:rPr>
          <w:b/>
        </w:rPr>
        <w:t>Câu 9: Đáp án đúng: B</w:t>
      </w:r>
    </w:p>
    <w:p>
      <w:r>
        <w:rPr>
          <w:b/>
        </w:rPr>
        <w:t>Câu 10: Đáp án đúng: A</w:t>
      </w:r>
    </w:p>
    <w:p>
      <w:r>
        <w:rPr>
          <w:b/>
        </w:rPr>
        <w:t>Câu 11: Đáp án đúng: C</w:t>
      </w:r>
    </w:p>
    <w:p>
      <w:r>
        <w:rPr>
          <w:b/>
        </w:rPr>
        <w:t>Câu 12: Đáp án đúng: A</w:t>
      </w:r>
    </w:p>
    <w:p>
      <w:r>
        <w:rPr>
          <w:b/>
        </w:rPr>
        <w:t>Câu 13: Đáp án đúng: a) Đúng, b) Đúng, c) Sai, d) Sai</w:t>
      </w:r>
    </w:p>
    <w:p>
      <w:r>
        <w:rPr>
          <w:b/>
        </w:rPr>
        <w:t>Câu 14: Đáp án đúng: a) Đúng, b) Đúng, c) Sai, d) Sai</w:t>
      </w:r>
    </w:p>
    <w:p>
      <w:r>
        <w:rPr>
          <w:b/>
        </w:rPr>
        <w:t>Câu 15: Đáp án đúng: "$\exists x \in \mathbb{R}, x^2 + 1 \leq 0$"</w:t>
      </w:r>
    </w:p>
    <w:p>
      <w:r>
        <w:rPr>
          <w:b/>
        </w:rPr>
        <w:t>Câu 16: Đáp án đúng: P sai. (Ví dụ $a = 3$ chia hết cho 3 nhưng không chia hết cho 6)</w:t>
      </w:r>
    </w:p>
    <w:p>
      <w:r>
        <w:rPr>
          <w:b/>
        </w:rPr>
        <w:t>Câu 17: Đáp án đúng: $n = 3$, $n^2 + 1 = 10$ không phải số nguyên tố.</w:t>
      </w:r>
    </w:p>
    <w:p>
      <w:r>
        <w:rPr>
          <w:b/>
        </w:rPr>
        <w:t>Câu 18: Đáp án đúng: "Nếu tứ giác ABCD là hình chữ nhật thì nó là hình vuông."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