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1: LIÊN HỢP QUỐC</w:t>
      </w:r>
    </w:p>
    <w:p>
      <w:pPr>
        <w:jc w:val="center"/>
      </w:pPr>
      <w:r>
        <w:rPr>
          <w:sz w:val="22"/>
        </w:rPr>
        <w:t>Số câu: 17    Thời gian: _____ phút    Họ và tên: _________________________</w:t>
      </w:r>
    </w:p>
    <w:p/>
    <w:p>
      <w:r>
        <w:rPr>
          <w:b/>
          <w:sz w:val="24"/>
        </w:rPr>
        <w:t>Câu 1: Ngày 1/1/1942, đại diện 26 nước đã ký kết văn kiện nào?</w:t>
      </w:r>
    </w:p>
    <w:p>
      <w:pPr>
        <w:pStyle w:val="ListParagraph"/>
      </w:pPr>
      <w:r>
        <w:rPr>
          <w:sz w:val="22"/>
        </w:rPr>
        <w:t>A. Tuyên bố Liên Hợp Quốc</w:t>
      </w:r>
    </w:p>
    <w:p>
      <w:pPr>
        <w:pStyle w:val="ListParagraph"/>
      </w:pPr>
      <w:r>
        <w:rPr>
          <w:sz w:val="22"/>
        </w:rPr>
        <w:t>B. Hiến chương Liên Hợp Quốc</w:t>
      </w:r>
    </w:p>
    <w:p>
      <w:pPr>
        <w:pStyle w:val="ListParagraph"/>
      </w:pPr>
      <w:r>
        <w:rPr>
          <w:sz w:val="22"/>
        </w:rPr>
        <w:t>C. Hiệp ước Véc-xai</w:t>
      </w:r>
    </w:p>
    <w:p>
      <w:pPr>
        <w:pStyle w:val="ListParagraph"/>
      </w:pPr>
      <w:r>
        <w:rPr>
          <w:sz w:val="22"/>
        </w:rPr>
        <w:t>D. Tuyên ngôn Nhân quyền</w:t>
      </w:r>
    </w:p>
    <w:p/>
    <w:p>
      <w:r>
        <w:rPr>
          <w:b/>
          <w:sz w:val="24"/>
        </w:rPr>
        <w:t>Câu 2: Văn kiện nào tạo cơ sở cho sự thành lập Liên Hợp Quốc?</w:t>
      </w:r>
    </w:p>
    <w:p>
      <w:pPr>
        <w:pStyle w:val="ListParagraph"/>
      </w:pPr>
      <w:r>
        <w:rPr>
          <w:sz w:val="22"/>
        </w:rPr>
        <w:t>A. Hiến chương Liên Hợp Quốc</w:t>
      </w:r>
    </w:p>
    <w:p>
      <w:pPr>
        <w:pStyle w:val="ListParagraph"/>
      </w:pPr>
      <w:r>
        <w:rPr>
          <w:sz w:val="22"/>
        </w:rPr>
        <w:t>B. Tuyên bố Liên Hợp Quốc</w:t>
      </w:r>
    </w:p>
    <w:p>
      <w:pPr>
        <w:pStyle w:val="ListParagraph"/>
      </w:pPr>
      <w:r>
        <w:rPr>
          <w:sz w:val="22"/>
        </w:rPr>
        <w:t>C. Hiệp định I-an-ta</w:t>
      </w:r>
    </w:p>
    <w:p>
      <w:pPr>
        <w:pStyle w:val="ListParagraph"/>
      </w:pPr>
      <w:r>
        <w:rPr>
          <w:sz w:val="22"/>
        </w:rPr>
        <w:t>D. Hiệp ước Vác-sa-va</w:t>
      </w:r>
    </w:p>
    <w:p/>
    <w:p>
      <w:r>
        <w:rPr>
          <w:b/>
          <w:sz w:val="24"/>
        </w:rPr>
        <w:t>Câu 3: Tại hội nghị nào, ba nước Mỹ, Anh, Liên Xô khẳng định quyết tâm thành lập Liên Hợp Quốc?</w:t>
      </w:r>
    </w:p>
    <w:p>
      <w:pPr>
        <w:pStyle w:val="ListParagraph"/>
      </w:pPr>
      <w:r>
        <w:rPr>
          <w:sz w:val="22"/>
        </w:rPr>
        <w:t>A. Tê-hê-ran</w:t>
      </w:r>
    </w:p>
    <w:p>
      <w:pPr>
        <w:pStyle w:val="ListParagraph"/>
      </w:pPr>
      <w:r>
        <w:rPr>
          <w:sz w:val="22"/>
        </w:rPr>
        <w:t>B. I-an-ta</w:t>
      </w:r>
    </w:p>
    <w:p>
      <w:pPr>
        <w:pStyle w:val="ListParagraph"/>
      </w:pPr>
      <w:r>
        <w:rPr>
          <w:sz w:val="22"/>
        </w:rPr>
        <w:t>C. Pốt-xđam</w:t>
      </w:r>
    </w:p>
    <w:p>
      <w:pPr>
        <w:pStyle w:val="ListParagraph"/>
      </w:pPr>
      <w:r>
        <w:rPr>
          <w:sz w:val="22"/>
        </w:rPr>
        <w:t>D. Xan Phran-xi-xcoo</w:t>
      </w:r>
    </w:p>
    <w:p/>
    <w:p>
      <w:r>
        <w:rPr>
          <w:b/>
          <w:sz w:val="24"/>
        </w:rPr>
        <w:t>Câu 4: Tại hội nghị nào, ba nước Mỹ, Anh, Liên Xô quyết định thành lập Liên Hợp Quốc?</w:t>
      </w:r>
    </w:p>
    <w:p>
      <w:pPr>
        <w:pStyle w:val="ListParagraph"/>
      </w:pPr>
      <w:r>
        <w:rPr>
          <w:sz w:val="22"/>
        </w:rPr>
        <w:t>A. I-an-ta</w:t>
      </w:r>
    </w:p>
    <w:p>
      <w:pPr>
        <w:pStyle w:val="ListParagraph"/>
      </w:pPr>
      <w:r>
        <w:rPr>
          <w:sz w:val="22"/>
        </w:rPr>
        <w:t>B. Tê-hê-ran</w:t>
      </w:r>
    </w:p>
    <w:p>
      <w:pPr>
        <w:pStyle w:val="ListParagraph"/>
      </w:pPr>
      <w:r>
        <w:rPr>
          <w:sz w:val="22"/>
        </w:rPr>
        <w:t>C. Pốt-xđam</w:t>
      </w:r>
    </w:p>
    <w:p>
      <w:pPr>
        <w:pStyle w:val="ListParagraph"/>
      </w:pPr>
      <w:r>
        <w:rPr>
          <w:sz w:val="22"/>
        </w:rPr>
        <w:t>D. Mát-xcơ-va</w:t>
      </w:r>
    </w:p>
    <w:p/>
    <w:p>
      <w:r>
        <w:rPr>
          <w:b/>
          <w:sz w:val="24"/>
        </w:rPr>
        <w:t>Câu 5: Hội nghị Tê-hê-ran được tổ chức vào thời gian nào?</w:t>
      </w:r>
    </w:p>
    <w:p>
      <w:pPr>
        <w:pStyle w:val="ListParagraph"/>
      </w:pPr>
      <w:r>
        <w:rPr>
          <w:sz w:val="22"/>
        </w:rPr>
        <w:t>A. 28/11–1/12/1943</w:t>
      </w:r>
    </w:p>
    <w:p>
      <w:pPr>
        <w:pStyle w:val="ListParagraph"/>
      </w:pPr>
      <w:r>
        <w:rPr>
          <w:sz w:val="22"/>
        </w:rPr>
        <w:t>B. 4–11/2/1945</w:t>
      </w:r>
    </w:p>
    <w:p>
      <w:pPr>
        <w:pStyle w:val="ListParagraph"/>
      </w:pPr>
      <w:r>
        <w:rPr>
          <w:sz w:val="22"/>
        </w:rPr>
        <w:t>C. 25/4–26/6/1945</w:t>
      </w:r>
    </w:p>
    <w:p>
      <w:pPr>
        <w:pStyle w:val="ListParagraph"/>
      </w:pPr>
      <w:r>
        <w:rPr>
          <w:sz w:val="22"/>
        </w:rPr>
        <w:t>D. 24/10/1945</w:t>
      </w:r>
    </w:p>
    <w:p/>
    <w:p>
      <w:r>
        <w:rPr>
          <w:b/>
          <w:sz w:val="24"/>
        </w:rPr>
        <w:t>Câu 6: Một trong những quyết định quan trọng của Hội nghị I-an-ta liên quan đến Liên Hợp Quốc là gì?</w:t>
      </w:r>
    </w:p>
    <w:p>
      <w:pPr>
        <w:pStyle w:val="ListParagraph"/>
      </w:pPr>
      <w:r>
        <w:rPr>
          <w:sz w:val="22"/>
        </w:rPr>
        <w:t>A. Thành lập Liên Hợp Quốc</w:t>
      </w:r>
    </w:p>
    <w:p>
      <w:pPr>
        <w:pStyle w:val="ListParagraph"/>
      </w:pPr>
      <w:r>
        <w:rPr>
          <w:sz w:val="22"/>
        </w:rPr>
        <w:t>B. Giải thể Liên Hợp Quốc</w:t>
      </w:r>
    </w:p>
    <w:p>
      <w:pPr>
        <w:pStyle w:val="ListParagraph"/>
      </w:pPr>
      <w:r>
        <w:rPr>
          <w:sz w:val="22"/>
        </w:rPr>
        <w:t>C. Thành lập NATO</w:t>
      </w:r>
    </w:p>
    <w:p>
      <w:pPr>
        <w:pStyle w:val="ListParagraph"/>
      </w:pPr>
      <w:r>
        <w:rPr>
          <w:sz w:val="22"/>
        </w:rPr>
        <w:t>D. Thành lập AÁEAN</w:t>
      </w:r>
    </w:p>
    <w:p/>
    <w:p>
      <w:r>
        <w:rPr>
          <w:b/>
          <w:sz w:val="24"/>
        </w:rPr>
        <w:t>Câu 7: Hội nghị nào đánh dấu sự ra đời của Hiến chương Liên Hợp Quốc?</w:t>
      </w:r>
    </w:p>
    <w:p>
      <w:pPr>
        <w:pStyle w:val="ListParagraph"/>
      </w:pPr>
      <w:r>
        <w:rPr>
          <w:sz w:val="22"/>
        </w:rPr>
        <w:t>A. Hội nghị Xan Phran-xi-xcô</w:t>
      </w:r>
    </w:p>
    <w:p>
      <w:pPr>
        <w:pStyle w:val="ListParagraph"/>
      </w:pPr>
      <w:r>
        <w:rPr>
          <w:sz w:val="22"/>
        </w:rPr>
        <w:t>B. Hội nghị Tê-hê-ran</w:t>
      </w:r>
    </w:p>
    <w:p>
      <w:pPr>
        <w:pStyle w:val="ListParagraph"/>
      </w:pPr>
      <w:r>
        <w:rPr>
          <w:sz w:val="22"/>
        </w:rPr>
        <w:t>C. Hội nghị I-an-ta</w:t>
      </w:r>
    </w:p>
    <w:p>
      <w:pPr>
        <w:pStyle w:val="ListParagraph"/>
      </w:pPr>
      <w:r>
        <w:rPr>
          <w:sz w:val="22"/>
        </w:rPr>
        <w:t>D. Hội nghị Pốt-xđam</w:t>
      </w:r>
    </w:p>
    <w:p/>
    <w:p>
      <w:r>
        <w:rPr>
          <w:b/>
          <w:sz w:val="24"/>
        </w:rPr>
        <w:t>Câu 8: Khi mới thành lập, Liên Hợp Quốc có bao nhiêu quốc gia thành viên?</w:t>
      </w:r>
    </w:p>
    <w:p>
      <w:pPr>
        <w:pStyle w:val="ListParagraph"/>
      </w:pPr>
      <w:r>
        <w:rPr>
          <w:sz w:val="22"/>
        </w:rPr>
        <w:t>A. 51</w:t>
      </w:r>
    </w:p>
    <w:p>
      <w:pPr>
        <w:pStyle w:val="ListParagraph"/>
      </w:pPr>
      <w:r>
        <w:rPr>
          <w:sz w:val="22"/>
        </w:rPr>
        <w:t>B. 26</w:t>
      </w:r>
    </w:p>
    <w:p>
      <w:pPr>
        <w:pStyle w:val="ListParagraph"/>
      </w:pPr>
      <w:r>
        <w:rPr>
          <w:sz w:val="22"/>
        </w:rPr>
        <w:t>C. 149</w:t>
      </w:r>
    </w:p>
    <w:p>
      <w:pPr>
        <w:pStyle w:val="ListParagraph"/>
      </w:pPr>
      <w:r>
        <w:rPr>
          <w:sz w:val="22"/>
        </w:rPr>
        <w:t>D. 193</w:t>
      </w:r>
    </w:p>
    <w:p/>
    <w:p>
      <w:r>
        <w:rPr>
          <w:b/>
          <w:sz w:val="24"/>
        </w:rPr>
        <w:t>Câu 9: Ngày 24/10 hằng năm còn được gọi là ngày gì?</w:t>
      </w:r>
    </w:p>
    <w:p>
      <w:pPr>
        <w:pStyle w:val="ListParagraph"/>
      </w:pPr>
      <w:r>
        <w:rPr>
          <w:sz w:val="22"/>
        </w:rPr>
        <w:t>A. Ngày Liên Hợp Quốc</w:t>
      </w:r>
    </w:p>
    <w:p>
      <w:pPr>
        <w:pStyle w:val="ListParagraph"/>
      </w:pPr>
      <w:r>
        <w:rPr>
          <w:sz w:val="22"/>
        </w:rPr>
        <w:t>B. Ngày Hòa bình thế giới</w:t>
      </w:r>
    </w:p>
    <w:p>
      <w:pPr>
        <w:pStyle w:val="ListParagraph"/>
      </w:pPr>
      <w:r>
        <w:rPr>
          <w:sz w:val="22"/>
        </w:rPr>
        <w:t>C. Ngày Quốc tế Nhân quyền</w:t>
      </w:r>
    </w:p>
    <w:p>
      <w:pPr>
        <w:pStyle w:val="ListParagraph"/>
      </w:pPr>
      <w:r>
        <w:rPr>
          <w:sz w:val="22"/>
        </w:rPr>
        <w:t>D. Ngày Quốc tế Lao động</w:t>
      </w:r>
    </w:p>
    <w:p/>
    <w:p>
      <w:r>
        <w:rPr>
          <w:b/>
          <w:sz w:val="24"/>
        </w:rPr>
        <w:t>Câu 10: Trụ sở chính của Liên Hợp Quốc đặt tại đâu?</w:t>
      </w:r>
    </w:p>
    <w:p>
      <w:pPr>
        <w:pStyle w:val="ListParagraph"/>
      </w:pPr>
      <w:r>
        <w:rPr>
          <w:sz w:val="22"/>
        </w:rPr>
        <w:t>A. New York (Mỹ)</w:t>
      </w:r>
    </w:p>
    <w:p>
      <w:pPr>
        <w:pStyle w:val="ListParagraph"/>
      </w:pPr>
      <w:r>
        <w:rPr>
          <w:sz w:val="22"/>
        </w:rPr>
        <w:t>B. Washington D.C. (Mỹ)</w:t>
      </w:r>
    </w:p>
    <w:p>
      <w:pPr>
        <w:pStyle w:val="ListParagraph"/>
      </w:pPr>
      <w:r>
        <w:rPr>
          <w:sz w:val="22"/>
        </w:rPr>
        <w:t>C. Geneva (Thụy Sĩ)</w:t>
      </w:r>
    </w:p>
    <w:p>
      <w:pPr>
        <w:pStyle w:val="ListParagraph"/>
      </w:pPr>
      <w:r>
        <w:rPr>
          <w:sz w:val="22"/>
        </w:rPr>
        <w:t>D. Paris (Pháp)</w:t>
      </w:r>
    </w:p>
    <w:p/>
    <w:p>
      <w:r>
        <w:rPr>
          <w:b/>
          <w:sz w:val="24"/>
        </w:rPr>
        <w:t>Câu 11: Hiến chương Liên Hợp Quốc có hiệu lực vào ngày nào?</w:t>
      </w:r>
    </w:p>
    <w:p>
      <w:pPr>
        <w:pStyle w:val="ListParagraph"/>
      </w:pPr>
      <w:r>
        <w:rPr>
          <w:sz w:val="22"/>
        </w:rPr>
        <w:t>A. 24/10/1945</w:t>
      </w:r>
    </w:p>
    <w:p>
      <w:pPr>
        <w:pStyle w:val="ListParagraph"/>
      </w:pPr>
      <w:r>
        <w:rPr>
          <w:sz w:val="22"/>
        </w:rPr>
        <w:t>B. 1/1/1942</w:t>
      </w:r>
    </w:p>
    <w:p>
      <w:pPr>
        <w:pStyle w:val="ListParagraph"/>
      </w:pPr>
      <w:r>
        <w:rPr>
          <w:sz w:val="22"/>
        </w:rPr>
        <w:t>C. 26/6/1945</w:t>
      </w:r>
    </w:p>
    <w:p>
      <w:pPr>
        <w:pStyle w:val="ListParagraph"/>
      </w:pPr>
      <w:r>
        <w:rPr>
          <w:sz w:val="22"/>
        </w:rPr>
        <w:t>D. 10/12/1948</w:t>
      </w:r>
    </w:p>
    <w:p/>
    <w:p>
      <w:r>
        <w:rPr>
          <w:b/>
          <w:sz w:val="24"/>
        </w:rPr>
        <w:t>Câu 12: Mục tiêu nào trong Hiến chương Liên Hợp Quốc được chú trọng nhất và là cơ sở thực hiện các mục tiêu khác?</w:t>
      </w:r>
    </w:p>
    <w:p>
      <w:pPr>
        <w:pStyle w:val="ListParagraph"/>
      </w:pPr>
      <w:r>
        <w:rPr>
          <w:sz w:val="22"/>
        </w:rPr>
        <w:t>A. Duy trì hòa bình và an ninh quốc tế</w:t>
      </w:r>
    </w:p>
    <w:p>
      <w:pPr>
        <w:pStyle w:val="ListParagraph"/>
      </w:pPr>
      <w:r>
        <w:rPr>
          <w:sz w:val="22"/>
        </w:rPr>
        <w:t>B. Thúc đẩy phát triển kinh tế</w:t>
      </w:r>
    </w:p>
    <w:p>
      <w:pPr>
        <w:pStyle w:val="ListParagraph"/>
      </w:pPr>
      <w:r>
        <w:rPr>
          <w:sz w:val="22"/>
        </w:rPr>
        <w:t>C. Bảo vệ môi trường</w:t>
      </w:r>
    </w:p>
    <w:p>
      <w:pPr>
        <w:pStyle w:val="ListParagraph"/>
      </w:pPr>
      <w:r>
        <w:rPr>
          <w:sz w:val="22"/>
        </w:rPr>
        <w:t>D. Phát triển văn hóa</w:t>
      </w:r>
    </w:p>
    <w:p/>
    <w:p>
      <w:r>
        <w:rPr>
          <w:b/>
          <w:sz w:val="24"/>
        </w:rPr>
        <w:t>Câu 13: Nội dung nào sau đây KHÔNG thuộc bốn mục tiêu cơ bản của Liên Hợp Quốc?</w:t>
      </w:r>
    </w:p>
    <w:p>
      <w:pPr>
        <w:pStyle w:val="ListParagraph"/>
      </w:pPr>
      <w:r>
        <w:rPr>
          <w:sz w:val="22"/>
        </w:rPr>
        <w:t>A. Duy trì hòa bình, an ninh quốc tế</w:t>
      </w:r>
    </w:p>
    <w:p>
      <w:pPr>
        <w:pStyle w:val="ListParagraph"/>
      </w:pPr>
      <w:r>
        <w:rPr>
          <w:sz w:val="22"/>
        </w:rPr>
        <w:t>B. Thúc đẩy quan hệ hữu nghị giữa các quốc gia</w:t>
      </w:r>
    </w:p>
    <w:p>
      <w:pPr>
        <w:pStyle w:val="ListParagraph"/>
      </w:pPr>
      <w:r>
        <w:rPr>
          <w:sz w:val="22"/>
        </w:rPr>
        <w:t>C. Hợp tác quốc tế giải quyết các vấn đề kinh tế, xã hội</w:t>
      </w:r>
    </w:p>
    <w:p>
      <w:pPr>
        <w:pStyle w:val="ListParagraph"/>
      </w:pPr>
      <w:r>
        <w:rPr>
          <w:sz w:val="22"/>
        </w:rPr>
        <w:t>D. Thiết lập một chính phủ thế giới thống nhất</w:t>
      </w:r>
    </w:p>
    <w:p/>
    <w:p>
      <w:r>
        <w:rPr>
          <w:b/>
          <w:sz w:val="24"/>
        </w:rPr>
        <w:t>Câu 14: Theo các nguyên tắc hoạt động của Liên Hợp Quốc, các quốc gia thành viên phải</w:t>
      </w:r>
    </w:p>
    <w:p>
      <w:pPr>
        <w:pStyle w:val="ListParagraph"/>
      </w:pPr>
      <w:r>
        <w:rPr>
          <w:sz w:val="22"/>
        </w:rPr>
        <w:t>A. bình đẳng về chủ quyền</w:t>
      </w:r>
    </w:p>
    <w:p>
      <w:pPr>
        <w:pStyle w:val="ListParagraph"/>
      </w:pPr>
      <w:r>
        <w:rPr>
          <w:sz w:val="22"/>
        </w:rPr>
        <w:t>B. từ bỏ chủ quyền quốc gia</w:t>
      </w:r>
    </w:p>
    <w:p>
      <w:pPr>
        <w:pStyle w:val="ListParagraph"/>
      </w:pPr>
      <w:r>
        <w:rPr>
          <w:sz w:val="22"/>
        </w:rPr>
        <w:t>C. sử dụng vũ lực khi có tranh chấp</w:t>
      </w:r>
    </w:p>
    <w:p>
      <w:pPr>
        <w:pStyle w:val="ListParagraph"/>
      </w:pPr>
      <w:r>
        <w:rPr>
          <w:sz w:val="22"/>
        </w:rPr>
        <w:t>D. can thiệp vào công việc nội bộ của nước khác</w:t>
      </w:r>
    </w:p>
    <w:p/>
    <w:p>
      <w:r>
        <w:rPr>
          <w:b/>
          <w:sz w:val="24"/>
        </w:rPr>
        <w:t>Câu 15: Vai trò của Liên Hợp Quốc là gì?</w:t>
      </w:r>
    </w:p>
    <w:p>
      <w:pPr>
        <w:pStyle w:val="ListParagraph"/>
      </w:pPr>
      <w:r>
        <w:rPr>
          <w:sz w:val="22"/>
        </w:rPr>
        <w:t>A. Duy trì hòa bình, thúc đẩy phát triển và bảo đảm quyền con người</w:t>
      </w:r>
    </w:p>
    <w:p>
      <w:pPr>
        <w:pStyle w:val="ListParagraph"/>
      </w:pPr>
      <w:r>
        <w:rPr>
          <w:sz w:val="22"/>
        </w:rPr>
        <w:t>B. Chỉ giải quyết các vấn đề quân sự</w:t>
      </w:r>
    </w:p>
    <w:p>
      <w:pPr>
        <w:pStyle w:val="ListParagraph"/>
      </w:pPr>
      <w:r>
        <w:rPr>
          <w:sz w:val="22"/>
        </w:rPr>
        <w:t>C. Điều hành nền kinh tế toàn cầu</w:t>
      </w:r>
    </w:p>
    <w:p>
      <w:pPr>
        <w:pStyle w:val="ListParagraph"/>
      </w:pPr>
      <w:r>
        <w:rPr>
          <w:sz w:val="22"/>
        </w:rPr>
        <w:t>D. Thay thế chính phủ các quốc gia</w:t>
      </w:r>
    </w:p>
    <w:p/>
    <w:p>
      <w:r>
        <w:rPr>
          <w:b/>
          <w:sz w:val="24"/>
        </w:rPr>
        <w:t>Câu 16: Những quốc gia nào là thành viên thường trực của Hội đồng Bảo an Liên Hợp Quốc?</w:t>
      </w:r>
    </w:p>
    <w:p>
      <w:pPr>
        <w:pStyle w:val="ListParagraph"/>
      </w:pPr>
      <w:r>
        <w:rPr>
          <w:sz w:val="22"/>
        </w:rPr>
        <w:t>A. Mỹ, Anh, Pháp, Nga, Trung Quốc</w:t>
      </w:r>
    </w:p>
    <w:p>
      <w:pPr>
        <w:pStyle w:val="ListParagraph"/>
      </w:pPr>
      <w:r>
        <w:rPr>
          <w:sz w:val="22"/>
        </w:rPr>
        <w:t>B. Mỹ, Anh, Đức, Nga, Nhật Bản</w:t>
      </w:r>
    </w:p>
    <w:p>
      <w:pPr>
        <w:pStyle w:val="ListParagraph"/>
      </w:pPr>
      <w:r>
        <w:rPr>
          <w:sz w:val="22"/>
        </w:rPr>
        <w:t>C. Mỹ, Pháp, Đức, Trung Quốc, Nhật Bản</w:t>
      </w:r>
    </w:p>
    <w:p>
      <w:pPr>
        <w:pStyle w:val="ListParagraph"/>
      </w:pPr>
      <w:r>
        <w:rPr>
          <w:sz w:val="22"/>
        </w:rPr>
        <w:t>D. Anh, Pháp, Đức, Nga, Ấn Độ</w:t>
      </w:r>
    </w:p>
    <w:p/>
    <w:p>
      <w:r>
        <w:rPr>
          <w:b/>
          <w:sz w:val="24"/>
        </w:rPr>
        <w:t>Câu 17: Năm 1977, quốc gia nào trở thành thành viên thứ 149 của Liên Hợp Quốc?</w:t>
      </w:r>
    </w:p>
    <w:p>
      <w:pPr>
        <w:pStyle w:val="ListParagraph"/>
      </w:pPr>
      <w:r>
        <w:rPr>
          <w:sz w:val="22"/>
        </w:rPr>
        <w:t>A. Việt Nam</w:t>
      </w:r>
    </w:p>
    <w:p>
      <w:pPr>
        <w:pStyle w:val="ListParagraph"/>
      </w:pPr>
      <w:r>
        <w:rPr>
          <w:sz w:val="22"/>
        </w:rPr>
        <w:t>B. Lào</w:t>
      </w:r>
    </w:p>
    <w:p>
      <w:pPr>
        <w:pStyle w:val="ListParagraph"/>
      </w:pPr>
      <w:r>
        <w:rPr>
          <w:sz w:val="22"/>
        </w:rPr>
        <w:t>C. Campuchia</w:t>
      </w:r>
    </w:p>
    <w:p>
      <w:pPr>
        <w:pStyle w:val="ListParagraph"/>
      </w:pPr>
      <w:r>
        <w:rPr>
          <w:sz w:val="22"/>
        </w:rPr>
        <w:t>D. Thái Lan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