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đề thi siêu khó toeic part 5 30 câu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The board’s decision to relocate the headquarters was made ______ any consultation with regional managers.</w:t>
      </w:r>
    </w:p>
    <w:p>
      <w:pPr>
        <w:pStyle w:val="ListParagraph"/>
      </w:pPr>
      <w:r>
        <w:rPr>
          <w:sz w:val="22"/>
        </w:rPr>
        <w:t>A. irrespective</w:t>
      </w:r>
    </w:p>
    <w:p>
      <w:pPr>
        <w:pStyle w:val="ListParagraph"/>
      </w:pPr>
      <w:r>
        <w:rPr>
          <w:sz w:val="22"/>
        </w:rPr>
        <w:t>B. devoid</w:t>
      </w:r>
    </w:p>
    <w:p>
      <w:pPr>
        <w:pStyle w:val="ListParagraph"/>
      </w:pPr>
      <w:r>
        <w:rPr>
          <w:sz w:val="22"/>
        </w:rPr>
        <w:t>C. absent</w:t>
      </w:r>
    </w:p>
    <w:p>
      <w:pPr>
        <w:pStyle w:val="ListParagraph"/>
      </w:pPr>
      <w:r>
        <w:rPr>
          <w:sz w:val="22"/>
        </w:rPr>
        <w:t>D. regardless</w:t>
      </w:r>
    </w:p>
    <w:p/>
    <w:p>
      <w:r>
        <w:rPr>
          <w:b/>
          <w:sz w:val="24"/>
        </w:rPr>
        <w:t>Câu 2: So ______ was the company’s loss that it had to suspend all non-essential operations.</w:t>
      </w:r>
    </w:p>
    <w:p>
      <w:pPr>
        <w:pStyle w:val="ListParagraph"/>
      </w:pPr>
      <w:r>
        <w:rPr>
          <w:sz w:val="22"/>
        </w:rPr>
        <w:t>A. severe</w:t>
      </w:r>
    </w:p>
    <w:p>
      <w:pPr>
        <w:pStyle w:val="ListParagraph"/>
      </w:pPr>
      <w:r>
        <w:rPr>
          <w:sz w:val="22"/>
        </w:rPr>
        <w:t>B. severely</w:t>
      </w:r>
    </w:p>
    <w:p>
      <w:pPr>
        <w:pStyle w:val="ListParagraph"/>
      </w:pPr>
      <w:r>
        <w:rPr>
          <w:sz w:val="22"/>
        </w:rPr>
        <w:t>C. severity</w:t>
      </w:r>
    </w:p>
    <w:p>
      <w:pPr>
        <w:pStyle w:val="ListParagraph"/>
      </w:pPr>
      <w:r>
        <w:rPr>
          <w:sz w:val="22"/>
        </w:rPr>
        <w:t>D. severest</w:t>
      </w:r>
    </w:p>
    <w:p/>
    <w:p>
      <w:r>
        <w:rPr>
          <w:b/>
          <w:sz w:val="24"/>
        </w:rPr>
        <w:t>Câu 3: The new compliance guidelines must be adhered ______ by all employees, without exception.</w:t>
      </w:r>
    </w:p>
    <w:p>
      <w:pPr>
        <w:pStyle w:val="ListParagraph"/>
      </w:pPr>
      <w:r>
        <w:rPr>
          <w:sz w:val="22"/>
        </w:rPr>
        <w:t>A. with</w:t>
      </w:r>
    </w:p>
    <w:p>
      <w:pPr>
        <w:pStyle w:val="ListParagraph"/>
      </w:pPr>
      <w:r>
        <w:rPr>
          <w:sz w:val="22"/>
        </w:rPr>
        <w:t>B. to</w:t>
      </w:r>
    </w:p>
    <w:p>
      <w:pPr>
        <w:pStyle w:val="ListParagraph"/>
      </w:pPr>
      <w:r>
        <w:rPr>
          <w:sz w:val="22"/>
        </w:rPr>
        <w:t>C. by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4: Not until the audit was completed ______ the extent of the accounting irregularities.</w:t>
      </w:r>
    </w:p>
    <w:p>
      <w:pPr>
        <w:pStyle w:val="ListParagraph"/>
      </w:pPr>
      <w:r>
        <w:rPr>
          <w:sz w:val="22"/>
        </w:rPr>
        <w:t>A. management realized</w:t>
      </w:r>
    </w:p>
    <w:p>
      <w:pPr>
        <w:pStyle w:val="ListParagraph"/>
      </w:pPr>
      <w:r>
        <w:rPr>
          <w:sz w:val="22"/>
        </w:rPr>
        <w:t>B. did management realize</w:t>
      </w:r>
    </w:p>
    <w:p>
      <w:pPr>
        <w:pStyle w:val="ListParagraph"/>
      </w:pPr>
      <w:r>
        <w:rPr>
          <w:sz w:val="22"/>
        </w:rPr>
        <w:t>C. management had realized</w:t>
      </w:r>
    </w:p>
    <w:p>
      <w:pPr>
        <w:pStyle w:val="ListParagraph"/>
      </w:pPr>
      <w:r>
        <w:rPr>
          <w:sz w:val="22"/>
        </w:rPr>
        <w:t>D. realized management</w:t>
      </w:r>
    </w:p>
    <w:p/>
    <w:p>
      <w:r>
        <w:rPr>
          <w:b/>
          <w:sz w:val="24"/>
        </w:rPr>
        <w:t>Câu 5: The proposal, ______ merits are debatable, merits serious consideration nonetheless.</w:t>
      </w:r>
    </w:p>
    <w:p>
      <w:pPr>
        <w:pStyle w:val="ListParagraph"/>
      </w:pPr>
      <w:r>
        <w:rPr>
          <w:sz w:val="22"/>
        </w:rPr>
        <w:t>A. which</w:t>
      </w:r>
    </w:p>
    <w:p>
      <w:pPr>
        <w:pStyle w:val="ListParagraph"/>
      </w:pPr>
      <w:r>
        <w:rPr>
          <w:sz w:val="22"/>
        </w:rPr>
        <w:t>B. whose</w:t>
      </w:r>
    </w:p>
    <w:p>
      <w:pPr>
        <w:pStyle w:val="ListParagraph"/>
      </w:pPr>
      <w:r>
        <w:rPr>
          <w:sz w:val="22"/>
        </w:rPr>
        <w:t>C. of which</w:t>
      </w:r>
    </w:p>
    <w:p>
      <w:pPr>
        <w:pStyle w:val="ListParagraph"/>
      </w:pPr>
      <w:r>
        <w:rPr>
          <w:sz w:val="22"/>
        </w:rPr>
        <w:t>D. that</w:t>
      </w:r>
    </w:p>
    <w:p/>
    <w:p>
      <w:r>
        <w:rPr>
          <w:b/>
          <w:sz w:val="24"/>
        </w:rPr>
        <w:t>Câu 6: The consultant recommended that the department ______ its workflow before implementing new software.</w:t>
      </w:r>
    </w:p>
    <w:p>
      <w:pPr>
        <w:pStyle w:val="ListParagraph"/>
      </w:pPr>
      <w:r>
        <w:rPr>
          <w:sz w:val="22"/>
        </w:rPr>
        <w:t>A. streamlines</w:t>
      </w:r>
    </w:p>
    <w:p>
      <w:pPr>
        <w:pStyle w:val="ListParagraph"/>
      </w:pPr>
      <w:r>
        <w:rPr>
          <w:sz w:val="22"/>
        </w:rPr>
        <w:t>B. streamlined</w:t>
      </w:r>
    </w:p>
    <w:p>
      <w:pPr>
        <w:pStyle w:val="ListParagraph"/>
      </w:pPr>
      <w:r>
        <w:rPr>
          <w:sz w:val="22"/>
        </w:rPr>
        <w:t>C. streamline</w:t>
      </w:r>
    </w:p>
    <w:p>
      <w:pPr>
        <w:pStyle w:val="ListParagraph"/>
      </w:pPr>
      <w:r>
        <w:rPr>
          <w:sz w:val="22"/>
        </w:rPr>
        <w:t>D. has streamlined</w:t>
      </w:r>
    </w:p>
    <w:p/>
    <w:p>
      <w:r>
        <w:rPr>
          <w:b/>
          <w:sz w:val="24"/>
        </w:rPr>
        <w:t>Câu 7: ______ the delay in shipment, the client agreed to extend the deadline by one week.</w:t>
      </w:r>
    </w:p>
    <w:p>
      <w:pPr>
        <w:pStyle w:val="ListParagraph"/>
      </w:pPr>
      <w:r>
        <w:rPr>
          <w:sz w:val="22"/>
        </w:rPr>
        <w:t>A. In spite</w:t>
      </w:r>
    </w:p>
    <w:p>
      <w:pPr>
        <w:pStyle w:val="ListParagraph"/>
      </w:pPr>
      <w:r>
        <w:rPr>
          <w:sz w:val="22"/>
        </w:rPr>
        <w:t>B. Despite</w:t>
      </w:r>
    </w:p>
    <w:p>
      <w:pPr>
        <w:pStyle w:val="ListParagraph"/>
      </w:pPr>
      <w:r>
        <w:rPr>
          <w:sz w:val="22"/>
        </w:rPr>
        <w:t>C. Although</w:t>
      </w:r>
    </w:p>
    <w:p>
      <w:pPr>
        <w:pStyle w:val="ListParagraph"/>
      </w:pPr>
      <w:r>
        <w:rPr>
          <w:sz w:val="22"/>
        </w:rPr>
        <w:t>D. Because</w:t>
      </w:r>
    </w:p>
    <w:p/>
    <w:p>
      <w:r>
        <w:rPr>
          <w:b/>
          <w:sz w:val="24"/>
        </w:rPr>
        <w:t>Câu 8: The report is due by Friday, ______ the necessary data are available.</w:t>
      </w:r>
    </w:p>
    <w:p>
      <w:pPr>
        <w:pStyle w:val="ListParagraph"/>
      </w:pPr>
      <w:r>
        <w:rPr>
          <w:sz w:val="22"/>
        </w:rPr>
        <w:t>A. provided that</w:t>
      </w:r>
    </w:p>
    <w:p>
      <w:pPr>
        <w:pStyle w:val="ListParagraph"/>
      </w:pPr>
      <w:r>
        <w:rPr>
          <w:sz w:val="22"/>
        </w:rPr>
        <w:t>B. unless</w:t>
      </w:r>
    </w:p>
    <w:p>
      <w:pPr>
        <w:pStyle w:val="ListParagraph"/>
      </w:pPr>
      <w:r>
        <w:rPr>
          <w:sz w:val="22"/>
        </w:rPr>
        <w:t>C. despite</w:t>
      </w:r>
    </w:p>
    <w:p>
      <w:pPr>
        <w:pStyle w:val="ListParagraph"/>
      </w:pPr>
      <w:r>
        <w:rPr>
          <w:sz w:val="22"/>
        </w:rPr>
        <w:t>D. so that</w:t>
      </w:r>
    </w:p>
    <w:p/>
    <w:p>
      <w:r>
        <w:rPr>
          <w:b/>
          <w:sz w:val="24"/>
        </w:rPr>
        <w:t>Câu 9: Had the company anticipated the market shift, it ______ a substantial loss last quarter.</w:t>
      </w:r>
    </w:p>
    <w:p>
      <w:pPr>
        <w:pStyle w:val="ListParagraph"/>
      </w:pPr>
      <w:r>
        <w:rPr>
          <w:sz w:val="22"/>
        </w:rPr>
        <w:t>A. would avoid</w:t>
      </w:r>
    </w:p>
    <w:p>
      <w:pPr>
        <w:pStyle w:val="ListParagraph"/>
      </w:pPr>
      <w:r>
        <w:rPr>
          <w:sz w:val="22"/>
        </w:rPr>
        <w:t>B. would have avoided</w:t>
      </w:r>
    </w:p>
    <w:p>
      <w:pPr>
        <w:pStyle w:val="ListParagraph"/>
      </w:pPr>
      <w:r>
        <w:rPr>
          <w:sz w:val="22"/>
        </w:rPr>
        <w:t>C. avoided</w:t>
      </w:r>
    </w:p>
    <w:p>
      <w:pPr>
        <w:pStyle w:val="ListParagraph"/>
      </w:pPr>
      <w:r>
        <w:rPr>
          <w:sz w:val="22"/>
        </w:rPr>
        <w:t>D. had avoided</w:t>
      </w:r>
    </w:p>
    <w:p/>
    <w:p>
      <w:r>
        <w:rPr>
          <w:b/>
          <w:sz w:val="24"/>
        </w:rPr>
        <w:t>Câu 10: The manager was ______ to learn that the project had been delayed yet again.</w:t>
      </w:r>
    </w:p>
    <w:p>
      <w:pPr>
        <w:pStyle w:val="ListParagraph"/>
      </w:pPr>
      <w:r>
        <w:rPr>
          <w:sz w:val="22"/>
        </w:rPr>
        <w:t>A. disappoint</w:t>
      </w:r>
    </w:p>
    <w:p>
      <w:pPr>
        <w:pStyle w:val="ListParagraph"/>
      </w:pPr>
      <w:r>
        <w:rPr>
          <w:sz w:val="22"/>
        </w:rPr>
        <w:t>B. disappointing</w:t>
      </w:r>
    </w:p>
    <w:p>
      <w:pPr>
        <w:pStyle w:val="ListParagraph"/>
      </w:pPr>
      <w:r>
        <w:rPr>
          <w:sz w:val="22"/>
        </w:rPr>
        <w:t>C. disappointed</w:t>
      </w:r>
    </w:p>
    <w:p>
      <w:pPr>
        <w:pStyle w:val="ListParagraph"/>
      </w:pPr>
      <w:r>
        <w:rPr>
          <w:sz w:val="22"/>
        </w:rPr>
        <w:t>D. disappointment</w:t>
      </w:r>
    </w:p>
    <w:p/>
    <w:p>
      <w:r>
        <w:rPr>
          <w:b/>
          <w:sz w:val="24"/>
        </w:rPr>
        <w:t>Câu 11: We need to find a solution that is both cost-effective and ______.</w:t>
      </w:r>
    </w:p>
    <w:p>
      <w:pPr>
        <w:pStyle w:val="ListParagraph"/>
      </w:pPr>
      <w:r>
        <w:rPr>
          <w:sz w:val="22"/>
        </w:rPr>
        <w:t>A. sustain</w:t>
      </w:r>
    </w:p>
    <w:p>
      <w:pPr>
        <w:pStyle w:val="ListParagraph"/>
      </w:pPr>
      <w:r>
        <w:rPr>
          <w:sz w:val="22"/>
        </w:rPr>
        <w:t>B. sustained</w:t>
      </w:r>
    </w:p>
    <w:p>
      <w:pPr>
        <w:pStyle w:val="ListParagraph"/>
      </w:pPr>
      <w:r>
        <w:rPr>
          <w:sz w:val="22"/>
        </w:rPr>
        <w:t>C. sustainable</w:t>
      </w:r>
    </w:p>
    <w:p>
      <w:pPr>
        <w:pStyle w:val="ListParagraph"/>
      </w:pPr>
      <w:r>
        <w:rPr>
          <w:sz w:val="22"/>
        </w:rPr>
        <w:t>D. sustaining</w:t>
      </w:r>
    </w:p>
    <w:p/>
    <w:p>
      <w:r>
        <w:rPr>
          <w:b/>
          <w:sz w:val="24"/>
        </w:rPr>
        <w:t>Câu 12: The terms of the contract are subject to ______ by the legal department.</w:t>
      </w:r>
    </w:p>
    <w:p>
      <w:pPr>
        <w:pStyle w:val="ListParagraph"/>
      </w:pPr>
      <w:r>
        <w:rPr>
          <w:sz w:val="22"/>
        </w:rPr>
        <w:t>A. approve</w:t>
      </w:r>
    </w:p>
    <w:p>
      <w:pPr>
        <w:pStyle w:val="ListParagraph"/>
      </w:pPr>
      <w:r>
        <w:rPr>
          <w:sz w:val="22"/>
        </w:rPr>
        <w:t>B. approval</w:t>
      </w:r>
    </w:p>
    <w:p>
      <w:pPr>
        <w:pStyle w:val="ListParagraph"/>
      </w:pPr>
      <w:r>
        <w:rPr>
          <w:sz w:val="22"/>
        </w:rPr>
        <w:t>C. approving</w:t>
      </w:r>
    </w:p>
    <w:p>
      <w:pPr>
        <w:pStyle w:val="ListParagraph"/>
      </w:pPr>
      <w:r>
        <w:rPr>
          <w:sz w:val="22"/>
        </w:rPr>
        <w:t>D. approved</w:t>
      </w:r>
    </w:p>
    <w:p/>
    <w:p>
      <w:r>
        <w:rPr>
          <w:b/>
          <w:sz w:val="24"/>
        </w:rPr>
        <w:t>Câu 13: Only after the meeting ______ that the figures had been miscalculated.</w:t>
      </w:r>
    </w:p>
    <w:p>
      <w:pPr>
        <w:pStyle w:val="ListParagraph"/>
      </w:pPr>
      <w:r>
        <w:rPr>
          <w:sz w:val="22"/>
        </w:rPr>
        <w:t>A. ended we realized</w:t>
      </w:r>
    </w:p>
    <w:p>
      <w:pPr>
        <w:pStyle w:val="ListParagraph"/>
      </w:pPr>
      <w:r>
        <w:rPr>
          <w:sz w:val="22"/>
        </w:rPr>
        <w:t>B. ended did we realize</w:t>
      </w:r>
    </w:p>
    <w:p>
      <w:pPr>
        <w:pStyle w:val="ListParagraph"/>
      </w:pPr>
      <w:r>
        <w:rPr>
          <w:sz w:val="22"/>
        </w:rPr>
        <w:t>C. did end we realize</w:t>
      </w:r>
    </w:p>
    <w:p>
      <w:pPr>
        <w:pStyle w:val="ListParagraph"/>
      </w:pPr>
      <w:r>
        <w:rPr>
          <w:sz w:val="22"/>
        </w:rPr>
        <w:t>D. we ended realized</w:t>
      </w:r>
    </w:p>
    <w:p/>
    <w:p>
      <w:r>
        <w:rPr>
          <w:b/>
          <w:sz w:val="24"/>
        </w:rPr>
        <w:t>Câu 14: The company’s success can be attributed ______ its ability to adapt quickly.</w:t>
      </w:r>
    </w:p>
    <w:p>
      <w:pPr>
        <w:pStyle w:val="ListParagraph"/>
      </w:pPr>
      <w:r>
        <w:rPr>
          <w:sz w:val="22"/>
        </w:rPr>
        <w:t>A. with</w:t>
      </w:r>
    </w:p>
    <w:p>
      <w:pPr>
        <w:pStyle w:val="ListParagraph"/>
      </w:pPr>
      <w:r>
        <w:rPr>
          <w:sz w:val="22"/>
        </w:rPr>
        <w:t>B. to</w:t>
      </w:r>
    </w:p>
    <w:p>
      <w:pPr>
        <w:pStyle w:val="ListParagraph"/>
      </w:pPr>
      <w:r>
        <w:rPr>
          <w:sz w:val="22"/>
        </w:rPr>
        <w:t>C. for</w:t>
      </w:r>
    </w:p>
    <w:p>
      <w:pPr>
        <w:pStyle w:val="ListParagraph"/>
      </w:pPr>
      <w:r>
        <w:rPr>
          <w:sz w:val="22"/>
        </w:rPr>
        <w:t>D. by</w:t>
      </w:r>
    </w:p>
    <w:p/>
    <w:p>
      <w:r>
        <w:rPr>
          <w:b/>
          <w:sz w:val="24"/>
        </w:rPr>
        <w:t>Câu 15: The new policy is intended to prevent such errors ______ occurring in the future.</w:t>
      </w:r>
    </w:p>
    <w:p>
      <w:pPr>
        <w:pStyle w:val="ListParagraph"/>
      </w:pPr>
      <w:r>
        <w:rPr>
          <w:sz w:val="22"/>
        </w:rPr>
        <w:t>A. from</w:t>
      </w:r>
    </w:p>
    <w:p>
      <w:pPr>
        <w:pStyle w:val="ListParagraph"/>
      </w:pPr>
      <w:r>
        <w:rPr>
          <w:sz w:val="22"/>
        </w:rPr>
        <w:t>B. by</w:t>
      </w:r>
    </w:p>
    <w:p>
      <w:pPr>
        <w:pStyle w:val="ListParagraph"/>
      </w:pPr>
      <w:r>
        <w:rPr>
          <w:sz w:val="22"/>
        </w:rPr>
        <w:t>C. with</w:t>
      </w:r>
    </w:p>
    <w:p>
      <w:pPr>
        <w:pStyle w:val="ListParagraph"/>
      </w:pPr>
      <w:r>
        <w:rPr>
          <w:sz w:val="22"/>
        </w:rPr>
        <w:t>D. against</w:t>
      </w:r>
    </w:p>
    <w:p/>
    <w:p>
      <w:r>
        <w:rPr>
          <w:b/>
          <w:sz w:val="24"/>
        </w:rPr>
        <w:t>Câu 16: The candidate’s qualifications were far superior ______ those of the other applicants.</w:t>
      </w:r>
    </w:p>
    <w:p>
      <w:pPr>
        <w:pStyle w:val="ListParagraph"/>
      </w:pPr>
      <w:r>
        <w:rPr>
          <w:sz w:val="22"/>
        </w:rPr>
        <w:t>A. than</w:t>
      </w:r>
    </w:p>
    <w:p>
      <w:pPr>
        <w:pStyle w:val="ListParagraph"/>
      </w:pPr>
      <w:r>
        <w:rPr>
          <w:sz w:val="22"/>
        </w:rPr>
        <w:t>B. to</w:t>
      </w:r>
    </w:p>
    <w:p>
      <w:pPr>
        <w:pStyle w:val="ListParagraph"/>
      </w:pPr>
      <w:r>
        <w:rPr>
          <w:sz w:val="22"/>
        </w:rPr>
        <w:t>C. from</w:t>
      </w:r>
    </w:p>
    <w:p>
      <w:pPr>
        <w:pStyle w:val="ListParagraph"/>
      </w:pPr>
      <w:r>
        <w:rPr>
          <w:sz w:val="22"/>
        </w:rPr>
        <w:t>D. as</w:t>
      </w:r>
    </w:p>
    <w:p/>
    <w:p>
      <w:r>
        <w:rPr>
          <w:b/>
          <w:sz w:val="24"/>
        </w:rPr>
        <w:t>Câu 17: The board insisted that the CEO ______ present at the emergency meeting.</w:t>
      </w:r>
    </w:p>
    <w:p>
      <w:pPr>
        <w:pStyle w:val="ListParagraph"/>
      </w:pPr>
      <w:r>
        <w:rPr>
          <w:sz w:val="22"/>
        </w:rPr>
        <w:t>A. is</w:t>
      </w:r>
    </w:p>
    <w:p>
      <w:pPr>
        <w:pStyle w:val="ListParagraph"/>
      </w:pPr>
      <w:r>
        <w:rPr>
          <w:sz w:val="22"/>
        </w:rPr>
        <w:t>B. was</w:t>
      </w:r>
    </w:p>
    <w:p>
      <w:pPr>
        <w:pStyle w:val="ListParagraph"/>
      </w:pPr>
      <w:r>
        <w:rPr>
          <w:sz w:val="22"/>
        </w:rPr>
        <w:t>C. be</w:t>
      </w:r>
    </w:p>
    <w:p>
      <w:pPr>
        <w:pStyle w:val="ListParagraph"/>
      </w:pPr>
      <w:r>
        <w:rPr>
          <w:sz w:val="22"/>
        </w:rPr>
        <w:t>D. being</w:t>
      </w:r>
    </w:p>
    <w:p/>
    <w:p>
      <w:r>
        <w:rPr>
          <w:b/>
          <w:sz w:val="24"/>
        </w:rPr>
        <w:t>Câu 18: ______ having extensive experience, she was not selected for the position.</w:t>
      </w:r>
    </w:p>
    <w:p>
      <w:pPr>
        <w:pStyle w:val="ListParagraph"/>
      </w:pPr>
      <w:r>
        <w:rPr>
          <w:sz w:val="22"/>
        </w:rPr>
        <w:t>A. Despite</w:t>
      </w:r>
    </w:p>
    <w:p>
      <w:pPr>
        <w:pStyle w:val="ListParagraph"/>
      </w:pPr>
      <w:r>
        <w:rPr>
          <w:sz w:val="22"/>
        </w:rPr>
        <w:t>B. Although</w:t>
      </w:r>
    </w:p>
    <w:p>
      <w:pPr>
        <w:pStyle w:val="ListParagraph"/>
      </w:pPr>
      <w:r>
        <w:rPr>
          <w:sz w:val="22"/>
        </w:rPr>
        <w:t>C. Because</w:t>
      </w:r>
    </w:p>
    <w:p>
      <w:pPr>
        <w:pStyle w:val="ListParagraph"/>
      </w:pPr>
      <w:r>
        <w:rPr>
          <w:sz w:val="22"/>
        </w:rPr>
        <w:t>D. In spite</w:t>
      </w:r>
    </w:p>
    <w:p/>
    <w:p>
      <w:r>
        <w:rPr>
          <w:b/>
          <w:sz w:val="24"/>
        </w:rPr>
        <w:t>Câu 19: The new software is designed to ______ the need for manual data entry.</w:t>
      </w:r>
    </w:p>
    <w:p>
      <w:pPr>
        <w:pStyle w:val="ListParagraph"/>
      </w:pPr>
      <w:r>
        <w:rPr>
          <w:sz w:val="22"/>
        </w:rPr>
        <w:t>A. eliminate</w:t>
      </w:r>
    </w:p>
    <w:p>
      <w:pPr>
        <w:pStyle w:val="ListParagraph"/>
      </w:pPr>
      <w:r>
        <w:rPr>
          <w:sz w:val="22"/>
        </w:rPr>
        <w:t>B. elimination</w:t>
      </w:r>
    </w:p>
    <w:p>
      <w:pPr>
        <w:pStyle w:val="ListParagraph"/>
      </w:pPr>
      <w:r>
        <w:rPr>
          <w:sz w:val="22"/>
        </w:rPr>
        <w:t>C. eliminating</w:t>
      </w:r>
    </w:p>
    <w:p>
      <w:pPr>
        <w:pStyle w:val="ListParagraph"/>
      </w:pPr>
      <w:r>
        <w:rPr>
          <w:sz w:val="22"/>
        </w:rPr>
        <w:t>D. eliminated</w:t>
      </w:r>
    </w:p>
    <w:p/>
    <w:p>
      <w:r>
        <w:rPr>
          <w:b/>
          <w:sz w:val="24"/>
        </w:rPr>
        <w:t>Câu 20: The company has neither the resources ______ the time to undertake such a project.</w:t>
      </w:r>
    </w:p>
    <w:p>
      <w:pPr>
        <w:pStyle w:val="ListParagraph"/>
      </w:pPr>
      <w:r>
        <w:rPr>
          <w:sz w:val="22"/>
        </w:rPr>
        <w:t>A. or</w:t>
      </w:r>
    </w:p>
    <w:p>
      <w:pPr>
        <w:pStyle w:val="ListParagraph"/>
      </w:pPr>
      <w:r>
        <w:rPr>
          <w:sz w:val="22"/>
        </w:rPr>
        <w:t>B. nor</w:t>
      </w:r>
    </w:p>
    <w:p>
      <w:pPr>
        <w:pStyle w:val="ListParagraph"/>
      </w:pPr>
      <w:r>
        <w:rPr>
          <w:sz w:val="22"/>
        </w:rPr>
        <w:t>C. and</w:t>
      </w:r>
    </w:p>
    <w:p>
      <w:pPr>
        <w:pStyle w:val="ListParagraph"/>
      </w:pPr>
      <w:r>
        <w:rPr>
          <w:sz w:val="22"/>
        </w:rPr>
        <w:t>D. but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