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Phiếu bài tập Toán tuần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các số sau, số nào lớn nhất?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2: Trong các số sau, số nào bé nhất?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Điền dấu thích hợp vào chỗ trống: 6 ... 8</w:t>
      </w:r>
    </w:p>
    <w:p>
      <w:pPr>
        <w:pStyle w:val="ListParagraph"/>
      </w:pPr>
      <w:r>
        <w:rPr>
          <w:sz w:val="22"/>
        </w:rPr>
        <w:t>A. &gt;</w:t>
      </w:r>
    </w:p>
    <w:p>
      <w:pPr>
        <w:pStyle w:val="ListParagraph"/>
      </w:pPr>
      <w:r>
        <w:rPr>
          <w:sz w:val="22"/>
        </w:rPr>
        <w:t>B. &lt;</w:t>
      </w:r>
    </w:p>
    <w:p>
      <w:pPr>
        <w:pStyle w:val="ListParagraph"/>
      </w:pPr>
      <w:r>
        <w:rPr>
          <w:sz w:val="22"/>
        </w:rPr>
        <w:t>C. =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4: Điền dấu thích hợp vào chỗ trống: 10 ... 10</w:t>
      </w:r>
    </w:p>
    <w:p>
      <w:pPr>
        <w:pStyle w:val="ListParagraph"/>
      </w:pPr>
      <w:r>
        <w:rPr>
          <w:sz w:val="22"/>
        </w:rPr>
        <w:t>A. &gt;</w:t>
      </w:r>
    </w:p>
    <w:p>
      <w:pPr>
        <w:pStyle w:val="ListParagraph"/>
      </w:pPr>
      <w:r>
        <w:rPr>
          <w:sz w:val="22"/>
        </w:rPr>
        <w:t>B. &lt;</w:t>
      </w:r>
    </w:p>
    <w:p>
      <w:pPr>
        <w:pStyle w:val="ListParagraph"/>
      </w:pPr>
      <w:r>
        <w:rPr>
          <w:sz w:val="22"/>
        </w:rPr>
        <w:t>C. =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5: Số nào lớn hơn 4?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6: Số nào bé hơn 7?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7: So sánh 9 và 3. Chọn câu đúng.</w:t>
      </w:r>
    </w:p>
    <w:p>
      <w:pPr>
        <w:pStyle w:val="ListParagraph"/>
      </w:pPr>
      <w:r>
        <w:rPr>
          <w:sz w:val="22"/>
        </w:rPr>
        <w:t>A. 9 &lt; 3</w:t>
      </w:r>
    </w:p>
    <w:p>
      <w:pPr>
        <w:pStyle w:val="ListParagraph"/>
      </w:pPr>
      <w:r>
        <w:rPr>
          <w:sz w:val="22"/>
        </w:rPr>
        <w:t>B. 9 &gt; 3</w:t>
      </w:r>
    </w:p>
    <w:p>
      <w:pPr>
        <w:pStyle w:val="ListParagraph"/>
      </w:pPr>
      <w:r>
        <w:rPr>
          <w:sz w:val="22"/>
        </w:rPr>
        <w:t>C. 9 = 3</w:t>
      </w:r>
    </w:p>
    <w:p>
      <w:pPr>
        <w:pStyle w:val="ListParagraph"/>
      </w:pPr>
      <w:r>
        <w:rPr>
          <w:sz w:val="22"/>
        </w:rPr>
        <w:t>D. 3 &gt; 9</w:t>
      </w:r>
    </w:p>
    <w:p/>
    <w:p>
      <w:r>
        <w:rPr>
          <w:b/>
          <w:sz w:val="24"/>
        </w:rPr>
        <w:t>Câu 8: So sánh 2 và 8. Chọn câu đúng.</w:t>
      </w:r>
    </w:p>
    <w:p>
      <w:pPr>
        <w:pStyle w:val="ListParagraph"/>
      </w:pPr>
      <w:r>
        <w:rPr>
          <w:sz w:val="22"/>
        </w:rPr>
        <w:t>A. 2 &gt; 8</w:t>
      </w:r>
    </w:p>
    <w:p>
      <w:pPr>
        <w:pStyle w:val="ListParagraph"/>
      </w:pPr>
      <w:r>
        <w:rPr>
          <w:sz w:val="22"/>
        </w:rPr>
        <w:t>B. 2 &lt; 8</w:t>
      </w:r>
    </w:p>
    <w:p>
      <w:pPr>
        <w:pStyle w:val="ListParagraph"/>
      </w:pPr>
      <w:r>
        <w:rPr>
          <w:sz w:val="22"/>
        </w:rPr>
        <w:t>C. 2 = 8</w:t>
      </w:r>
    </w:p>
    <w:p>
      <w:pPr>
        <w:pStyle w:val="ListParagraph"/>
      </w:pPr>
      <w:r>
        <w:rPr>
          <w:sz w:val="22"/>
        </w:rPr>
        <w:t>D. 8 &lt; 2</w:t>
      </w:r>
    </w:p>
    <w:p/>
    <w:p>
      <w:r>
        <w:rPr>
          <w:b/>
          <w:sz w:val="24"/>
        </w:rPr>
        <w:t>Câu 9: Sắp xếp các số 5, 1, 9 theo thứ tự từ bé đến lớn.</w:t>
      </w:r>
    </w:p>
    <w:p>
      <w:pPr>
        <w:pStyle w:val="ListParagraph"/>
      </w:pPr>
      <w:r>
        <w:rPr>
          <w:sz w:val="22"/>
        </w:rPr>
        <w:t>A. 5, 1, 9</w:t>
      </w:r>
    </w:p>
    <w:p>
      <w:pPr>
        <w:pStyle w:val="ListParagraph"/>
      </w:pPr>
      <w:r>
        <w:rPr>
          <w:sz w:val="22"/>
        </w:rPr>
        <w:t>B. 1, 5, 9</w:t>
      </w:r>
    </w:p>
    <w:p>
      <w:pPr>
        <w:pStyle w:val="ListParagraph"/>
      </w:pPr>
      <w:r>
        <w:rPr>
          <w:sz w:val="22"/>
        </w:rPr>
        <w:t>C. 9, 5, 1</w:t>
      </w:r>
    </w:p>
    <w:p>
      <w:pPr>
        <w:pStyle w:val="ListParagraph"/>
      </w:pPr>
      <w:r>
        <w:rPr>
          <w:sz w:val="22"/>
        </w:rPr>
        <w:t>D. 1, 9, 5</w:t>
      </w:r>
    </w:p>
    <w:p/>
    <w:p>
      <w:r>
        <w:rPr>
          <w:b/>
          <w:sz w:val="24"/>
        </w:rPr>
        <w:t>Câu 10: Sắp xếp các số 7, 4, 10 theo thứ tự từ lớn đến bé.</w:t>
      </w:r>
    </w:p>
    <w:p>
      <w:pPr>
        <w:pStyle w:val="ListParagraph"/>
      </w:pPr>
      <w:r>
        <w:rPr>
          <w:sz w:val="22"/>
        </w:rPr>
        <w:t>A. 10, 7, 4</w:t>
      </w:r>
    </w:p>
    <w:p>
      <w:pPr>
        <w:pStyle w:val="ListParagraph"/>
      </w:pPr>
      <w:r>
        <w:rPr>
          <w:sz w:val="22"/>
        </w:rPr>
        <w:t>B. 4, 7, 10</w:t>
      </w:r>
    </w:p>
    <w:p>
      <w:pPr>
        <w:pStyle w:val="ListParagraph"/>
      </w:pPr>
      <w:r>
        <w:rPr>
          <w:sz w:val="22"/>
        </w:rPr>
        <w:t>C. 7, 10, 4</w:t>
      </w:r>
    </w:p>
    <w:p>
      <w:pPr>
        <w:pStyle w:val="ListParagraph"/>
      </w:pPr>
      <w:r>
        <w:rPr>
          <w:sz w:val="22"/>
        </w:rPr>
        <w:t>D. 4, 10, 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