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Toán Lớp 3 - Tính chu vi và diện tích hình chữ nhật, hình vuông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Chu vi của hình chữ nhật có chiều dài 8cm và chiều rộng 5cm là:</w:t>
      </w:r>
    </w:p>
    <w:p>
      <w:pPr>
        <w:pStyle w:val="ListParagraph"/>
      </w:pPr>
      <w:r>
        <w:rPr>
          <w:sz w:val="22"/>
        </w:rPr>
        <w:t>A. 13 cm</w:t>
      </w:r>
    </w:p>
    <w:p>
      <w:pPr>
        <w:pStyle w:val="ListParagraph"/>
      </w:pPr>
      <w:r>
        <w:rPr>
          <w:sz w:val="22"/>
        </w:rPr>
        <w:t>B. 26 cm</w:t>
      </w:r>
    </w:p>
    <w:p>
      <w:pPr>
        <w:pStyle w:val="ListParagraph"/>
      </w:pPr>
      <w:r>
        <w:rPr>
          <w:sz w:val="22"/>
        </w:rPr>
        <w:t>C. 40 cm</w:t>
      </w:r>
    </w:p>
    <w:p>
      <w:pPr>
        <w:pStyle w:val="ListParagraph"/>
      </w:pPr>
      <w:r>
        <w:rPr>
          <w:sz w:val="22"/>
        </w:rPr>
        <w:t>D. 30 cm</w:t>
      </w:r>
    </w:p>
    <w:p/>
    <w:p>
      <w:r>
        <w:rPr>
          <w:b/>
          <w:sz w:val="24"/>
        </w:rPr>
        <w:t>Câu 2: Một hình vuông có cạnh 6cm. Chu vi của hình vuông đó là:</w:t>
      </w:r>
    </w:p>
    <w:p>
      <w:pPr>
        <w:pStyle w:val="ListParagraph"/>
      </w:pPr>
      <w:r>
        <w:rPr>
          <w:sz w:val="22"/>
        </w:rPr>
        <w:t>A. 12 cm</w:t>
      </w:r>
    </w:p>
    <w:p>
      <w:pPr>
        <w:pStyle w:val="ListParagraph"/>
      </w:pPr>
      <w:r>
        <w:rPr>
          <w:sz w:val="22"/>
        </w:rPr>
        <w:t>B. 24 cm</w:t>
      </w:r>
    </w:p>
    <w:p>
      <w:pPr>
        <w:pStyle w:val="ListParagraph"/>
      </w:pPr>
      <w:r>
        <w:rPr>
          <w:sz w:val="22"/>
        </w:rPr>
        <w:t>C. 36 cm</w:t>
      </w:r>
    </w:p>
    <w:p>
      <w:pPr>
        <w:pStyle w:val="ListParagraph"/>
      </w:pPr>
      <w:r>
        <w:rPr>
          <w:sz w:val="22"/>
        </w:rPr>
        <w:t>D. 30 cm</w:t>
      </w:r>
    </w:p>
    <w:p/>
    <w:p>
      <w:r>
        <w:rPr>
          <w:b/>
          <w:sz w:val="24"/>
        </w:rPr>
        <w:t>Câu 3: Diện tích hình chữ nhật có chiều dài 10cm và chiều rộng 4cm là:</w:t>
      </w:r>
    </w:p>
    <w:p>
      <w:pPr>
        <w:pStyle w:val="ListParagraph"/>
      </w:pPr>
      <w:r>
        <w:rPr>
          <w:sz w:val="22"/>
        </w:rPr>
        <w:t>A. 28 cm²</w:t>
      </w:r>
    </w:p>
    <w:p>
      <w:pPr>
        <w:pStyle w:val="ListParagraph"/>
      </w:pPr>
      <w:r>
        <w:rPr>
          <w:sz w:val="22"/>
        </w:rPr>
        <w:t>B. 40 cm²</w:t>
      </w:r>
    </w:p>
    <w:p>
      <w:pPr>
        <w:pStyle w:val="ListParagraph"/>
      </w:pPr>
      <w:r>
        <w:rPr>
          <w:sz w:val="22"/>
        </w:rPr>
        <w:t>C. 14 cm²</w:t>
      </w:r>
    </w:p>
    <w:p>
      <w:pPr>
        <w:pStyle w:val="ListParagraph"/>
      </w:pPr>
      <w:r>
        <w:rPr>
          <w:sz w:val="22"/>
        </w:rPr>
        <w:t>D. 80 cm²</w:t>
      </w:r>
    </w:p>
    <w:p/>
    <w:p>
      <w:r>
        <w:rPr>
          <w:b/>
          <w:sz w:val="24"/>
        </w:rPr>
        <w:t>Câu 4: Diện tích hình vuông có cạnh 7cm là:</w:t>
      </w:r>
    </w:p>
    <w:p>
      <w:pPr>
        <w:pStyle w:val="ListParagraph"/>
      </w:pPr>
      <w:r>
        <w:rPr>
          <w:sz w:val="22"/>
        </w:rPr>
        <w:t>A. 28 cm²</w:t>
      </w:r>
    </w:p>
    <w:p>
      <w:pPr>
        <w:pStyle w:val="ListParagraph"/>
      </w:pPr>
      <w:r>
        <w:rPr>
          <w:sz w:val="22"/>
        </w:rPr>
        <w:t>B. 14 cm²</w:t>
      </w:r>
    </w:p>
    <w:p>
      <w:pPr>
        <w:pStyle w:val="ListParagraph"/>
      </w:pPr>
      <w:r>
        <w:rPr>
          <w:sz w:val="22"/>
        </w:rPr>
        <w:t>C. 49 cm²</w:t>
      </w:r>
    </w:p>
    <w:p>
      <w:pPr>
        <w:pStyle w:val="ListParagraph"/>
      </w:pPr>
      <w:r>
        <w:rPr>
          <w:sz w:val="22"/>
        </w:rPr>
        <w:t>D. 56 cm²</w:t>
      </w:r>
    </w:p>
    <w:p/>
    <w:p>
      <w:r>
        <w:rPr>
          <w:b/>
          <w:sz w:val="24"/>
        </w:rPr>
        <w:t>Câu 5: Một hình chữ nhật có chu vi 24cm, chiều dài 9cm. Hỏi chiều rộng là bao nhiêu?</w:t>
      </w:r>
    </w:p>
    <w:p>
      <w:pPr>
        <w:pStyle w:val="ListParagraph"/>
      </w:pPr>
      <w:r>
        <w:rPr>
          <w:sz w:val="22"/>
        </w:rPr>
        <w:t>A. 6 cm</w:t>
      </w:r>
    </w:p>
    <w:p>
      <w:pPr>
        <w:pStyle w:val="ListParagraph"/>
      </w:pPr>
      <w:r>
        <w:rPr>
          <w:sz w:val="22"/>
        </w:rPr>
        <w:t>B. 3 cm</w:t>
      </w:r>
    </w:p>
    <w:p>
      <w:pPr>
        <w:pStyle w:val="ListParagraph"/>
      </w:pPr>
      <w:r>
        <w:rPr>
          <w:sz w:val="22"/>
        </w:rPr>
        <w:t>C. 15 cm</w:t>
      </w:r>
    </w:p>
    <w:p>
      <w:pPr>
        <w:pStyle w:val="ListParagraph"/>
      </w:pPr>
      <w:r>
        <w:rPr>
          <w:sz w:val="22"/>
        </w:rPr>
        <w:t>D. 12 cm</w:t>
      </w:r>
    </w:p>
    <w:p/>
    <w:p>
      <w:r>
        <w:rPr>
          <w:b/>
          <w:sz w:val="24"/>
        </w:rPr>
        <w:t>Câu 6: Một hình vuông có chu vi 32cm. Độ dài cạnh hình vuông là:</w:t>
      </w:r>
    </w:p>
    <w:p>
      <w:pPr>
        <w:pStyle w:val="ListParagraph"/>
      </w:pPr>
      <w:r>
        <w:rPr>
          <w:sz w:val="22"/>
        </w:rPr>
        <w:t>A. 16 cm</w:t>
      </w:r>
    </w:p>
    <w:p>
      <w:pPr>
        <w:pStyle w:val="ListParagraph"/>
      </w:pPr>
      <w:r>
        <w:rPr>
          <w:sz w:val="22"/>
        </w:rPr>
        <w:t>B. 8 cm</w:t>
      </w:r>
    </w:p>
    <w:p>
      <w:pPr>
        <w:pStyle w:val="ListParagraph"/>
      </w:pPr>
      <w:r>
        <w:rPr>
          <w:sz w:val="22"/>
        </w:rPr>
        <w:t>C. 4 cm</w:t>
      </w:r>
    </w:p>
    <w:p>
      <w:pPr>
        <w:pStyle w:val="ListParagraph"/>
      </w:pPr>
      <w:r>
        <w:rPr>
          <w:sz w:val="22"/>
        </w:rPr>
        <w:t>D. 6 cm</w:t>
      </w:r>
    </w:p>
    <w:p/>
    <w:p>
      <w:r>
        <w:rPr>
          <w:b/>
          <w:sz w:val="24"/>
        </w:rPr>
        <w:t>Câu 7: Một hình chữ nhật có diện tích 42cm², chiều rộng 6cm. Hỏi chiều dài là bao nhiêu?</w:t>
      </w:r>
    </w:p>
    <w:p>
      <w:pPr>
        <w:pStyle w:val="ListParagraph"/>
      </w:pPr>
      <w:r>
        <w:rPr>
          <w:sz w:val="22"/>
        </w:rPr>
        <w:t>A. 8 cm</w:t>
      </w:r>
    </w:p>
    <w:p>
      <w:pPr>
        <w:pStyle w:val="ListParagraph"/>
      </w:pPr>
      <w:r>
        <w:rPr>
          <w:sz w:val="22"/>
        </w:rPr>
        <w:t>B. 36 cm</w:t>
      </w:r>
    </w:p>
    <w:p>
      <w:pPr>
        <w:pStyle w:val="ListParagraph"/>
      </w:pPr>
      <w:r>
        <w:rPr>
          <w:sz w:val="22"/>
        </w:rPr>
        <w:t>C. 7 cm</w:t>
      </w:r>
    </w:p>
    <w:p>
      <w:pPr>
        <w:pStyle w:val="ListParagraph"/>
      </w:pPr>
      <w:r>
        <w:rPr>
          <w:sz w:val="22"/>
        </w:rPr>
        <w:t>D. 48 cm</w:t>
      </w:r>
    </w:p>
    <w:p/>
    <w:p>
      <w:r>
        <w:rPr>
          <w:b/>
          <w:sz w:val="24"/>
        </w:rPr>
        <w:t>Câu 8: Một hình vuông có diện tích 64cm². Độ dài cạnh hình vuông là:</w:t>
      </w:r>
    </w:p>
    <w:p>
      <w:pPr>
        <w:pStyle w:val="ListParagraph"/>
      </w:pPr>
      <w:r>
        <w:rPr>
          <w:sz w:val="22"/>
        </w:rPr>
        <w:t>A. 16 cm</w:t>
      </w:r>
    </w:p>
    <w:p>
      <w:pPr>
        <w:pStyle w:val="ListParagraph"/>
      </w:pPr>
      <w:r>
        <w:rPr>
          <w:sz w:val="22"/>
        </w:rPr>
        <w:t>B. 4 cm</w:t>
      </w:r>
    </w:p>
    <w:p>
      <w:pPr>
        <w:pStyle w:val="ListParagraph"/>
      </w:pPr>
      <w:r>
        <w:rPr>
          <w:sz w:val="22"/>
        </w:rPr>
        <w:t>C. 32 cm</w:t>
      </w:r>
    </w:p>
    <w:p>
      <w:pPr>
        <w:pStyle w:val="ListParagraph"/>
      </w:pPr>
      <w:r>
        <w:rPr>
          <w:sz w:val="22"/>
        </w:rPr>
        <w:t>D. 8 cm</w:t>
      </w:r>
    </w:p>
    <w:p/>
    <w:p>
      <w:r>
        <w:rPr>
          <w:b/>
          <w:sz w:val="24"/>
        </w:rPr>
        <w:t>Câu 9: Một khu vườn hình chữ nhật có chiều dài 12m và chiều rộng 8m. Hỏi chu vi của khu vườn là bao nhiêu mét?</w:t>
      </w:r>
    </w:p>
    <w:p>
      <w:pPr>
        <w:pStyle w:val="ListParagraph"/>
      </w:pPr>
      <w:r>
        <w:rPr>
          <w:sz w:val="22"/>
        </w:rPr>
        <w:t>A. 20 m</w:t>
      </w:r>
    </w:p>
    <w:p>
      <w:pPr>
        <w:pStyle w:val="ListParagraph"/>
      </w:pPr>
      <w:r>
        <w:rPr>
          <w:sz w:val="22"/>
        </w:rPr>
        <w:t>B. 48 m</w:t>
      </w:r>
    </w:p>
    <w:p>
      <w:pPr>
        <w:pStyle w:val="ListParagraph"/>
      </w:pPr>
      <w:r>
        <w:rPr>
          <w:sz w:val="22"/>
        </w:rPr>
        <w:t>C. 40 m</w:t>
      </w:r>
    </w:p>
    <w:p>
      <w:pPr>
        <w:pStyle w:val="ListParagraph"/>
      </w:pPr>
      <w:r>
        <w:rPr>
          <w:sz w:val="22"/>
        </w:rPr>
        <w:t>D. 96 m</w:t>
      </w:r>
    </w:p>
    <w:p/>
    <w:p>
      <w:r>
        <w:rPr>
          <w:b/>
          <w:sz w:val="24"/>
        </w:rPr>
        <w:t>Câu 10: Một bức tranh hình vuông có cạnh 5cm. Hỏi diện tích của bức tranh là bao nhiêu?</w:t>
      </w:r>
    </w:p>
    <w:p>
      <w:pPr>
        <w:pStyle w:val="ListParagraph"/>
      </w:pPr>
      <w:r>
        <w:rPr>
          <w:sz w:val="22"/>
        </w:rPr>
        <w:t>A. 20 cm²</w:t>
      </w:r>
    </w:p>
    <w:p>
      <w:pPr>
        <w:pStyle w:val="ListParagraph"/>
      </w:pPr>
      <w:r>
        <w:rPr>
          <w:sz w:val="22"/>
        </w:rPr>
        <w:t>B. 10 cm²</w:t>
      </w:r>
    </w:p>
    <w:p>
      <w:pPr>
        <w:pStyle w:val="ListParagraph"/>
      </w:pPr>
      <w:r>
        <w:rPr>
          <w:sz w:val="22"/>
        </w:rPr>
        <w:t>C. 15 cm²</w:t>
      </w:r>
    </w:p>
    <w:p>
      <w:pPr>
        <w:pStyle w:val="ListParagraph"/>
      </w:pPr>
      <w:r>
        <w:rPr>
          <w:sz w:val="22"/>
        </w:rPr>
        <w:t>D. 25 cm²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