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đề thi thử môn lịch sử cho hs lp9</w:t>
      </w:r>
    </w:p>
    <w:p>
      <w:pPr>
        <w:jc w:val="center"/>
      </w:pPr>
      <w:r>
        <w:rPr>
          <w:sz w:val="22"/>
        </w:rPr>
        <w:t>Số câu: 19    Thời gian: _____ phút    Họ và tên: _________________________</w:t>
      </w:r>
    </w:p>
    <w:p/>
    <w:p>
      <w:r>
        <w:rPr>
          <w:b/>
          <w:sz w:val="24"/>
        </w:rPr>
        <w:t>Câu 1: Chiến thắng nào đã kết thúc cuộc kháng chiến chống thực dân Pháp của nhân dân ta?</w:t>
      </w:r>
    </w:p>
    <w:p>
      <w:pPr>
        <w:pStyle w:val="ListParagraph"/>
      </w:pPr>
      <w:r>
        <w:rPr>
          <w:sz w:val="22"/>
        </w:rPr>
        <w:t>A. Chiến thắng Việt Bắc thu - đông 1947</w:t>
      </w:r>
    </w:p>
    <w:p>
      <w:pPr>
        <w:pStyle w:val="ListParagraph"/>
      </w:pPr>
      <w:r>
        <w:rPr>
          <w:sz w:val="22"/>
        </w:rPr>
        <w:t>B. Chiến thắng Biên giới thu - đông 1950</w:t>
      </w:r>
    </w:p>
    <w:p>
      <w:pPr>
        <w:pStyle w:val="ListParagraph"/>
      </w:pPr>
      <w:r>
        <w:rPr>
          <w:sz w:val="22"/>
        </w:rPr>
        <w:t>C. Chiến thắng Điện Biên Phủ 1954</w:t>
      </w:r>
    </w:p>
    <w:p>
      <w:pPr>
        <w:pStyle w:val="ListParagraph"/>
      </w:pPr>
      <w:r>
        <w:rPr>
          <w:sz w:val="22"/>
        </w:rPr>
        <w:t>D. Chiến thắng Tây Bắc 1952</w:t>
      </w:r>
    </w:p>
    <w:p/>
    <w:p>
      <w:r>
        <w:rPr>
          <w:b/>
          <w:sz w:val="24"/>
        </w:rPr>
        <w:t>Câu 2: Đảng Cộng sản Việt Nam được thành lập vào ngày tháng năm nào?</w:t>
      </w:r>
    </w:p>
    <w:p>
      <w:pPr>
        <w:pStyle w:val="ListParagraph"/>
      </w:pPr>
      <w:r>
        <w:rPr>
          <w:sz w:val="22"/>
        </w:rPr>
        <w:t>A. 3/2/1930</w:t>
      </w:r>
    </w:p>
    <w:p>
      <w:pPr>
        <w:pStyle w:val="ListParagraph"/>
      </w:pPr>
      <w:r>
        <w:rPr>
          <w:sz w:val="22"/>
        </w:rPr>
        <w:t>B. 2/3/1930</w:t>
      </w:r>
    </w:p>
    <w:p>
      <w:pPr>
        <w:pStyle w:val="ListParagraph"/>
      </w:pPr>
      <w:r>
        <w:rPr>
          <w:sz w:val="22"/>
        </w:rPr>
        <w:t>C. 3/2/1931</w:t>
      </w:r>
    </w:p>
    <w:p>
      <w:pPr>
        <w:pStyle w:val="ListParagraph"/>
      </w:pPr>
      <w:r>
        <w:rPr>
          <w:sz w:val="22"/>
        </w:rPr>
        <w:t>D. 2/3/1931</w:t>
      </w:r>
    </w:p>
    <w:p/>
    <w:p>
      <w:r>
        <w:rPr>
          <w:b/>
          <w:sz w:val="24"/>
        </w:rPr>
        <w:t>Câu 3: Hiệp định Giơnevơ về chấm dứt chiến tranh, lập lại hòa bình ở Đông Dương được ký kết vào năm nào?</w:t>
      </w:r>
    </w:p>
    <w:p>
      <w:pPr>
        <w:pStyle w:val="ListParagraph"/>
      </w:pPr>
      <w:r>
        <w:rPr>
          <w:sz w:val="22"/>
        </w:rPr>
        <w:t>A. 1953</w:t>
      </w:r>
    </w:p>
    <w:p>
      <w:pPr>
        <w:pStyle w:val="ListParagraph"/>
      </w:pPr>
      <w:r>
        <w:rPr>
          <w:sz w:val="22"/>
        </w:rPr>
        <w:t>B. 1954</w:t>
      </w:r>
    </w:p>
    <w:p>
      <w:pPr>
        <w:pStyle w:val="ListParagraph"/>
      </w:pPr>
      <w:r>
        <w:rPr>
          <w:sz w:val="22"/>
        </w:rPr>
        <w:t>C. 1955</w:t>
      </w:r>
    </w:p>
    <w:p>
      <w:pPr>
        <w:pStyle w:val="ListParagraph"/>
      </w:pPr>
      <w:r>
        <w:rPr>
          <w:sz w:val="22"/>
        </w:rPr>
        <w:t>D. 1956</w:t>
      </w:r>
    </w:p>
    <w:p/>
    <w:p>
      <w:r>
        <w:rPr>
          <w:b/>
          <w:sz w:val="24"/>
        </w:rPr>
        <w:t>Câu 4: Ai là người đọc Tuyên ngôn Độc lập khai sinh ra nước Việt Nam Dân chủ Cộng hòa?</w:t>
      </w:r>
    </w:p>
    <w:p>
      <w:pPr>
        <w:pStyle w:val="ListParagraph"/>
      </w:pPr>
      <w:r>
        <w:rPr>
          <w:sz w:val="22"/>
        </w:rPr>
        <w:t>A. Hồ Chí Minh</w:t>
      </w:r>
    </w:p>
    <w:p>
      <w:pPr>
        <w:pStyle w:val="ListParagraph"/>
      </w:pPr>
      <w:r>
        <w:rPr>
          <w:sz w:val="22"/>
        </w:rPr>
        <w:t>B. Võ Nguyên Giáp</w:t>
      </w:r>
    </w:p>
    <w:p>
      <w:pPr>
        <w:pStyle w:val="ListParagraph"/>
      </w:pPr>
      <w:r>
        <w:rPr>
          <w:sz w:val="22"/>
        </w:rPr>
        <w:t>C. Phạm Văn Đồng</w:t>
      </w:r>
    </w:p>
    <w:p>
      <w:pPr>
        <w:pStyle w:val="ListParagraph"/>
      </w:pPr>
      <w:r>
        <w:rPr>
          <w:sz w:val="22"/>
        </w:rPr>
        <w:t>D. Trường Chinh</w:t>
      </w:r>
    </w:p>
    <w:p/>
    <w:p>
      <w:r>
        <w:rPr>
          <w:b/>
          <w:sz w:val="24"/>
        </w:rPr>
        <w:t>Câu 5: Chiến dịch Hồ Chí Minh lịch sử kết thúc vào ngày tháng năm nào?</w:t>
      </w:r>
    </w:p>
    <w:p>
      <w:pPr>
        <w:pStyle w:val="ListParagraph"/>
      </w:pPr>
      <w:r>
        <w:rPr>
          <w:sz w:val="22"/>
        </w:rPr>
        <w:t>A. 30/4/1975</w:t>
      </w:r>
    </w:p>
    <w:p>
      <w:pPr>
        <w:pStyle w:val="ListParagraph"/>
      </w:pPr>
      <w:r>
        <w:rPr>
          <w:sz w:val="22"/>
        </w:rPr>
        <w:t>B. 1/5/1975</w:t>
      </w:r>
    </w:p>
    <w:p>
      <w:pPr>
        <w:pStyle w:val="ListParagraph"/>
      </w:pPr>
      <w:r>
        <w:rPr>
          <w:sz w:val="22"/>
        </w:rPr>
        <w:t>C. 29/4/1975</w:t>
      </w:r>
    </w:p>
    <w:p>
      <w:pPr>
        <w:pStyle w:val="ListParagraph"/>
      </w:pPr>
      <w:r>
        <w:rPr>
          <w:sz w:val="22"/>
        </w:rPr>
        <w:t>D. 2/5/1975</w:t>
      </w:r>
    </w:p>
    <w:p/>
    <w:p>
      <w:r>
        <w:rPr>
          <w:b/>
          <w:sz w:val="24"/>
        </w:rPr>
        <w:t>Câu 6: Nước Việt Nam Dân chủ Cộng hòa ra đời vào ngày tháng năm nào?</w:t>
      </w:r>
    </w:p>
    <w:p>
      <w:pPr>
        <w:pStyle w:val="ListParagraph"/>
      </w:pPr>
      <w:r>
        <w:rPr>
          <w:sz w:val="22"/>
        </w:rPr>
        <w:t>A. 2/9/1945</w:t>
      </w:r>
    </w:p>
    <w:p>
      <w:pPr>
        <w:pStyle w:val="ListParagraph"/>
      </w:pPr>
      <w:r>
        <w:rPr>
          <w:sz w:val="22"/>
        </w:rPr>
        <w:t>B. 3/9/1945</w:t>
      </w:r>
    </w:p>
    <w:p>
      <w:pPr>
        <w:pStyle w:val="ListParagraph"/>
      </w:pPr>
      <w:r>
        <w:rPr>
          <w:sz w:val="22"/>
        </w:rPr>
        <w:t>C. 2/9/1946</w:t>
      </w:r>
    </w:p>
    <w:p>
      <w:pPr>
        <w:pStyle w:val="ListParagraph"/>
      </w:pPr>
      <w:r>
        <w:rPr>
          <w:sz w:val="22"/>
        </w:rPr>
        <w:t>D. 3/9/1946</w:t>
      </w:r>
    </w:p>
    <w:p/>
    <w:p>
      <w:r>
        <w:rPr>
          <w:b/>
          <w:sz w:val="24"/>
        </w:rPr>
        <w:t>Câu 7: Pháp tiến hành cuộc chiến tranh xâm lược Việt Nam lần thứ hai vào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1946</w:t>
      </w:r>
    </w:p>
    <w:p>
      <w:pPr>
        <w:pStyle w:val="ListParagraph"/>
      </w:pPr>
      <w:r>
        <w:rPr>
          <w:sz w:val="22"/>
        </w:rPr>
        <w:t>C. 1947</w:t>
      </w:r>
    </w:p>
    <w:p>
      <w:pPr>
        <w:pStyle w:val="ListParagraph"/>
      </w:pPr>
      <w:r>
        <w:rPr>
          <w:sz w:val="22"/>
        </w:rPr>
        <w:t>D. 1948</w:t>
      </w:r>
    </w:p>
    <w:p/>
    <w:p>
      <w:r>
        <w:rPr>
          <w:b/>
          <w:sz w:val="24"/>
        </w:rPr>
        <w:t>Câu 8: Chiến thắng nào được coi là 'Điện Biên Phủ trên không'?</w:t>
      </w:r>
    </w:p>
    <w:p>
      <w:pPr>
        <w:pStyle w:val="ListParagraph"/>
      </w:pPr>
      <w:r>
        <w:rPr>
          <w:sz w:val="22"/>
        </w:rPr>
        <w:t>A. Chiến thắng Hà Nội - Điện Biên Phủ trên không 1972</w:t>
      </w:r>
    </w:p>
    <w:p>
      <w:pPr>
        <w:pStyle w:val="ListParagraph"/>
      </w:pPr>
      <w:r>
        <w:rPr>
          <w:sz w:val="22"/>
        </w:rPr>
        <w:t>B. Chiến thắng Điện Biên Phủ 1954</w:t>
      </w:r>
    </w:p>
    <w:p>
      <w:pPr>
        <w:pStyle w:val="ListParagraph"/>
      </w:pPr>
      <w:r>
        <w:rPr>
          <w:sz w:val="22"/>
        </w:rPr>
        <w:t>C. Chiến thắng Việt Bắc 1947</w:t>
      </w:r>
    </w:p>
    <w:p>
      <w:pPr>
        <w:pStyle w:val="ListParagraph"/>
      </w:pPr>
      <w:r>
        <w:rPr>
          <w:sz w:val="22"/>
        </w:rPr>
        <w:t>D. Chiến thắng Biên giới 1950</w:t>
      </w:r>
    </w:p>
    <w:p/>
    <w:p>
      <w:r>
        <w:rPr>
          <w:b/>
          <w:sz w:val="24"/>
        </w:rPr>
        <w:t>Câu 9: Hiệp định Paris về chấm dứt chiến tranh, lập lại hòa bình ở Việt Nam được ký kết vào năm nào?</w:t>
      </w:r>
    </w:p>
    <w:p>
      <w:pPr>
        <w:pStyle w:val="ListParagraph"/>
      </w:pPr>
      <w:r>
        <w:rPr>
          <w:sz w:val="22"/>
        </w:rPr>
        <w:t>A. 1972</w:t>
      </w:r>
    </w:p>
    <w:p>
      <w:pPr>
        <w:pStyle w:val="ListParagraph"/>
      </w:pPr>
      <w:r>
        <w:rPr>
          <w:sz w:val="22"/>
        </w:rPr>
        <w:t>B. 1973</w:t>
      </w:r>
    </w:p>
    <w:p>
      <w:pPr>
        <w:pStyle w:val="ListParagraph"/>
      </w:pPr>
      <w:r>
        <w:rPr>
          <w:sz w:val="22"/>
        </w:rPr>
        <w:t>C. 1974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10: Tổng khởi nghĩa giành chính quyền trong Cách mạng tháng Tám diễn ra vào thời gian nào?</w:t>
      </w:r>
    </w:p>
    <w:p>
      <w:pPr>
        <w:pStyle w:val="ListParagraph"/>
      </w:pPr>
      <w:r>
        <w:rPr>
          <w:sz w:val="22"/>
        </w:rPr>
        <w:t>A. Tháng 8/1945</w:t>
      </w:r>
    </w:p>
    <w:p>
      <w:pPr>
        <w:pStyle w:val="ListParagraph"/>
      </w:pPr>
      <w:r>
        <w:rPr>
          <w:sz w:val="22"/>
        </w:rPr>
        <w:t>B. Tháng 9/1945</w:t>
      </w:r>
    </w:p>
    <w:p>
      <w:pPr>
        <w:pStyle w:val="ListParagraph"/>
      </w:pPr>
      <w:r>
        <w:rPr>
          <w:sz w:val="22"/>
        </w:rPr>
        <w:t>C. Tháng 7/1945</w:t>
      </w:r>
    </w:p>
    <w:p>
      <w:pPr>
        <w:pStyle w:val="ListParagraph"/>
      </w:pPr>
      <w:r>
        <w:rPr>
          <w:sz w:val="22"/>
        </w:rPr>
        <w:t>D. Tháng 10/1945</w:t>
      </w:r>
    </w:p>
    <w:p/>
    <w:p>
      <w:r>
        <w:rPr>
          <w:b/>
          <w:sz w:val="24"/>
        </w:rPr>
        <w:t>Câu 11: Người anh hùng nào đã lấy thân mình chèn pháo trong chiến dịch Điện Biên Phủ?</w:t>
      </w:r>
    </w:p>
    <w:p>
      <w:pPr>
        <w:pStyle w:val="ListParagraph"/>
      </w:pPr>
      <w:r>
        <w:rPr>
          <w:sz w:val="22"/>
        </w:rPr>
        <w:t>A. Phan Đình Giót</w:t>
      </w:r>
    </w:p>
    <w:p>
      <w:pPr>
        <w:pStyle w:val="ListParagraph"/>
      </w:pPr>
      <w:r>
        <w:rPr>
          <w:sz w:val="22"/>
        </w:rPr>
        <w:t>B. Tô Vĩnh Diện</w:t>
      </w:r>
    </w:p>
    <w:p>
      <w:pPr>
        <w:pStyle w:val="ListParagraph"/>
      </w:pPr>
      <w:r>
        <w:rPr>
          <w:sz w:val="22"/>
        </w:rPr>
        <w:t>C. Bế Văn Đàn</w:t>
      </w:r>
    </w:p>
    <w:p>
      <w:pPr>
        <w:pStyle w:val="ListParagraph"/>
      </w:pPr>
      <w:r>
        <w:rPr>
          <w:sz w:val="22"/>
        </w:rPr>
        <w:t>D. La Văn Cầu</w:t>
      </w:r>
    </w:p>
    <w:p/>
    <w:p>
      <w:r>
        <w:rPr>
          <w:b/>
          <w:sz w:val="24"/>
        </w:rPr>
        <w:t>Câu 12: Chiến dịch nào đã giải phóng hoàn toàn miền Nam, thống nhất đất nước?</w:t>
      </w:r>
    </w:p>
    <w:p>
      <w:pPr>
        <w:pStyle w:val="ListParagraph"/>
      </w:pPr>
      <w:r>
        <w:rPr>
          <w:sz w:val="22"/>
        </w:rPr>
        <w:t>A. Chiến dịch Tây Nguyên</w:t>
      </w:r>
    </w:p>
    <w:p>
      <w:pPr>
        <w:pStyle w:val="ListParagraph"/>
      </w:pPr>
      <w:r>
        <w:rPr>
          <w:sz w:val="22"/>
        </w:rPr>
        <w:t>B. Chiến dịch Huế - Đà Nẵng</w:t>
      </w:r>
    </w:p>
    <w:p>
      <w:pPr>
        <w:pStyle w:val="ListParagraph"/>
      </w:pPr>
      <w:r>
        <w:rPr>
          <w:sz w:val="22"/>
        </w:rPr>
        <w:t>C. Chiến dịch Hồ Chí Minh</w:t>
      </w:r>
    </w:p>
    <w:p>
      <w:pPr>
        <w:pStyle w:val="ListParagraph"/>
      </w:pPr>
      <w:r>
        <w:rPr>
          <w:sz w:val="22"/>
        </w:rPr>
        <w:t>D. Chiến dịch Đường 14 - Phước Long</w:t>
      </w:r>
    </w:p>
    <w:p/>
    <w:p>
      <w:r>
        <w:rPr>
          <w:b/>
          <w:sz w:val="24"/>
        </w:rPr>
        <w:t>Câu 13: Đường lối kháng chiến chống Pháp của Đảng được thể hiện trong văn kiện nào?</w:t>
      </w:r>
    </w:p>
    <w:p>
      <w:pPr>
        <w:pStyle w:val="ListParagraph"/>
      </w:pPr>
      <w:r>
        <w:rPr>
          <w:sz w:val="22"/>
        </w:rPr>
        <w:t>A. Lời kêu gọi toàn quốc kháng chiến</w:t>
      </w:r>
    </w:p>
    <w:p>
      <w:pPr>
        <w:pStyle w:val="ListParagraph"/>
      </w:pPr>
      <w:r>
        <w:rPr>
          <w:sz w:val="22"/>
        </w:rPr>
        <w:t>B. Chỉ thị Toàn dân kháng chiến</w:t>
      </w:r>
    </w:p>
    <w:p>
      <w:pPr>
        <w:pStyle w:val="ListParagraph"/>
      </w:pPr>
      <w:r>
        <w:rPr>
          <w:sz w:val="22"/>
        </w:rPr>
        <w:t>C. Tác phẩm Kháng chiến nhất định thắng lợi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14: Nước Cộng hòa xã hội chủ nghĩa Việt Nam được thành lập vào năm nào?</w:t>
      </w:r>
    </w:p>
    <w:p>
      <w:pPr>
        <w:pStyle w:val="ListParagraph"/>
      </w:pPr>
      <w:r>
        <w:rPr>
          <w:sz w:val="22"/>
        </w:rPr>
        <w:t>A. 1975</w:t>
      </w:r>
    </w:p>
    <w:p>
      <w:pPr>
        <w:pStyle w:val="ListParagraph"/>
      </w:pPr>
      <w:r>
        <w:rPr>
          <w:sz w:val="22"/>
        </w:rPr>
        <w:t>B. 1976</w:t>
      </w:r>
    </w:p>
    <w:p>
      <w:pPr>
        <w:pStyle w:val="ListParagraph"/>
      </w:pPr>
      <w:r>
        <w:rPr>
          <w:sz w:val="22"/>
        </w:rPr>
        <w:t>C. 1977</w:t>
      </w:r>
    </w:p>
    <w:p>
      <w:pPr>
        <w:pStyle w:val="ListParagraph"/>
      </w:pPr>
      <w:r>
        <w:rPr>
          <w:sz w:val="22"/>
        </w:rPr>
        <w:t>D. 1978</w:t>
      </w:r>
    </w:p>
    <w:p/>
    <w:p>
      <w:r>
        <w:rPr>
          <w:b/>
          <w:sz w:val="24"/>
        </w:rPr>
        <w:t>Câu 15: Ai là Tổng Bí thư đầu tiên của Đảng Cộng sản Việt Nam?</w:t>
      </w:r>
    </w:p>
    <w:p>
      <w:pPr>
        <w:pStyle w:val="ListParagraph"/>
      </w:pPr>
      <w:r>
        <w:rPr>
          <w:sz w:val="22"/>
        </w:rPr>
        <w:t>A. Hồ Chí Minh</w:t>
      </w:r>
    </w:p>
    <w:p>
      <w:pPr>
        <w:pStyle w:val="ListParagraph"/>
      </w:pPr>
      <w:r>
        <w:rPr>
          <w:sz w:val="22"/>
        </w:rPr>
        <w:t>B. Trần Phú</w:t>
      </w:r>
    </w:p>
    <w:p>
      <w:pPr>
        <w:pStyle w:val="ListParagraph"/>
      </w:pPr>
      <w:r>
        <w:rPr>
          <w:sz w:val="22"/>
        </w:rPr>
        <w:t>C. Lê Hồng Phong</w:t>
      </w:r>
    </w:p>
    <w:p>
      <w:pPr>
        <w:pStyle w:val="ListParagraph"/>
      </w:pPr>
      <w:r>
        <w:rPr>
          <w:sz w:val="22"/>
        </w:rPr>
        <w:t>D. Nguyễn Văn Cừ</w:t>
      </w:r>
    </w:p>
    <w:p/>
    <w:p>
      <w:r>
        <w:rPr>
          <w:b/>
          <w:sz w:val="24"/>
        </w:rPr>
        <w:t>Câu 16: Chiến thắng nào đã đánh bại chiến lược 'Chiến tranh đặc biệt' của Mỹ?</w:t>
      </w:r>
    </w:p>
    <w:p>
      <w:pPr>
        <w:pStyle w:val="ListParagraph"/>
      </w:pPr>
      <w:r>
        <w:rPr>
          <w:sz w:val="22"/>
        </w:rPr>
        <w:t>A. Chiến thắng Ấp Bắc</w:t>
      </w:r>
    </w:p>
    <w:p>
      <w:pPr>
        <w:pStyle w:val="ListParagraph"/>
      </w:pPr>
      <w:r>
        <w:rPr>
          <w:sz w:val="22"/>
        </w:rPr>
        <w:t>B. Chiến thắng Bình Giã</w:t>
      </w:r>
    </w:p>
    <w:p>
      <w:pPr>
        <w:pStyle w:val="ListParagraph"/>
      </w:pPr>
      <w:r>
        <w:rPr>
          <w:sz w:val="22"/>
        </w:rPr>
        <w:t>C. Chiến thắng Đồng Xoài</w:t>
      </w:r>
    </w:p>
    <w:p>
      <w:pPr>
        <w:pStyle w:val="ListParagraph"/>
      </w:pPr>
      <w:r>
        <w:rPr>
          <w:sz w:val="22"/>
        </w:rPr>
        <w:t>D. Chiến thắng Ba Gia</w:t>
      </w:r>
    </w:p>
    <w:p/>
    <w:p>
      <w:r>
        <w:rPr>
          <w:b/>
          <w:sz w:val="24"/>
        </w:rPr>
        <w:t>Câu 17: Mỹ thực hiện chiến lược 'Việt Nam hóa chiến tranh' dưới thời Tổng thống nào?</w:t>
      </w:r>
    </w:p>
    <w:p>
      <w:pPr>
        <w:pStyle w:val="ListParagraph"/>
      </w:pPr>
      <w:r>
        <w:rPr>
          <w:sz w:val="22"/>
        </w:rPr>
        <w:t>A. Kennedy</w:t>
      </w:r>
    </w:p>
    <w:p>
      <w:pPr>
        <w:pStyle w:val="ListParagraph"/>
      </w:pPr>
      <w:r>
        <w:rPr>
          <w:sz w:val="22"/>
        </w:rPr>
        <w:t>B. Johnson</w:t>
      </w:r>
    </w:p>
    <w:p>
      <w:pPr>
        <w:pStyle w:val="ListParagraph"/>
      </w:pPr>
      <w:r>
        <w:rPr>
          <w:sz w:val="22"/>
        </w:rPr>
        <w:t>C. Nixon</w:t>
      </w:r>
    </w:p>
    <w:p>
      <w:pPr>
        <w:pStyle w:val="ListParagraph"/>
      </w:pPr>
      <w:r>
        <w:rPr>
          <w:sz w:val="22"/>
        </w:rPr>
        <w:t>D. Ford</w:t>
      </w:r>
    </w:p>
    <w:p/>
    <w:p>
      <w:r>
        <w:rPr>
          <w:b/>
          <w:sz w:val="24"/>
        </w:rPr>
        <w:t>Câu 18: Chiến thắng nào buộc Mỹ phải ký Hiệp định Paris?</w:t>
      </w:r>
    </w:p>
    <w:p>
      <w:pPr>
        <w:pStyle w:val="ListParagraph"/>
      </w:pPr>
      <w:r>
        <w:rPr>
          <w:sz w:val="22"/>
        </w:rPr>
        <w:t>A. Chiến thắng Điện Biên Phủ trên không 1972</w:t>
      </w:r>
    </w:p>
    <w:p>
      <w:pPr>
        <w:pStyle w:val="ListParagraph"/>
      </w:pPr>
      <w:r>
        <w:rPr>
          <w:sz w:val="22"/>
        </w:rPr>
        <w:t>B. Chiến thắng Mậu Thân 1968</w:t>
      </w:r>
    </w:p>
    <w:p>
      <w:pPr>
        <w:pStyle w:val="ListParagraph"/>
      </w:pPr>
      <w:r>
        <w:rPr>
          <w:sz w:val="22"/>
        </w:rPr>
        <w:t>C. Chiến thắng Đường 9 - Nam Lào 1971</w:t>
      </w:r>
    </w:p>
    <w:p>
      <w:pPr>
        <w:pStyle w:val="ListParagraph"/>
      </w:pPr>
      <w:r>
        <w:rPr>
          <w:sz w:val="22"/>
        </w:rPr>
        <w:t>D. Chiến thắng Quảng Trị 1972</w:t>
      </w:r>
    </w:p>
    <w:p/>
    <w:p>
      <w:r>
        <w:rPr>
          <w:b/>
          <w:sz w:val="24"/>
        </w:rPr>
        <w:t>Câu 19: Ngày giải phóng miền Nam, thống nhất đất nước là ngày nào?</w:t>
      </w:r>
    </w:p>
    <w:p>
      <w:pPr>
        <w:pStyle w:val="ListParagraph"/>
      </w:pPr>
      <w:r>
        <w:rPr>
          <w:sz w:val="22"/>
        </w:rPr>
        <w:t>A. 30/4/1975</w:t>
      </w:r>
    </w:p>
    <w:p>
      <w:pPr>
        <w:pStyle w:val="ListParagraph"/>
      </w:pPr>
      <w:r>
        <w:rPr>
          <w:sz w:val="22"/>
        </w:rPr>
        <w:t>B. 1/5/1975</w:t>
      </w:r>
    </w:p>
    <w:p>
      <w:pPr>
        <w:pStyle w:val="ListParagraph"/>
      </w:pPr>
      <w:r>
        <w:rPr>
          <w:sz w:val="22"/>
        </w:rPr>
        <w:t>C. 2/5/1975</w:t>
      </w:r>
    </w:p>
    <w:p>
      <w:pPr>
        <w:pStyle w:val="ListParagraph"/>
      </w:pPr>
      <w:r>
        <w:rPr>
          <w:sz w:val="22"/>
        </w:rPr>
        <w:t>D. 29/4/1975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