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...</w:t>
      </w:r>
    </w:p>
    <w:p>
      <w:pPr>
        <w:jc w:val="center"/>
      </w:pPr>
      <w:r>
        <w:rPr>
          <w:sz w:val="22"/>
        </w:rPr>
        <w:t>Số câu: 81    Thời gian: _____ phút    Họ và tên: _________________________</w:t>
      </w:r>
    </w:p>
    <w:p/>
    <w:p>
      <w:r>
        <w:rPr>
          <w:b/>
          <w:sz w:val="24"/>
        </w:rPr>
        <w:t>Câu 1: What is the capital of France?</w:t>
      </w:r>
    </w:p>
    <w:p>
      <w:pPr>
        <w:pStyle w:val="ListParagraph"/>
      </w:pPr>
      <w:r>
        <w:rPr>
          <w:sz w:val="22"/>
        </w:rPr>
        <w:t>A. London</w:t>
      </w:r>
    </w:p>
    <w:p>
      <w:pPr>
        <w:pStyle w:val="ListParagraph"/>
      </w:pPr>
      <w:r>
        <w:rPr>
          <w:sz w:val="22"/>
        </w:rPr>
        <w:t>B. Paris</w:t>
      </w:r>
    </w:p>
    <w:p>
      <w:pPr>
        <w:pStyle w:val="ListParagraph"/>
      </w:pPr>
      <w:r>
        <w:rPr>
          <w:sz w:val="22"/>
        </w:rPr>
        <w:t>C. Berlin</w:t>
      </w:r>
    </w:p>
    <w:p>
      <w:pPr>
        <w:pStyle w:val="ListParagraph"/>
      </w:pPr>
      <w:r>
        <w:rPr>
          <w:sz w:val="22"/>
        </w:rPr>
        <w:t>D. Madrid</w:t>
      </w:r>
    </w:p>
    <w:p/>
    <w:p>
      <w:r>
        <w:rPr>
          <w:b/>
          <w:sz w:val="24"/>
        </w:rPr>
        <w:t>Câu 2: Which planet is known as the Red Planet?</w:t>
      </w:r>
    </w:p>
    <w:p>
      <w:pPr>
        <w:pStyle w:val="ListParagraph"/>
      </w:pPr>
      <w:r>
        <w:rPr>
          <w:sz w:val="22"/>
        </w:rPr>
        <w:t>A. Venus</w:t>
      </w:r>
    </w:p>
    <w:p>
      <w:pPr>
        <w:pStyle w:val="ListParagraph"/>
      </w:pPr>
      <w:r>
        <w:rPr>
          <w:sz w:val="22"/>
        </w:rPr>
        <w:t>B. Mars</w:t>
      </w:r>
    </w:p>
    <w:p>
      <w:pPr>
        <w:pStyle w:val="ListParagraph"/>
      </w:pPr>
      <w:r>
        <w:rPr>
          <w:sz w:val="22"/>
        </w:rPr>
        <w:t>C. Jupiter</w:t>
      </w:r>
    </w:p>
    <w:p>
      <w:pPr>
        <w:pStyle w:val="ListParagraph"/>
      </w:pPr>
      <w:r>
        <w:rPr>
          <w:sz w:val="22"/>
        </w:rPr>
        <w:t>D. Saturn</w:t>
      </w:r>
    </w:p>
    <w:p/>
    <w:p>
      <w:r>
        <w:rPr>
          <w:b/>
          <w:sz w:val="24"/>
        </w:rPr>
        <w:t>Câu 3: What is the largest mammal?</w:t>
      </w:r>
    </w:p>
    <w:p>
      <w:pPr>
        <w:pStyle w:val="ListParagraph"/>
      </w:pPr>
      <w:r>
        <w:rPr>
          <w:sz w:val="22"/>
        </w:rPr>
        <w:t>A. Elephant</w:t>
      </w:r>
    </w:p>
    <w:p>
      <w:pPr>
        <w:pStyle w:val="ListParagraph"/>
      </w:pPr>
      <w:r>
        <w:rPr>
          <w:sz w:val="22"/>
        </w:rPr>
        <w:t>B. Blue whale</w:t>
      </w:r>
    </w:p>
    <w:p>
      <w:pPr>
        <w:pStyle w:val="ListParagraph"/>
      </w:pPr>
      <w:r>
        <w:rPr>
          <w:sz w:val="22"/>
        </w:rPr>
        <w:t>C. Giraffe</w:t>
      </w:r>
    </w:p>
    <w:p>
      <w:pPr>
        <w:pStyle w:val="ListParagraph"/>
      </w:pPr>
      <w:r>
        <w:rPr>
          <w:sz w:val="22"/>
        </w:rPr>
        <w:t>D. Hippopotamus</w:t>
      </w:r>
    </w:p>
    <w:p/>
    <w:p>
      <w:r>
        <w:rPr>
          <w:b/>
          <w:sz w:val="24"/>
        </w:rPr>
        <w:t>Câu 4: Who wrote 'Romeo and Juliet'?</w:t>
      </w:r>
    </w:p>
    <w:p>
      <w:pPr>
        <w:pStyle w:val="ListParagraph"/>
      </w:pPr>
      <w:r>
        <w:rPr>
          <w:sz w:val="22"/>
        </w:rPr>
        <w:t>A. Charles Dickens</w:t>
      </w:r>
    </w:p>
    <w:p>
      <w:pPr>
        <w:pStyle w:val="ListParagraph"/>
      </w:pPr>
      <w:r>
        <w:rPr>
          <w:sz w:val="22"/>
        </w:rPr>
        <w:t>B. William Shakespeare</w:t>
      </w:r>
    </w:p>
    <w:p>
      <w:pPr>
        <w:pStyle w:val="ListParagraph"/>
      </w:pPr>
      <w:r>
        <w:rPr>
          <w:sz w:val="22"/>
        </w:rPr>
        <w:t>C. Jane Austen</w:t>
      </w:r>
    </w:p>
    <w:p>
      <w:pPr>
        <w:pStyle w:val="ListParagraph"/>
      </w:pPr>
      <w:r>
        <w:rPr>
          <w:sz w:val="22"/>
        </w:rPr>
        <w:t>D. Mark Twain</w:t>
      </w:r>
    </w:p>
    <w:p/>
    <w:p>
      <w:r>
        <w:rPr>
          <w:b/>
          <w:sz w:val="24"/>
        </w:rPr>
        <w:t>Câu 5: What is the chemical symbol for water?</w:t>
      </w:r>
    </w:p>
    <w:p>
      <w:pPr>
        <w:pStyle w:val="ListParagraph"/>
      </w:pPr>
      <w:r>
        <w:rPr>
          <w:sz w:val="22"/>
        </w:rPr>
        <w:t>A. H2O</w:t>
      </w:r>
    </w:p>
    <w:p>
      <w:pPr>
        <w:pStyle w:val="ListParagraph"/>
      </w:pPr>
      <w:r>
        <w:rPr>
          <w:sz w:val="22"/>
        </w:rPr>
        <w:t>B. CO2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NaCl</w:t>
      </w:r>
    </w:p>
    <w:p/>
    <w:p>
      <w:r>
        <w:rPr>
          <w:b/>
          <w:sz w:val="24"/>
        </w:rPr>
        <w:t>Câu 6: Which is the largest ocean on Earth?</w:t>
      </w:r>
    </w:p>
    <w:p>
      <w:pPr>
        <w:pStyle w:val="ListParagraph"/>
      </w:pPr>
      <w:r>
        <w:rPr>
          <w:sz w:val="22"/>
        </w:rPr>
        <w:t>A. Atlantic Ocean</w:t>
      </w:r>
    </w:p>
    <w:p>
      <w:pPr>
        <w:pStyle w:val="ListParagraph"/>
      </w:pPr>
      <w:r>
        <w:rPr>
          <w:sz w:val="22"/>
        </w:rPr>
        <w:t>B. Indian Ocean</w:t>
      </w:r>
    </w:p>
    <w:p>
      <w:pPr>
        <w:pStyle w:val="ListParagraph"/>
      </w:pPr>
      <w:r>
        <w:rPr>
          <w:sz w:val="22"/>
        </w:rPr>
        <w:t>C. Arctic Ocean</w:t>
      </w:r>
    </w:p>
    <w:p>
      <w:pPr>
        <w:pStyle w:val="ListParagraph"/>
      </w:pPr>
      <w:r>
        <w:rPr>
          <w:sz w:val="22"/>
        </w:rPr>
        <w:t>D. Pacific Ocean</w:t>
      </w:r>
    </w:p>
    <w:p/>
    <w:p>
      <w:r>
        <w:rPr>
          <w:b/>
          <w:sz w:val="24"/>
        </w:rPr>
        <w:t>Câu 7: What is the square root of 144?</w:t>
      </w:r>
    </w:p>
    <w:p>
      <w:pPr>
        <w:pStyle w:val="ListParagraph"/>
      </w:pPr>
      <w:r>
        <w:rPr>
          <w:sz w:val="22"/>
        </w:rPr>
        <w:t>A. 10</w:t>
      </w:r>
    </w:p>
    <w:p>
      <w:pPr>
        <w:pStyle w:val="ListParagraph"/>
      </w:pPr>
      <w:r>
        <w:rPr>
          <w:sz w:val="22"/>
        </w:rPr>
        <w:t>B. 11</w:t>
      </w:r>
    </w:p>
    <w:p>
      <w:pPr>
        <w:pStyle w:val="ListParagraph"/>
      </w:pPr>
      <w:r>
        <w:rPr>
          <w:sz w:val="22"/>
        </w:rPr>
        <w:t>C. 12</w:t>
      </w:r>
    </w:p>
    <w:p>
      <w:pPr>
        <w:pStyle w:val="ListParagraph"/>
      </w:pPr>
      <w:r>
        <w:rPr>
          <w:sz w:val="22"/>
        </w:rPr>
        <w:t>D. 13</w:t>
      </w:r>
    </w:p>
    <w:p/>
    <w:p>
      <w:r>
        <w:rPr>
          <w:b/>
          <w:sz w:val="24"/>
        </w:rPr>
        <w:t>Câu 8: Who painted the Mona Lisa?</w:t>
      </w:r>
    </w:p>
    <w:p>
      <w:pPr>
        <w:pStyle w:val="ListParagraph"/>
      </w:pPr>
      <w:r>
        <w:rPr>
          <w:sz w:val="22"/>
        </w:rPr>
        <w:t>A. Vincent van Gogh</w:t>
      </w:r>
    </w:p>
    <w:p>
      <w:pPr>
        <w:pStyle w:val="ListParagraph"/>
      </w:pPr>
      <w:r>
        <w:rPr>
          <w:sz w:val="22"/>
        </w:rPr>
        <w:t>B. Pablo Picasso</w:t>
      </w:r>
    </w:p>
    <w:p>
      <w:pPr>
        <w:pStyle w:val="ListParagraph"/>
      </w:pPr>
      <w:r>
        <w:rPr>
          <w:sz w:val="22"/>
        </w:rPr>
        <w:t>C. Leonardo da Vinci</w:t>
      </w:r>
    </w:p>
    <w:p>
      <w:pPr>
        <w:pStyle w:val="ListParagraph"/>
      </w:pPr>
      <w:r>
        <w:rPr>
          <w:sz w:val="22"/>
        </w:rPr>
        <w:t>D. Claude Monet</w:t>
      </w:r>
    </w:p>
    <w:p/>
    <w:p>
      <w:r>
        <w:rPr>
          <w:b/>
          <w:sz w:val="24"/>
        </w:rPr>
        <w:t>Câu 9: What is the largest planet in our solar system?</w:t>
      </w:r>
    </w:p>
    <w:p>
      <w:pPr>
        <w:pStyle w:val="ListParagraph"/>
      </w:pPr>
      <w:r>
        <w:rPr>
          <w:sz w:val="22"/>
        </w:rPr>
        <w:t>A. Earth</w:t>
      </w:r>
    </w:p>
    <w:p>
      <w:pPr>
        <w:pStyle w:val="ListParagraph"/>
      </w:pPr>
      <w:r>
        <w:rPr>
          <w:sz w:val="22"/>
        </w:rPr>
        <w:t>B. Jupiter</w:t>
      </w:r>
    </w:p>
    <w:p>
      <w:pPr>
        <w:pStyle w:val="ListParagraph"/>
      </w:pPr>
      <w:r>
        <w:rPr>
          <w:sz w:val="22"/>
        </w:rPr>
        <w:t>C. Saturn</w:t>
      </w:r>
    </w:p>
    <w:p>
      <w:pPr>
        <w:pStyle w:val="ListParagraph"/>
      </w:pPr>
      <w:r>
        <w:rPr>
          <w:sz w:val="22"/>
        </w:rPr>
        <w:t>D. Neptune</w:t>
      </w:r>
    </w:p>
    <w:p/>
    <w:p>
      <w:r>
        <w:rPr>
          <w:b/>
          <w:sz w:val="24"/>
        </w:rPr>
        <w:t>Câu 10: In which year did World War II end?</w:t>
      </w:r>
    </w:p>
    <w:p>
      <w:pPr>
        <w:pStyle w:val="ListParagraph"/>
      </w:pPr>
      <w:r>
        <w:rPr>
          <w:sz w:val="22"/>
        </w:rPr>
        <w:t>A. 1943</w:t>
      </w:r>
    </w:p>
    <w:p>
      <w:pPr>
        <w:pStyle w:val="ListParagraph"/>
      </w:pPr>
      <w:r>
        <w:rPr>
          <w:sz w:val="22"/>
        </w:rPr>
        <w:t>B. 1944</w:t>
      </w:r>
    </w:p>
    <w:p>
      <w:pPr>
        <w:pStyle w:val="ListParagraph"/>
      </w:pPr>
      <w:r>
        <w:rPr>
          <w:sz w:val="22"/>
        </w:rPr>
        <w:t>C. 1945</w:t>
      </w:r>
    </w:p>
    <w:p>
      <w:pPr>
        <w:pStyle w:val="ListParagraph"/>
      </w:pPr>
      <w:r>
        <w:rPr>
          <w:sz w:val="22"/>
        </w:rPr>
        <w:t>D. 1946</w:t>
      </w:r>
    </w:p>
    <w:p/>
    <w:p>
      <w:r>
        <w:rPr>
          <w:b/>
          <w:sz w:val="24"/>
        </w:rPr>
        <w:t>Câu 11: What is the chemical symbol for gold?</w:t>
      </w:r>
    </w:p>
    <w:p>
      <w:pPr>
        <w:pStyle w:val="ListParagraph"/>
      </w:pPr>
      <w:r>
        <w:rPr>
          <w:sz w:val="22"/>
        </w:rPr>
        <w:t>A. Ag</w:t>
      </w:r>
    </w:p>
    <w:p>
      <w:pPr>
        <w:pStyle w:val="ListParagraph"/>
      </w:pPr>
      <w:r>
        <w:rPr>
          <w:sz w:val="22"/>
        </w:rPr>
        <w:t>B. Au</w:t>
      </w:r>
    </w:p>
    <w:p>
      <w:pPr>
        <w:pStyle w:val="ListParagraph"/>
      </w:pPr>
      <w:r>
        <w:rPr>
          <w:sz w:val="22"/>
        </w:rPr>
        <w:t>C. Fe</w:t>
      </w:r>
    </w:p>
    <w:p>
      <w:pPr>
        <w:pStyle w:val="ListParagraph"/>
      </w:pPr>
      <w:r>
        <w:rPr>
          <w:sz w:val="22"/>
        </w:rPr>
        <w:t>D. Cu</w:t>
      </w:r>
    </w:p>
    <w:p/>
    <w:p>
      <w:r>
        <w:rPr>
          <w:b/>
          <w:sz w:val="24"/>
        </w:rPr>
        <w:t>Câu 12: Which country is known as the Land of the Rising Sun?</w:t>
      </w:r>
    </w:p>
    <w:p>
      <w:pPr>
        <w:pStyle w:val="ListParagraph"/>
      </w:pPr>
      <w:r>
        <w:rPr>
          <w:sz w:val="22"/>
        </w:rPr>
        <w:t>A. China</w:t>
      </w:r>
    </w:p>
    <w:p>
      <w:pPr>
        <w:pStyle w:val="ListParagraph"/>
      </w:pPr>
      <w:r>
        <w:rPr>
          <w:sz w:val="22"/>
        </w:rPr>
        <w:t>B. Japan</w:t>
      </w:r>
    </w:p>
    <w:p>
      <w:pPr>
        <w:pStyle w:val="ListParagraph"/>
      </w:pPr>
      <w:r>
        <w:rPr>
          <w:sz w:val="22"/>
        </w:rPr>
        <w:t>C. South Korea</w:t>
      </w:r>
    </w:p>
    <w:p>
      <w:pPr>
        <w:pStyle w:val="ListParagraph"/>
      </w:pPr>
      <w:r>
        <w:rPr>
          <w:sz w:val="22"/>
        </w:rPr>
        <w:t>D. Thailand</w:t>
      </w:r>
    </w:p>
    <w:p/>
    <w:p>
      <w:r>
        <w:rPr>
          <w:b/>
          <w:sz w:val="24"/>
        </w:rPr>
        <w:t>Câu 13: What is the hardest natural substance on Earth?</w:t>
      </w:r>
    </w:p>
    <w:p>
      <w:pPr>
        <w:pStyle w:val="ListParagraph"/>
      </w:pPr>
      <w:r>
        <w:rPr>
          <w:sz w:val="22"/>
        </w:rPr>
        <w:t>A. Gold</w:t>
      </w:r>
    </w:p>
    <w:p>
      <w:pPr>
        <w:pStyle w:val="ListParagraph"/>
      </w:pPr>
      <w:r>
        <w:rPr>
          <w:sz w:val="22"/>
        </w:rPr>
        <w:t>B. Iron</w:t>
      </w:r>
    </w:p>
    <w:p>
      <w:pPr>
        <w:pStyle w:val="ListParagraph"/>
      </w:pPr>
      <w:r>
        <w:rPr>
          <w:sz w:val="22"/>
        </w:rPr>
        <w:t>C. Diamond</w:t>
      </w:r>
    </w:p>
    <w:p>
      <w:pPr>
        <w:pStyle w:val="ListParagraph"/>
      </w:pPr>
      <w:r>
        <w:rPr>
          <w:sz w:val="22"/>
        </w:rPr>
        <w:t>D. Platinum</w:t>
      </w:r>
    </w:p>
    <w:p/>
    <w:p>
      <w:r>
        <w:rPr>
          <w:b/>
          <w:sz w:val="24"/>
        </w:rPr>
        <w:t>Câu 14: Who is known as the Father of Computers?</w:t>
      </w:r>
    </w:p>
    <w:p>
      <w:pPr>
        <w:pStyle w:val="ListParagraph"/>
      </w:pPr>
      <w:r>
        <w:rPr>
          <w:sz w:val="22"/>
        </w:rPr>
        <w:t>A. Alan Turing</w:t>
      </w:r>
    </w:p>
    <w:p>
      <w:pPr>
        <w:pStyle w:val="ListParagraph"/>
      </w:pPr>
      <w:r>
        <w:rPr>
          <w:sz w:val="22"/>
        </w:rPr>
        <w:t>B. Charles Babbage</w:t>
      </w:r>
    </w:p>
    <w:p>
      <w:pPr>
        <w:pStyle w:val="ListParagraph"/>
      </w:pPr>
      <w:r>
        <w:rPr>
          <w:sz w:val="22"/>
        </w:rPr>
        <w:t>C. Bill Gates</w:t>
      </w:r>
    </w:p>
    <w:p>
      <w:pPr>
        <w:pStyle w:val="ListParagraph"/>
      </w:pPr>
      <w:r>
        <w:rPr>
          <w:sz w:val="22"/>
        </w:rPr>
        <w:t>D. Steve Jobs</w:t>
      </w:r>
    </w:p>
    <w:p/>
    <w:p>
      <w:r>
        <w:rPr>
          <w:b/>
          <w:sz w:val="24"/>
        </w:rPr>
        <w:t>Câu 15: What is the largest desert in the world?</w:t>
      </w:r>
    </w:p>
    <w:p>
      <w:pPr>
        <w:pStyle w:val="ListParagraph"/>
      </w:pPr>
      <w:r>
        <w:rPr>
          <w:sz w:val="22"/>
        </w:rPr>
        <w:t>A. Sahara</w:t>
      </w:r>
    </w:p>
    <w:p>
      <w:pPr>
        <w:pStyle w:val="ListParagraph"/>
      </w:pPr>
      <w:r>
        <w:rPr>
          <w:sz w:val="22"/>
        </w:rPr>
        <w:t>B. Gobi</w:t>
      </w:r>
    </w:p>
    <w:p>
      <w:pPr>
        <w:pStyle w:val="ListParagraph"/>
      </w:pPr>
      <w:r>
        <w:rPr>
          <w:sz w:val="22"/>
        </w:rPr>
        <w:t>C. Antarctic</w:t>
      </w:r>
    </w:p>
    <w:p>
      <w:pPr>
        <w:pStyle w:val="ListParagraph"/>
      </w:pPr>
      <w:r>
        <w:rPr>
          <w:sz w:val="22"/>
        </w:rPr>
        <w:t>D. Kalahari</w:t>
      </w:r>
    </w:p>
    <w:p/>
    <w:p>
      <w:r>
        <w:rPr>
          <w:b/>
          <w:sz w:val="24"/>
        </w:rPr>
        <w:t>Câu 16: Which element has the atomic number 1?</w:t>
      </w:r>
    </w:p>
    <w:p>
      <w:pPr>
        <w:pStyle w:val="ListParagraph"/>
      </w:pPr>
      <w:r>
        <w:rPr>
          <w:sz w:val="22"/>
        </w:rPr>
        <w:t>A. Helium</w:t>
      </w:r>
    </w:p>
    <w:p>
      <w:pPr>
        <w:pStyle w:val="ListParagraph"/>
      </w:pPr>
      <w:r>
        <w:rPr>
          <w:sz w:val="22"/>
        </w:rPr>
        <w:t>B. Hydrogen</w:t>
      </w:r>
    </w:p>
    <w:p>
      <w:pPr>
        <w:pStyle w:val="ListParagraph"/>
      </w:pPr>
      <w:r>
        <w:rPr>
          <w:sz w:val="22"/>
        </w:rPr>
        <w:t>C. Oxygen</w:t>
      </w:r>
    </w:p>
    <w:p>
      <w:pPr>
        <w:pStyle w:val="ListParagraph"/>
      </w:pPr>
      <w:r>
        <w:rPr>
          <w:sz w:val="22"/>
        </w:rPr>
        <w:t>D. Carbon</w:t>
      </w:r>
    </w:p>
    <w:p/>
    <w:p>
      <w:r>
        <w:rPr>
          <w:b/>
          <w:sz w:val="24"/>
        </w:rPr>
        <w:t>Câu 17: What is the capital of Australia?</w:t>
      </w:r>
    </w:p>
    <w:p>
      <w:pPr>
        <w:pStyle w:val="ListParagraph"/>
      </w:pPr>
      <w:r>
        <w:rPr>
          <w:sz w:val="22"/>
        </w:rPr>
        <w:t>A. Sydney</w:t>
      </w:r>
    </w:p>
    <w:p>
      <w:pPr>
        <w:pStyle w:val="ListParagraph"/>
      </w:pPr>
      <w:r>
        <w:rPr>
          <w:sz w:val="22"/>
        </w:rPr>
        <w:t>B. Melbourne</w:t>
      </w:r>
    </w:p>
    <w:p>
      <w:pPr>
        <w:pStyle w:val="ListParagraph"/>
      </w:pPr>
      <w:r>
        <w:rPr>
          <w:sz w:val="22"/>
        </w:rPr>
        <w:t>C. Canberra</w:t>
      </w:r>
    </w:p>
    <w:p>
      <w:pPr>
        <w:pStyle w:val="ListParagraph"/>
      </w:pPr>
      <w:r>
        <w:rPr>
          <w:sz w:val="22"/>
        </w:rPr>
        <w:t>D. Perth</w:t>
      </w:r>
    </w:p>
    <w:p/>
    <w:p>
      <w:r>
        <w:rPr>
          <w:b/>
          <w:sz w:val="24"/>
        </w:rPr>
        <w:t>Câu 18: Who developed the theory of relativity?</w:t>
      </w:r>
    </w:p>
    <w:p>
      <w:pPr>
        <w:pStyle w:val="ListParagraph"/>
      </w:pPr>
      <w:r>
        <w:rPr>
          <w:sz w:val="22"/>
        </w:rPr>
        <w:t>A. Isaac Newton</w:t>
      </w:r>
    </w:p>
    <w:p>
      <w:pPr>
        <w:pStyle w:val="ListParagraph"/>
      </w:pPr>
      <w:r>
        <w:rPr>
          <w:sz w:val="22"/>
        </w:rPr>
        <w:t>B. Albert Einstein</w:t>
      </w:r>
    </w:p>
    <w:p>
      <w:pPr>
        <w:pStyle w:val="ListParagraph"/>
      </w:pPr>
      <w:r>
        <w:rPr>
          <w:sz w:val="22"/>
        </w:rPr>
        <w:t>C. Galileo Galilei</w:t>
      </w:r>
    </w:p>
    <w:p>
      <w:pPr>
        <w:pStyle w:val="ListParagraph"/>
      </w:pPr>
      <w:r>
        <w:rPr>
          <w:sz w:val="22"/>
        </w:rPr>
        <w:t>D. Stephen Hawking</w:t>
      </w:r>
    </w:p>
    <w:p/>
    <w:p>
      <w:r>
        <w:rPr>
          <w:b/>
          <w:sz w:val="24"/>
        </w:rPr>
        <w:t>Câu 19: What is the largest organ in the human body?</w:t>
      </w:r>
    </w:p>
    <w:p>
      <w:pPr>
        <w:pStyle w:val="ListParagraph"/>
      </w:pPr>
      <w:r>
        <w:rPr>
          <w:sz w:val="22"/>
        </w:rPr>
        <w:t>A. Heart</w:t>
      </w:r>
    </w:p>
    <w:p>
      <w:pPr>
        <w:pStyle w:val="ListParagraph"/>
      </w:pPr>
      <w:r>
        <w:rPr>
          <w:sz w:val="22"/>
        </w:rPr>
        <w:t>B. Liver</w:t>
      </w:r>
    </w:p>
    <w:p>
      <w:pPr>
        <w:pStyle w:val="ListParagraph"/>
      </w:pPr>
      <w:r>
        <w:rPr>
          <w:sz w:val="22"/>
        </w:rPr>
        <w:t>C. Skin</w:t>
      </w:r>
    </w:p>
    <w:p>
      <w:pPr>
        <w:pStyle w:val="ListParagraph"/>
      </w:pPr>
      <w:r>
        <w:rPr>
          <w:sz w:val="22"/>
        </w:rPr>
        <w:t>D. Lungs</w:t>
      </w:r>
    </w:p>
    <w:p/>
    <w:p>
      <w:r>
        <w:rPr>
          <w:b/>
          <w:sz w:val="24"/>
        </w:rPr>
        <w:t>Câu 20: Which gas do plants absorb from the atmosphere?</w:t>
      </w:r>
    </w:p>
    <w:p>
      <w:pPr>
        <w:pStyle w:val="ListParagraph"/>
      </w:pPr>
      <w:r>
        <w:rPr>
          <w:sz w:val="22"/>
        </w:rPr>
        <w:t>A. Oxygen</w:t>
      </w:r>
    </w:p>
    <w:p>
      <w:pPr>
        <w:pStyle w:val="ListParagraph"/>
      </w:pPr>
      <w:r>
        <w:rPr>
          <w:sz w:val="22"/>
        </w:rPr>
        <w:t>B. Carbon dioxide</w:t>
      </w:r>
    </w:p>
    <w:p>
      <w:pPr>
        <w:pStyle w:val="ListParagraph"/>
      </w:pPr>
      <w:r>
        <w:rPr>
          <w:sz w:val="22"/>
        </w:rPr>
        <w:t>C. Nitrogen</w:t>
      </w:r>
    </w:p>
    <w:p>
      <w:pPr>
        <w:pStyle w:val="ListParagraph"/>
      </w:pPr>
      <w:r>
        <w:rPr>
          <w:sz w:val="22"/>
        </w:rPr>
        <w:t>D. Hydrogen</w:t>
      </w:r>
    </w:p>
    <w:p/>
    <w:p>
      <w:r>
        <w:rPr>
          <w:b/>
          <w:sz w:val="24"/>
        </w:rPr>
        <w:t>Câu 21: What is the capital of Canada?</w:t>
      </w:r>
    </w:p>
    <w:p>
      <w:pPr>
        <w:pStyle w:val="ListParagraph"/>
      </w:pPr>
      <w:r>
        <w:rPr>
          <w:sz w:val="22"/>
        </w:rPr>
        <w:t>A. Toronto</w:t>
      </w:r>
    </w:p>
    <w:p>
      <w:pPr>
        <w:pStyle w:val="ListParagraph"/>
      </w:pPr>
      <w:r>
        <w:rPr>
          <w:sz w:val="22"/>
        </w:rPr>
        <w:t>B. Vancouver</w:t>
      </w:r>
    </w:p>
    <w:p>
      <w:pPr>
        <w:pStyle w:val="ListParagraph"/>
      </w:pPr>
      <w:r>
        <w:rPr>
          <w:sz w:val="22"/>
        </w:rPr>
        <w:t>C. Ottawa</w:t>
      </w:r>
    </w:p>
    <w:p>
      <w:pPr>
        <w:pStyle w:val="ListParagraph"/>
      </w:pPr>
      <w:r>
        <w:rPr>
          <w:sz w:val="22"/>
        </w:rPr>
        <w:t>D. Montreal</w:t>
      </w:r>
    </w:p>
    <w:p/>
    <w:p>
      <w:r>
        <w:rPr>
          <w:b/>
          <w:sz w:val="24"/>
        </w:rPr>
        <w:t>Câu 22: Who wrote '1984'?</w:t>
      </w:r>
    </w:p>
    <w:p>
      <w:pPr>
        <w:pStyle w:val="ListParagraph"/>
      </w:pPr>
      <w:r>
        <w:rPr>
          <w:sz w:val="22"/>
        </w:rPr>
        <w:t>A. Aldous Huxley</w:t>
      </w:r>
    </w:p>
    <w:p>
      <w:pPr>
        <w:pStyle w:val="ListParagraph"/>
      </w:pPr>
      <w:r>
        <w:rPr>
          <w:sz w:val="22"/>
        </w:rPr>
        <w:t>B. George Orwell</w:t>
      </w:r>
    </w:p>
    <w:p>
      <w:pPr>
        <w:pStyle w:val="ListParagraph"/>
      </w:pPr>
      <w:r>
        <w:rPr>
          <w:sz w:val="22"/>
        </w:rPr>
        <w:t>C. Ray Bradbury</w:t>
      </w:r>
    </w:p>
    <w:p>
      <w:pPr>
        <w:pStyle w:val="ListParagraph"/>
      </w:pPr>
      <w:r>
        <w:rPr>
          <w:sz w:val="22"/>
        </w:rPr>
        <w:t>D. J.D. Salinger</w:t>
      </w:r>
    </w:p>
    <w:p/>
    <w:p>
      <w:r>
        <w:rPr>
          <w:b/>
          <w:sz w:val="24"/>
        </w:rPr>
        <w:t>Câu 23: What is the chemical symbol for sodium?</w:t>
      </w:r>
    </w:p>
    <w:p>
      <w:pPr>
        <w:pStyle w:val="ListParagraph"/>
      </w:pPr>
      <w:r>
        <w:rPr>
          <w:sz w:val="22"/>
        </w:rPr>
        <w:t>A. So</w:t>
      </w:r>
    </w:p>
    <w:p>
      <w:pPr>
        <w:pStyle w:val="ListParagraph"/>
      </w:pPr>
      <w:r>
        <w:rPr>
          <w:sz w:val="22"/>
        </w:rPr>
        <w:t>B. Na</w:t>
      </w:r>
    </w:p>
    <w:p>
      <w:pPr>
        <w:pStyle w:val="ListParagraph"/>
      </w:pPr>
      <w:r>
        <w:rPr>
          <w:sz w:val="22"/>
        </w:rPr>
        <w:t>C. Sd</w:t>
      </w:r>
    </w:p>
    <w:p>
      <w:pPr>
        <w:pStyle w:val="ListParagraph"/>
      </w:pPr>
      <w:r>
        <w:rPr>
          <w:sz w:val="22"/>
        </w:rPr>
        <w:t>D. S</w:t>
      </w:r>
    </w:p>
    <w:p/>
    <w:p>
      <w:r>
        <w:rPr>
          <w:b/>
          <w:sz w:val="24"/>
        </w:rPr>
        <w:t>Câu 24: Which planet is closest to the Sun?</w:t>
      </w:r>
    </w:p>
    <w:p>
      <w:pPr>
        <w:pStyle w:val="ListParagraph"/>
      </w:pPr>
      <w:r>
        <w:rPr>
          <w:sz w:val="22"/>
        </w:rPr>
        <w:t>A. Venus</w:t>
      </w:r>
    </w:p>
    <w:p>
      <w:pPr>
        <w:pStyle w:val="ListParagraph"/>
      </w:pPr>
      <w:r>
        <w:rPr>
          <w:sz w:val="22"/>
        </w:rPr>
        <w:t>B. Earth</w:t>
      </w:r>
    </w:p>
    <w:p>
      <w:pPr>
        <w:pStyle w:val="ListParagraph"/>
      </w:pPr>
      <w:r>
        <w:rPr>
          <w:sz w:val="22"/>
        </w:rPr>
        <w:t>C. Mercury</w:t>
      </w:r>
    </w:p>
    <w:p>
      <w:pPr>
        <w:pStyle w:val="ListParagraph"/>
      </w:pPr>
      <w:r>
        <w:rPr>
          <w:sz w:val="22"/>
        </w:rPr>
        <w:t>D. Mars</w:t>
      </w:r>
    </w:p>
    <w:p/>
    <w:p>
      <w:r>
        <w:rPr>
          <w:b/>
          <w:sz w:val="24"/>
        </w:rPr>
        <w:t>Câu 25: What is the largest species of shark?</w:t>
      </w:r>
    </w:p>
    <w:p>
      <w:pPr>
        <w:pStyle w:val="ListParagraph"/>
      </w:pPr>
      <w:r>
        <w:rPr>
          <w:sz w:val="22"/>
        </w:rPr>
        <w:t>A. Great white shark</w:t>
      </w:r>
    </w:p>
    <w:p>
      <w:pPr>
        <w:pStyle w:val="ListParagraph"/>
      </w:pPr>
      <w:r>
        <w:rPr>
          <w:sz w:val="22"/>
        </w:rPr>
        <w:t>B. Whale shark</w:t>
      </w:r>
    </w:p>
    <w:p>
      <w:pPr>
        <w:pStyle w:val="ListParagraph"/>
      </w:pPr>
      <w:r>
        <w:rPr>
          <w:sz w:val="22"/>
        </w:rPr>
        <w:t>C. Tiger shark</w:t>
      </w:r>
    </w:p>
    <w:p>
      <w:pPr>
        <w:pStyle w:val="ListParagraph"/>
      </w:pPr>
      <w:r>
        <w:rPr>
          <w:sz w:val="22"/>
        </w:rPr>
        <w:t>D. Hammerhead shark</w:t>
      </w:r>
    </w:p>
    <w:p/>
    <w:p>
      <w:r>
        <w:rPr>
          <w:b/>
          <w:sz w:val="24"/>
        </w:rPr>
        <w:t>Câu 26: Who was the first President of the United States?</w:t>
      </w:r>
    </w:p>
    <w:p>
      <w:pPr>
        <w:pStyle w:val="ListParagraph"/>
      </w:pPr>
      <w:r>
        <w:rPr>
          <w:sz w:val="22"/>
        </w:rPr>
        <w:t>A. Thomas Jefferson</w:t>
      </w:r>
    </w:p>
    <w:p>
      <w:pPr>
        <w:pStyle w:val="ListParagraph"/>
      </w:pPr>
      <w:r>
        <w:rPr>
          <w:sz w:val="22"/>
        </w:rPr>
        <w:t>B. George Washington</w:t>
      </w:r>
    </w:p>
    <w:p>
      <w:pPr>
        <w:pStyle w:val="ListParagraph"/>
      </w:pPr>
      <w:r>
        <w:rPr>
          <w:sz w:val="22"/>
        </w:rPr>
        <w:t>C. John Adams</w:t>
      </w:r>
    </w:p>
    <w:p>
      <w:pPr>
        <w:pStyle w:val="ListParagraph"/>
      </w:pPr>
      <w:r>
        <w:rPr>
          <w:sz w:val="22"/>
        </w:rPr>
        <w:t>D. Abraham Lincoln</w:t>
      </w:r>
    </w:p>
    <w:p/>
    <w:p>
      <w:r>
        <w:rPr>
          <w:b/>
          <w:sz w:val="24"/>
        </w:rPr>
        <w:t>Câu 27: What is the chemical symbol for table salt?</w:t>
      </w:r>
    </w:p>
    <w:p>
      <w:pPr>
        <w:pStyle w:val="ListParagraph"/>
      </w:pPr>
      <w:r>
        <w:rPr>
          <w:sz w:val="22"/>
        </w:rPr>
        <w:t>A. NaCl</w:t>
      </w:r>
    </w:p>
    <w:p>
      <w:pPr>
        <w:pStyle w:val="ListParagraph"/>
      </w:pPr>
      <w:r>
        <w:rPr>
          <w:sz w:val="22"/>
        </w:rPr>
        <w:t>B. KCl</w:t>
      </w:r>
    </w:p>
    <w:p>
      <w:pPr>
        <w:pStyle w:val="ListParagraph"/>
      </w:pPr>
      <w:r>
        <w:rPr>
          <w:sz w:val="22"/>
        </w:rPr>
        <w:t>C. CaCl2</w:t>
      </w:r>
    </w:p>
    <w:p>
      <w:pPr>
        <w:pStyle w:val="ListParagraph"/>
      </w:pPr>
      <w:r>
        <w:rPr>
          <w:sz w:val="22"/>
        </w:rPr>
        <w:t>D. MgCl2</w:t>
      </w:r>
    </w:p>
    <w:p/>
    <w:p>
      <w:r>
        <w:rPr>
          <w:b/>
          <w:sz w:val="24"/>
        </w:rPr>
        <w:t>Câu 28: Which is the longest river in the world?</w:t>
      </w:r>
    </w:p>
    <w:p>
      <w:pPr>
        <w:pStyle w:val="ListParagraph"/>
      </w:pPr>
      <w:r>
        <w:rPr>
          <w:sz w:val="22"/>
        </w:rPr>
        <w:t>A. Amazon</w:t>
      </w:r>
    </w:p>
    <w:p>
      <w:pPr>
        <w:pStyle w:val="ListParagraph"/>
      </w:pPr>
      <w:r>
        <w:rPr>
          <w:sz w:val="22"/>
        </w:rPr>
        <w:t>B. Nile</w:t>
      </w:r>
    </w:p>
    <w:p>
      <w:pPr>
        <w:pStyle w:val="ListParagraph"/>
      </w:pPr>
      <w:r>
        <w:rPr>
          <w:sz w:val="22"/>
        </w:rPr>
        <w:t>C. Yangtze</w:t>
      </w:r>
    </w:p>
    <w:p>
      <w:pPr>
        <w:pStyle w:val="ListParagraph"/>
      </w:pPr>
      <w:r>
        <w:rPr>
          <w:sz w:val="22"/>
        </w:rPr>
        <w:t>D. Mississippi</w:t>
      </w:r>
    </w:p>
    <w:p/>
    <w:p>
      <w:r>
        <w:rPr>
          <w:b/>
          <w:sz w:val="24"/>
        </w:rPr>
        <w:t>Câu 29: What is the speed of light in a vacuum?</w:t>
      </w:r>
    </w:p>
    <w:p>
      <w:pPr>
        <w:pStyle w:val="ListParagraph"/>
      </w:pPr>
      <w:r>
        <w:rPr>
          <w:sz w:val="22"/>
        </w:rPr>
        <w:t>A. 300,000 km/s</w:t>
      </w:r>
    </w:p>
    <w:p>
      <w:pPr>
        <w:pStyle w:val="ListParagraph"/>
      </w:pPr>
      <w:r>
        <w:rPr>
          <w:sz w:val="22"/>
        </w:rPr>
        <w:t>B. 150,000 km/s</w:t>
      </w:r>
    </w:p>
    <w:p>
      <w:pPr>
        <w:pStyle w:val="ListParagraph"/>
      </w:pPr>
      <w:r>
        <w:rPr>
          <w:sz w:val="22"/>
        </w:rPr>
        <w:t>C. 450,000 km/s</w:t>
      </w:r>
    </w:p>
    <w:p>
      <w:pPr>
        <w:pStyle w:val="ListParagraph"/>
      </w:pPr>
      <w:r>
        <w:rPr>
          <w:sz w:val="22"/>
        </w:rPr>
        <w:t>D. 600,000 km/s</w:t>
      </w:r>
    </w:p>
    <w:p/>
    <w:p>
      <w:r>
        <w:rPr>
          <w:b/>
          <w:sz w:val="24"/>
        </w:rPr>
        <w:t>Câu 30: Who discovered penicillin?</w:t>
      </w:r>
    </w:p>
    <w:p>
      <w:pPr>
        <w:pStyle w:val="ListParagraph"/>
      </w:pPr>
      <w:r>
        <w:rPr>
          <w:sz w:val="22"/>
        </w:rPr>
        <w:t>A. Marie Curie</w:t>
      </w:r>
    </w:p>
    <w:p>
      <w:pPr>
        <w:pStyle w:val="ListParagraph"/>
      </w:pPr>
      <w:r>
        <w:rPr>
          <w:sz w:val="22"/>
        </w:rPr>
        <w:t>B. Alexander Fleming</w:t>
      </w:r>
    </w:p>
    <w:p>
      <w:pPr>
        <w:pStyle w:val="ListParagraph"/>
      </w:pPr>
      <w:r>
        <w:rPr>
          <w:sz w:val="22"/>
        </w:rPr>
        <w:t>C. Louis Pasteur</w:t>
      </w:r>
    </w:p>
    <w:p>
      <w:pPr>
        <w:pStyle w:val="ListParagraph"/>
      </w:pPr>
      <w:r>
        <w:rPr>
          <w:sz w:val="22"/>
        </w:rPr>
        <w:t>D. Joseph Lister</w:t>
      </w:r>
    </w:p>
    <w:p/>
    <w:p>
      <w:r>
        <w:rPr>
          <w:b/>
          <w:sz w:val="24"/>
        </w:rPr>
        <w:t>Câu 31: What is the capital of Italy?</w:t>
      </w:r>
    </w:p>
    <w:p>
      <w:pPr>
        <w:pStyle w:val="ListParagraph"/>
      </w:pPr>
      <w:r>
        <w:rPr>
          <w:sz w:val="22"/>
        </w:rPr>
        <w:t>A. Milan</w:t>
      </w:r>
    </w:p>
    <w:p>
      <w:pPr>
        <w:pStyle w:val="ListParagraph"/>
      </w:pPr>
      <w:r>
        <w:rPr>
          <w:sz w:val="22"/>
        </w:rPr>
        <w:t>B. Rome</w:t>
      </w:r>
    </w:p>
    <w:p>
      <w:pPr>
        <w:pStyle w:val="ListParagraph"/>
      </w:pPr>
      <w:r>
        <w:rPr>
          <w:sz w:val="22"/>
        </w:rPr>
        <w:t>C. Naples</w:t>
      </w:r>
    </w:p>
    <w:p>
      <w:pPr>
        <w:pStyle w:val="ListParagraph"/>
      </w:pPr>
      <w:r>
        <w:rPr>
          <w:sz w:val="22"/>
        </w:rPr>
        <w:t>D. Florence</w:t>
      </w:r>
    </w:p>
    <w:p/>
    <w:p>
      <w:r>
        <w:rPr>
          <w:b/>
          <w:sz w:val="24"/>
        </w:rPr>
        <w:t>Câu 32: Which is the smallest prime number?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33: What is the chemical symbol for iron?</w:t>
      </w:r>
    </w:p>
    <w:p>
      <w:pPr>
        <w:pStyle w:val="ListParagraph"/>
      </w:pPr>
      <w:r>
        <w:rPr>
          <w:sz w:val="22"/>
        </w:rPr>
        <w:t>A. Ir</w:t>
      </w:r>
    </w:p>
    <w:p>
      <w:pPr>
        <w:pStyle w:val="ListParagraph"/>
      </w:pPr>
      <w:r>
        <w:rPr>
          <w:sz w:val="22"/>
        </w:rPr>
        <w:t>B. Fe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I</w:t>
      </w:r>
    </w:p>
    <w:p/>
    <w:p>
      <w:r>
        <w:rPr>
          <w:b/>
          <w:sz w:val="24"/>
        </w:rPr>
        <w:t>Câu 34: Who wrote 'Pride and Prejudice'?</w:t>
      </w:r>
    </w:p>
    <w:p>
      <w:pPr>
        <w:pStyle w:val="ListParagraph"/>
      </w:pPr>
      <w:r>
        <w:rPr>
          <w:sz w:val="22"/>
        </w:rPr>
        <w:t>A. Charlotte Brontë</w:t>
      </w:r>
    </w:p>
    <w:p>
      <w:pPr>
        <w:pStyle w:val="ListParagraph"/>
      </w:pPr>
      <w:r>
        <w:rPr>
          <w:sz w:val="22"/>
        </w:rPr>
        <w:t>B. Emily Brontë</w:t>
      </w:r>
    </w:p>
    <w:p>
      <w:pPr>
        <w:pStyle w:val="ListParagraph"/>
      </w:pPr>
      <w:r>
        <w:rPr>
          <w:sz w:val="22"/>
        </w:rPr>
        <w:t>C. Jane Austen</w:t>
      </w:r>
    </w:p>
    <w:p>
      <w:pPr>
        <w:pStyle w:val="ListParagraph"/>
      </w:pPr>
      <w:r>
        <w:rPr>
          <w:sz w:val="22"/>
        </w:rPr>
        <w:t>D. Louisa May Alcott</w:t>
      </w:r>
    </w:p>
    <w:p/>
    <w:p>
      <w:r>
        <w:rPr>
          <w:b/>
          <w:sz w:val="24"/>
        </w:rPr>
        <w:t>Câu 35: What is the largest bird in the world?</w:t>
      </w:r>
    </w:p>
    <w:p>
      <w:pPr>
        <w:pStyle w:val="ListParagraph"/>
      </w:pPr>
      <w:r>
        <w:rPr>
          <w:sz w:val="22"/>
        </w:rPr>
        <w:t>A. Eagle</w:t>
      </w:r>
    </w:p>
    <w:p>
      <w:pPr>
        <w:pStyle w:val="ListParagraph"/>
      </w:pPr>
      <w:r>
        <w:rPr>
          <w:sz w:val="22"/>
        </w:rPr>
        <w:t>B. Ostrich</w:t>
      </w:r>
    </w:p>
    <w:p>
      <w:pPr>
        <w:pStyle w:val="ListParagraph"/>
      </w:pPr>
      <w:r>
        <w:rPr>
          <w:sz w:val="22"/>
        </w:rPr>
        <w:t>C. Emu</w:t>
      </w:r>
    </w:p>
    <w:p>
      <w:pPr>
        <w:pStyle w:val="ListParagraph"/>
      </w:pPr>
      <w:r>
        <w:rPr>
          <w:sz w:val="22"/>
        </w:rPr>
        <w:t>D. Albatross</w:t>
      </w:r>
    </w:p>
    <w:p/>
    <w:p>
      <w:r>
        <w:rPr>
          <w:b/>
          <w:sz w:val="24"/>
        </w:rPr>
        <w:t>Câu 36: Which planet is known for its rings?</w:t>
      </w:r>
    </w:p>
    <w:p>
      <w:pPr>
        <w:pStyle w:val="ListParagraph"/>
      </w:pPr>
      <w:r>
        <w:rPr>
          <w:sz w:val="22"/>
        </w:rPr>
        <w:t>A. Jupiter</w:t>
      </w:r>
    </w:p>
    <w:p>
      <w:pPr>
        <w:pStyle w:val="ListParagraph"/>
      </w:pPr>
      <w:r>
        <w:rPr>
          <w:sz w:val="22"/>
        </w:rPr>
        <w:t>B. Saturn</w:t>
      </w:r>
    </w:p>
    <w:p>
      <w:pPr>
        <w:pStyle w:val="ListParagraph"/>
      </w:pPr>
      <w:r>
        <w:rPr>
          <w:sz w:val="22"/>
        </w:rPr>
        <w:t>C. Uranus</w:t>
      </w:r>
    </w:p>
    <w:p>
      <w:pPr>
        <w:pStyle w:val="ListParagraph"/>
      </w:pPr>
      <w:r>
        <w:rPr>
          <w:sz w:val="22"/>
        </w:rPr>
        <w:t>D. Neptune</w:t>
      </w:r>
    </w:p>
    <w:p/>
    <w:p>
      <w:r>
        <w:rPr>
          <w:b/>
          <w:sz w:val="24"/>
        </w:rPr>
        <w:t>Câu 37: What is the capital of Spain?</w:t>
      </w:r>
    </w:p>
    <w:p>
      <w:pPr>
        <w:pStyle w:val="ListParagraph"/>
      </w:pPr>
      <w:r>
        <w:rPr>
          <w:sz w:val="22"/>
        </w:rPr>
        <w:t>A. Barcelona</w:t>
      </w:r>
    </w:p>
    <w:p>
      <w:pPr>
        <w:pStyle w:val="ListParagraph"/>
      </w:pPr>
      <w:r>
        <w:rPr>
          <w:sz w:val="22"/>
        </w:rPr>
        <w:t>B. Madrid</w:t>
      </w:r>
    </w:p>
    <w:p>
      <w:pPr>
        <w:pStyle w:val="ListParagraph"/>
      </w:pPr>
      <w:r>
        <w:rPr>
          <w:sz w:val="22"/>
        </w:rPr>
        <w:t>C. Seville</w:t>
      </w:r>
    </w:p>
    <w:p>
      <w:pPr>
        <w:pStyle w:val="ListParagraph"/>
      </w:pPr>
      <w:r>
        <w:rPr>
          <w:sz w:val="22"/>
        </w:rPr>
        <w:t>D. Valencia</w:t>
      </w:r>
    </w:p>
    <w:p/>
    <w:p>
      <w:r>
        <w:rPr>
          <w:b/>
          <w:sz w:val="24"/>
        </w:rPr>
        <w:t>Câu 38: Who invented the telephone?</w:t>
      </w:r>
    </w:p>
    <w:p>
      <w:pPr>
        <w:pStyle w:val="ListParagraph"/>
      </w:pPr>
      <w:r>
        <w:rPr>
          <w:sz w:val="22"/>
        </w:rPr>
        <w:t>A. Thomas Edison</w:t>
      </w:r>
    </w:p>
    <w:p>
      <w:pPr>
        <w:pStyle w:val="ListParagraph"/>
      </w:pPr>
      <w:r>
        <w:rPr>
          <w:sz w:val="22"/>
        </w:rPr>
        <w:t>B. Alexander Graham Bell</w:t>
      </w:r>
    </w:p>
    <w:p>
      <w:pPr>
        <w:pStyle w:val="ListParagraph"/>
      </w:pPr>
      <w:r>
        <w:rPr>
          <w:sz w:val="22"/>
        </w:rPr>
        <w:t>C. Nikola Tesla</w:t>
      </w:r>
    </w:p>
    <w:p>
      <w:pPr>
        <w:pStyle w:val="ListParagraph"/>
      </w:pPr>
      <w:r>
        <w:rPr>
          <w:sz w:val="22"/>
        </w:rPr>
        <w:t>D. Guglielmo Marconi</w:t>
      </w:r>
    </w:p>
    <w:p/>
    <w:p>
      <w:r>
        <w:rPr>
          <w:b/>
          <w:sz w:val="24"/>
        </w:rPr>
        <w:t>Câu 39: What is the chemical symbol for oxygen?</w:t>
      </w:r>
    </w:p>
    <w:p>
      <w:pPr>
        <w:pStyle w:val="ListParagraph"/>
      </w:pPr>
      <w:r>
        <w:rPr>
          <w:sz w:val="22"/>
        </w:rPr>
        <w:t>A. O</w:t>
      </w:r>
    </w:p>
    <w:p>
      <w:pPr>
        <w:pStyle w:val="ListParagraph"/>
      </w:pPr>
      <w:r>
        <w:rPr>
          <w:sz w:val="22"/>
        </w:rPr>
        <w:t>B. Ox</w:t>
      </w:r>
    </w:p>
    <w:p>
      <w:pPr>
        <w:pStyle w:val="ListParagraph"/>
      </w:pPr>
      <w:r>
        <w:rPr>
          <w:sz w:val="22"/>
        </w:rPr>
        <w:t>C. O2</w:t>
      </w:r>
    </w:p>
    <w:p>
      <w:pPr>
        <w:pStyle w:val="ListParagraph"/>
      </w:pPr>
      <w:r>
        <w:rPr>
          <w:sz w:val="22"/>
        </w:rPr>
        <w:t>D. Oh</w:t>
      </w:r>
    </w:p>
    <w:p/>
    <w:p>
      <w:r>
        <w:rPr>
          <w:b/>
          <w:sz w:val="24"/>
        </w:rPr>
        <w:t>Câu 40: Which is the largest continent?</w:t>
      </w:r>
    </w:p>
    <w:p>
      <w:pPr>
        <w:pStyle w:val="ListParagraph"/>
      </w:pPr>
      <w:r>
        <w:rPr>
          <w:sz w:val="22"/>
        </w:rPr>
        <w:t>A. Africa</w:t>
      </w:r>
    </w:p>
    <w:p>
      <w:pPr>
        <w:pStyle w:val="ListParagraph"/>
      </w:pPr>
      <w:r>
        <w:rPr>
          <w:sz w:val="22"/>
        </w:rPr>
        <w:t>B. Asia</w:t>
      </w:r>
    </w:p>
    <w:p>
      <w:pPr>
        <w:pStyle w:val="ListParagraph"/>
      </w:pPr>
      <w:r>
        <w:rPr>
          <w:sz w:val="22"/>
        </w:rPr>
        <w:t>C. North America</w:t>
      </w:r>
    </w:p>
    <w:p>
      <w:pPr>
        <w:pStyle w:val="ListParagraph"/>
      </w:pPr>
      <w:r>
        <w:rPr>
          <w:sz w:val="22"/>
        </w:rPr>
        <w:t>D. Europe</w:t>
      </w:r>
    </w:p>
    <w:p/>
    <w:p>
      <w:r>
        <w:rPr>
          <w:b/>
          <w:sz w:val="24"/>
        </w:rPr>
        <w:t>Câu 41: What is the freezing point of water in Celsius?</w:t>
      </w:r>
    </w:p>
    <w:p>
      <w:pPr>
        <w:pStyle w:val="ListParagraph"/>
      </w:pPr>
      <w:r>
        <w:rPr>
          <w:sz w:val="22"/>
        </w:rPr>
        <w:t>A. 0°C</w:t>
      </w:r>
    </w:p>
    <w:p>
      <w:pPr>
        <w:pStyle w:val="ListParagraph"/>
      </w:pPr>
      <w:r>
        <w:rPr>
          <w:sz w:val="22"/>
        </w:rPr>
        <w:t>B. 32°C</w:t>
      </w:r>
    </w:p>
    <w:p>
      <w:pPr>
        <w:pStyle w:val="ListParagraph"/>
      </w:pPr>
      <w:r>
        <w:rPr>
          <w:sz w:val="22"/>
        </w:rPr>
        <w:t>C. 100°C</w:t>
      </w:r>
    </w:p>
    <w:p>
      <w:pPr>
        <w:pStyle w:val="ListParagraph"/>
      </w:pPr>
      <w:r>
        <w:rPr>
          <w:sz w:val="22"/>
        </w:rPr>
        <w:t>D. -10°C</w:t>
      </w:r>
    </w:p>
    <w:p/>
    <w:p>
      <w:r>
        <w:rPr>
          <w:b/>
          <w:sz w:val="24"/>
        </w:rPr>
        <w:t>Câu 42: Who was the first man to walk on the moon?</w:t>
      </w:r>
    </w:p>
    <w:p>
      <w:pPr>
        <w:pStyle w:val="ListParagraph"/>
      </w:pPr>
      <w:r>
        <w:rPr>
          <w:sz w:val="22"/>
        </w:rPr>
        <w:t>A. Buzz Aldrin</w:t>
      </w:r>
    </w:p>
    <w:p>
      <w:pPr>
        <w:pStyle w:val="ListParagraph"/>
      </w:pPr>
      <w:r>
        <w:rPr>
          <w:sz w:val="22"/>
        </w:rPr>
        <w:t>B. Neil Armstrong</w:t>
      </w:r>
    </w:p>
    <w:p>
      <w:pPr>
        <w:pStyle w:val="ListParagraph"/>
      </w:pPr>
      <w:r>
        <w:rPr>
          <w:sz w:val="22"/>
        </w:rPr>
        <w:t>C. Yuri Gagarin</w:t>
      </w:r>
    </w:p>
    <w:p>
      <w:pPr>
        <w:pStyle w:val="ListParagraph"/>
      </w:pPr>
      <w:r>
        <w:rPr>
          <w:sz w:val="22"/>
        </w:rPr>
        <w:t>D. Michael Collins</w:t>
      </w:r>
    </w:p>
    <w:p/>
    <w:p>
      <w:r>
        <w:rPr>
          <w:b/>
          <w:sz w:val="24"/>
        </w:rPr>
        <w:t>Câu 43: What is the chemical symbol for carbon?</w:t>
      </w:r>
    </w:p>
    <w:p>
      <w:pPr>
        <w:pStyle w:val="ListParagraph"/>
      </w:pPr>
      <w:r>
        <w:rPr>
          <w:sz w:val="22"/>
        </w:rPr>
        <w:t>A. C</w:t>
      </w:r>
    </w:p>
    <w:p>
      <w:pPr>
        <w:pStyle w:val="ListParagraph"/>
      </w:pPr>
      <w:r>
        <w:rPr>
          <w:sz w:val="22"/>
        </w:rPr>
        <w:t>B. Ca</w:t>
      </w:r>
    </w:p>
    <w:p>
      <w:pPr>
        <w:pStyle w:val="ListParagraph"/>
      </w:pPr>
      <w:r>
        <w:rPr>
          <w:sz w:val="22"/>
        </w:rPr>
        <w:t>C. Co</w:t>
      </w:r>
    </w:p>
    <w:p>
      <w:pPr>
        <w:pStyle w:val="ListParagraph"/>
      </w:pPr>
      <w:r>
        <w:rPr>
          <w:sz w:val="22"/>
        </w:rPr>
        <w:t>D. Cr</w:t>
      </w:r>
    </w:p>
    <w:p/>
    <w:p>
      <w:r>
        <w:rPr>
          <w:b/>
          <w:sz w:val="24"/>
        </w:rPr>
        <w:t>Câu 44: Which country is known as the Land of a Thousand Lakes?</w:t>
      </w:r>
    </w:p>
    <w:p>
      <w:pPr>
        <w:pStyle w:val="ListParagraph"/>
      </w:pPr>
      <w:r>
        <w:rPr>
          <w:sz w:val="22"/>
        </w:rPr>
        <w:t>A. Sweden</w:t>
      </w:r>
    </w:p>
    <w:p>
      <w:pPr>
        <w:pStyle w:val="ListParagraph"/>
      </w:pPr>
      <w:r>
        <w:rPr>
          <w:sz w:val="22"/>
        </w:rPr>
        <w:t>B. Finland</w:t>
      </w:r>
    </w:p>
    <w:p>
      <w:pPr>
        <w:pStyle w:val="ListParagraph"/>
      </w:pPr>
      <w:r>
        <w:rPr>
          <w:sz w:val="22"/>
        </w:rPr>
        <w:t>C. Norway</w:t>
      </w:r>
    </w:p>
    <w:p>
      <w:pPr>
        <w:pStyle w:val="ListParagraph"/>
      </w:pPr>
      <w:r>
        <w:rPr>
          <w:sz w:val="22"/>
        </w:rPr>
        <w:t>D. Denmark</w:t>
      </w:r>
    </w:p>
    <w:p/>
    <w:p>
      <w:r>
        <w:rPr>
          <w:b/>
          <w:sz w:val="24"/>
        </w:rPr>
        <w:t>Câu 45: What is the largest internal organ in the human body?</w:t>
      </w:r>
    </w:p>
    <w:p>
      <w:pPr>
        <w:pStyle w:val="ListParagraph"/>
      </w:pPr>
      <w:r>
        <w:rPr>
          <w:sz w:val="22"/>
        </w:rPr>
        <w:t>A. Heart</w:t>
      </w:r>
    </w:p>
    <w:p>
      <w:pPr>
        <w:pStyle w:val="ListParagraph"/>
      </w:pPr>
      <w:r>
        <w:rPr>
          <w:sz w:val="22"/>
        </w:rPr>
        <w:t>B. Liver</w:t>
      </w:r>
    </w:p>
    <w:p>
      <w:pPr>
        <w:pStyle w:val="ListParagraph"/>
      </w:pPr>
      <w:r>
        <w:rPr>
          <w:sz w:val="22"/>
        </w:rPr>
        <w:t>C. Lungs</w:t>
      </w:r>
    </w:p>
    <w:p>
      <w:pPr>
        <w:pStyle w:val="ListParagraph"/>
      </w:pPr>
      <w:r>
        <w:rPr>
          <w:sz w:val="22"/>
        </w:rPr>
        <w:t>D. Kidneys</w:t>
      </w:r>
    </w:p>
    <w:p/>
    <w:p>
      <w:r>
        <w:rPr>
          <w:b/>
          <w:sz w:val="24"/>
        </w:rPr>
        <w:t>Câu 46: Who wrote 'The Origin of Species'?</w:t>
      </w:r>
    </w:p>
    <w:p>
      <w:pPr>
        <w:pStyle w:val="ListParagraph"/>
      </w:pPr>
      <w:r>
        <w:rPr>
          <w:sz w:val="22"/>
        </w:rPr>
        <w:t>A. Gregor Mendel</w:t>
      </w:r>
    </w:p>
    <w:p>
      <w:pPr>
        <w:pStyle w:val="ListParagraph"/>
      </w:pPr>
      <w:r>
        <w:rPr>
          <w:sz w:val="22"/>
        </w:rPr>
        <w:t>B. Charles Darwin</w:t>
      </w:r>
    </w:p>
    <w:p>
      <w:pPr>
        <w:pStyle w:val="ListParagraph"/>
      </w:pPr>
      <w:r>
        <w:rPr>
          <w:sz w:val="22"/>
        </w:rPr>
        <w:t>C. Louis Pasteur</w:t>
      </w:r>
    </w:p>
    <w:p>
      <w:pPr>
        <w:pStyle w:val="ListParagraph"/>
      </w:pPr>
      <w:r>
        <w:rPr>
          <w:sz w:val="22"/>
        </w:rPr>
        <w:t>D. Alfred Wallace</w:t>
      </w:r>
    </w:p>
    <w:p/>
    <w:p>
      <w:r>
        <w:rPr>
          <w:b/>
          <w:sz w:val="24"/>
        </w:rPr>
        <w:t>Câu 47: What is the capital of Germany?</w:t>
      </w:r>
    </w:p>
    <w:p>
      <w:pPr>
        <w:pStyle w:val="ListParagraph"/>
      </w:pPr>
      <w:r>
        <w:rPr>
          <w:sz w:val="22"/>
        </w:rPr>
        <w:t>A. Munich</w:t>
      </w:r>
    </w:p>
    <w:p>
      <w:pPr>
        <w:pStyle w:val="ListParagraph"/>
      </w:pPr>
      <w:r>
        <w:rPr>
          <w:sz w:val="22"/>
        </w:rPr>
        <w:t>B. Berlin</w:t>
      </w:r>
    </w:p>
    <w:p>
      <w:pPr>
        <w:pStyle w:val="ListParagraph"/>
      </w:pPr>
      <w:r>
        <w:rPr>
          <w:sz w:val="22"/>
        </w:rPr>
        <w:t>C. Hamburg</w:t>
      </w:r>
    </w:p>
    <w:p>
      <w:pPr>
        <w:pStyle w:val="ListParagraph"/>
      </w:pPr>
      <w:r>
        <w:rPr>
          <w:sz w:val="22"/>
        </w:rPr>
        <w:t>D. Frankfurt</w:t>
      </w:r>
    </w:p>
    <w:p/>
    <w:p>
      <w:r>
        <w:rPr>
          <w:b/>
          <w:sz w:val="24"/>
        </w:rPr>
        <w:t>Câu 48: Which is the most abundant gas in Earth's atmosphere?</w:t>
      </w:r>
    </w:p>
    <w:p>
      <w:pPr>
        <w:pStyle w:val="ListParagraph"/>
      </w:pPr>
      <w:r>
        <w:rPr>
          <w:sz w:val="22"/>
        </w:rPr>
        <w:t>A. Oxygen</w:t>
      </w:r>
    </w:p>
    <w:p>
      <w:pPr>
        <w:pStyle w:val="ListParagraph"/>
      </w:pPr>
      <w:r>
        <w:rPr>
          <w:sz w:val="22"/>
        </w:rPr>
        <w:t>B. Carbon dioxide</w:t>
      </w:r>
    </w:p>
    <w:p>
      <w:pPr>
        <w:pStyle w:val="ListParagraph"/>
      </w:pPr>
      <w:r>
        <w:rPr>
          <w:sz w:val="22"/>
        </w:rPr>
        <w:t>C. Nitrogen</w:t>
      </w:r>
    </w:p>
    <w:p>
      <w:pPr>
        <w:pStyle w:val="ListParagraph"/>
      </w:pPr>
      <w:r>
        <w:rPr>
          <w:sz w:val="22"/>
        </w:rPr>
        <w:t>D. Argon</w:t>
      </w:r>
    </w:p>
    <w:p/>
    <w:p>
      <w:r>
        <w:rPr>
          <w:b/>
          <w:sz w:val="24"/>
        </w:rPr>
        <w:t>Câu 49: What is the chemical symbol for silver?</w:t>
      </w:r>
    </w:p>
    <w:p>
      <w:pPr>
        <w:pStyle w:val="ListParagraph"/>
      </w:pPr>
      <w:r>
        <w:rPr>
          <w:sz w:val="22"/>
        </w:rPr>
        <w:t>A. Ag</w:t>
      </w:r>
    </w:p>
    <w:p>
      <w:pPr>
        <w:pStyle w:val="ListParagraph"/>
      </w:pPr>
      <w:r>
        <w:rPr>
          <w:sz w:val="22"/>
        </w:rPr>
        <w:t>B. Si</w:t>
      </w:r>
    </w:p>
    <w:p>
      <w:pPr>
        <w:pStyle w:val="ListParagraph"/>
      </w:pPr>
      <w:r>
        <w:rPr>
          <w:sz w:val="22"/>
        </w:rPr>
        <w:t>C. Au</w:t>
      </w:r>
    </w:p>
    <w:p>
      <w:pPr>
        <w:pStyle w:val="ListParagraph"/>
      </w:pPr>
      <w:r>
        <w:rPr>
          <w:sz w:val="22"/>
        </w:rPr>
        <w:t>D. Al</w:t>
      </w:r>
    </w:p>
    <w:p/>
    <w:p>
      <w:r>
        <w:rPr>
          <w:b/>
          <w:sz w:val="24"/>
        </w:rPr>
        <w:t>Câu 50: Who painted 'Starry Night'?</w:t>
      </w:r>
    </w:p>
    <w:p>
      <w:pPr>
        <w:pStyle w:val="ListParagraph"/>
      </w:pPr>
      <w:r>
        <w:rPr>
          <w:sz w:val="22"/>
        </w:rPr>
        <w:t>A. Claude Monet</w:t>
      </w:r>
    </w:p>
    <w:p>
      <w:pPr>
        <w:pStyle w:val="ListParagraph"/>
      </w:pPr>
      <w:r>
        <w:rPr>
          <w:sz w:val="22"/>
        </w:rPr>
        <w:t>B. Vincent van Gogh</w:t>
      </w:r>
    </w:p>
    <w:p>
      <w:pPr>
        <w:pStyle w:val="ListParagraph"/>
      </w:pPr>
      <w:r>
        <w:rPr>
          <w:sz w:val="22"/>
        </w:rPr>
        <w:t>C. Pablo Picasso</w:t>
      </w:r>
    </w:p>
    <w:p>
      <w:pPr>
        <w:pStyle w:val="ListParagraph"/>
      </w:pPr>
      <w:r>
        <w:rPr>
          <w:sz w:val="22"/>
        </w:rPr>
        <w:t>D. Salvador Dalí</w:t>
      </w:r>
    </w:p>
    <w:p/>
    <w:p>
      <w:r>
        <w:rPr>
          <w:b/>
          <w:sz w:val="24"/>
        </w:rPr>
        <w:t>Câu 51: What is the largest island in the world?</w:t>
      </w:r>
    </w:p>
    <w:p>
      <w:pPr>
        <w:pStyle w:val="ListParagraph"/>
      </w:pPr>
      <w:r>
        <w:rPr>
          <w:sz w:val="22"/>
        </w:rPr>
        <w:t>A. Greenland</w:t>
      </w:r>
    </w:p>
    <w:p>
      <w:pPr>
        <w:pStyle w:val="ListParagraph"/>
      </w:pPr>
      <w:r>
        <w:rPr>
          <w:sz w:val="22"/>
        </w:rPr>
        <w:t>B. New Guinea</w:t>
      </w:r>
    </w:p>
    <w:p>
      <w:pPr>
        <w:pStyle w:val="ListParagraph"/>
      </w:pPr>
      <w:r>
        <w:rPr>
          <w:sz w:val="22"/>
        </w:rPr>
        <w:t>C. Borneo</w:t>
      </w:r>
    </w:p>
    <w:p>
      <w:pPr>
        <w:pStyle w:val="ListParagraph"/>
      </w:pPr>
      <w:r>
        <w:rPr>
          <w:sz w:val="22"/>
        </w:rPr>
        <w:t>D. Madagascar</w:t>
      </w:r>
    </w:p>
    <w:p/>
    <w:p>
      <w:r>
        <w:rPr>
          <w:b/>
          <w:sz w:val="24"/>
        </w:rPr>
        <w:t>Câu 52: Which planet is known as the Evening Star?</w:t>
      </w:r>
    </w:p>
    <w:p>
      <w:pPr>
        <w:pStyle w:val="ListParagraph"/>
      </w:pPr>
      <w:r>
        <w:rPr>
          <w:sz w:val="22"/>
        </w:rPr>
        <w:t>A. Mars</w:t>
      </w:r>
    </w:p>
    <w:p>
      <w:pPr>
        <w:pStyle w:val="ListParagraph"/>
      </w:pPr>
      <w:r>
        <w:rPr>
          <w:sz w:val="22"/>
        </w:rPr>
        <w:t>B. Venus</w:t>
      </w:r>
    </w:p>
    <w:p>
      <w:pPr>
        <w:pStyle w:val="ListParagraph"/>
      </w:pPr>
      <w:r>
        <w:rPr>
          <w:sz w:val="22"/>
        </w:rPr>
        <w:t>C. Jupiter</w:t>
      </w:r>
    </w:p>
    <w:p>
      <w:pPr>
        <w:pStyle w:val="ListParagraph"/>
      </w:pPr>
      <w:r>
        <w:rPr>
          <w:sz w:val="22"/>
        </w:rPr>
        <w:t>D. Mercury</w:t>
      </w:r>
    </w:p>
    <w:p/>
    <w:p>
      <w:r>
        <w:rPr>
          <w:b/>
          <w:sz w:val="24"/>
        </w:rPr>
        <w:t>Câu 53: What is the capital of Russia?</w:t>
      </w:r>
    </w:p>
    <w:p>
      <w:pPr>
        <w:pStyle w:val="ListParagraph"/>
      </w:pPr>
      <w:r>
        <w:rPr>
          <w:sz w:val="22"/>
        </w:rPr>
        <w:t>A. St. Petersburg</w:t>
      </w:r>
    </w:p>
    <w:p>
      <w:pPr>
        <w:pStyle w:val="ListParagraph"/>
      </w:pPr>
      <w:r>
        <w:rPr>
          <w:sz w:val="22"/>
        </w:rPr>
        <w:t>B. Moscow</w:t>
      </w:r>
    </w:p>
    <w:p>
      <w:pPr>
        <w:pStyle w:val="ListParagraph"/>
      </w:pPr>
      <w:r>
        <w:rPr>
          <w:sz w:val="22"/>
        </w:rPr>
        <w:t>C. Kiev</w:t>
      </w:r>
    </w:p>
    <w:p>
      <w:pPr>
        <w:pStyle w:val="ListParagraph"/>
      </w:pPr>
      <w:r>
        <w:rPr>
          <w:sz w:val="22"/>
        </w:rPr>
        <w:t>D. Minsk</w:t>
      </w:r>
    </w:p>
    <w:p/>
    <w:p>
      <w:r>
        <w:rPr>
          <w:b/>
          <w:sz w:val="24"/>
        </w:rPr>
        <w:t>Câu 54: Who is the author of 'Harry Potter' series?</w:t>
      </w:r>
    </w:p>
    <w:p>
      <w:pPr>
        <w:pStyle w:val="ListParagraph"/>
      </w:pPr>
      <w:r>
        <w:rPr>
          <w:sz w:val="22"/>
        </w:rPr>
        <w:t>A. J.R.R. Tolkien</w:t>
      </w:r>
    </w:p>
    <w:p>
      <w:pPr>
        <w:pStyle w:val="ListParagraph"/>
      </w:pPr>
      <w:r>
        <w:rPr>
          <w:sz w:val="22"/>
        </w:rPr>
        <w:t>B. J.K. Rowling</w:t>
      </w:r>
    </w:p>
    <w:p>
      <w:pPr>
        <w:pStyle w:val="ListParagraph"/>
      </w:pPr>
      <w:r>
        <w:rPr>
          <w:sz w:val="22"/>
        </w:rPr>
        <w:t>C. C.S. Lewis</w:t>
      </w:r>
    </w:p>
    <w:p>
      <w:pPr>
        <w:pStyle w:val="ListParagraph"/>
      </w:pPr>
      <w:r>
        <w:rPr>
          <w:sz w:val="22"/>
        </w:rPr>
        <w:t>D. Roald Dahl</w:t>
      </w:r>
    </w:p>
    <w:p/>
    <w:p>
      <w:r>
        <w:rPr>
          <w:b/>
          <w:sz w:val="24"/>
        </w:rPr>
        <w:t>Câu 55: What is the chemical symbol for helium?</w:t>
      </w:r>
    </w:p>
    <w:p>
      <w:pPr>
        <w:pStyle w:val="ListParagraph"/>
      </w:pPr>
      <w:r>
        <w:rPr>
          <w:sz w:val="22"/>
        </w:rPr>
        <w:t>A. He</w:t>
      </w:r>
    </w:p>
    <w:p>
      <w:pPr>
        <w:pStyle w:val="ListParagraph"/>
      </w:pPr>
      <w:r>
        <w:rPr>
          <w:sz w:val="22"/>
        </w:rPr>
        <w:t>B. H</w:t>
      </w:r>
    </w:p>
    <w:p>
      <w:pPr>
        <w:pStyle w:val="ListParagraph"/>
      </w:pPr>
      <w:r>
        <w:rPr>
          <w:sz w:val="22"/>
        </w:rPr>
        <w:t>C. Hy</w:t>
      </w:r>
    </w:p>
    <w:p>
      <w:pPr>
        <w:pStyle w:val="ListParagraph"/>
      </w:pPr>
      <w:r>
        <w:rPr>
          <w:sz w:val="22"/>
        </w:rPr>
        <w:t>D. Hl</w:t>
      </w:r>
    </w:p>
    <w:p/>
    <w:p>
      <w:r>
        <w:rPr>
          <w:b/>
          <w:sz w:val="24"/>
        </w:rPr>
        <w:t>Câu 56: Which is the largest species of big cat?</w:t>
      </w:r>
    </w:p>
    <w:p>
      <w:pPr>
        <w:pStyle w:val="ListParagraph"/>
      </w:pPr>
      <w:r>
        <w:rPr>
          <w:sz w:val="22"/>
        </w:rPr>
        <w:t>A. Lion</w:t>
      </w:r>
    </w:p>
    <w:p>
      <w:pPr>
        <w:pStyle w:val="ListParagraph"/>
      </w:pPr>
      <w:r>
        <w:rPr>
          <w:sz w:val="22"/>
        </w:rPr>
        <w:t>B. Tiger</w:t>
      </w:r>
    </w:p>
    <w:p>
      <w:pPr>
        <w:pStyle w:val="ListParagraph"/>
      </w:pPr>
      <w:r>
        <w:rPr>
          <w:sz w:val="22"/>
        </w:rPr>
        <w:t>C. Jaguar</w:t>
      </w:r>
    </w:p>
    <w:p>
      <w:pPr>
        <w:pStyle w:val="ListParagraph"/>
      </w:pPr>
      <w:r>
        <w:rPr>
          <w:sz w:val="22"/>
        </w:rPr>
        <w:t>D. Leopard</w:t>
      </w:r>
    </w:p>
    <w:p/>
    <w:p>
      <w:r>
        <w:rPr>
          <w:b/>
          <w:sz w:val="24"/>
        </w:rPr>
        <w:t>Câu 57: What is the boiling point of water in Celsius?</w:t>
      </w:r>
    </w:p>
    <w:p>
      <w:pPr>
        <w:pStyle w:val="ListParagraph"/>
      </w:pPr>
      <w:r>
        <w:rPr>
          <w:sz w:val="22"/>
        </w:rPr>
        <w:t>A. 0°C</w:t>
      </w:r>
    </w:p>
    <w:p>
      <w:pPr>
        <w:pStyle w:val="ListParagraph"/>
      </w:pPr>
      <w:r>
        <w:rPr>
          <w:sz w:val="22"/>
        </w:rPr>
        <w:t>B. 50°C</w:t>
      </w:r>
    </w:p>
    <w:p>
      <w:pPr>
        <w:pStyle w:val="ListParagraph"/>
      </w:pPr>
      <w:r>
        <w:rPr>
          <w:sz w:val="22"/>
        </w:rPr>
        <w:t>C. 100°C</w:t>
      </w:r>
    </w:p>
    <w:p>
      <w:pPr>
        <w:pStyle w:val="ListParagraph"/>
      </w:pPr>
      <w:r>
        <w:rPr>
          <w:sz w:val="22"/>
        </w:rPr>
        <w:t>D. 150°C</w:t>
      </w:r>
    </w:p>
    <w:p/>
    <w:p>
      <w:r>
        <w:rPr>
          <w:b/>
          <w:sz w:val="24"/>
        </w:rPr>
        <w:t>Câu 58: Who was the first woman to win a Nobel Prize?</w:t>
      </w:r>
    </w:p>
    <w:p>
      <w:pPr>
        <w:pStyle w:val="ListParagraph"/>
      </w:pPr>
      <w:r>
        <w:rPr>
          <w:sz w:val="22"/>
        </w:rPr>
        <w:t>A. Mother Teresa</w:t>
      </w:r>
    </w:p>
    <w:p>
      <w:pPr>
        <w:pStyle w:val="ListParagraph"/>
      </w:pPr>
      <w:r>
        <w:rPr>
          <w:sz w:val="22"/>
        </w:rPr>
        <w:t>B. Marie Curie</w:t>
      </w:r>
    </w:p>
    <w:p>
      <w:pPr>
        <w:pStyle w:val="ListParagraph"/>
      </w:pPr>
      <w:r>
        <w:rPr>
          <w:sz w:val="22"/>
        </w:rPr>
        <w:t>C. Rosalind Franklin</w:t>
      </w:r>
    </w:p>
    <w:p>
      <w:pPr>
        <w:pStyle w:val="ListParagraph"/>
      </w:pPr>
      <w:r>
        <w:rPr>
          <w:sz w:val="22"/>
        </w:rPr>
        <w:t>D. Dorothy Hodgkin</w:t>
      </w:r>
    </w:p>
    <w:p/>
    <w:p>
      <w:r>
        <w:rPr>
          <w:b/>
          <w:sz w:val="24"/>
        </w:rPr>
        <w:t>Câu 59: What is the capital of Egypt?</w:t>
      </w:r>
    </w:p>
    <w:p>
      <w:pPr>
        <w:pStyle w:val="ListParagraph"/>
      </w:pPr>
      <w:r>
        <w:rPr>
          <w:sz w:val="22"/>
        </w:rPr>
        <w:t>A. Alexandria</w:t>
      </w:r>
    </w:p>
    <w:p>
      <w:pPr>
        <w:pStyle w:val="ListParagraph"/>
      </w:pPr>
      <w:r>
        <w:rPr>
          <w:sz w:val="22"/>
        </w:rPr>
        <w:t>B. Cairo</w:t>
      </w:r>
    </w:p>
    <w:p>
      <w:pPr>
        <w:pStyle w:val="ListParagraph"/>
      </w:pPr>
      <w:r>
        <w:rPr>
          <w:sz w:val="22"/>
        </w:rPr>
        <w:t>C. Giza</w:t>
      </w:r>
    </w:p>
    <w:p>
      <w:pPr>
        <w:pStyle w:val="ListParagraph"/>
      </w:pPr>
      <w:r>
        <w:rPr>
          <w:sz w:val="22"/>
        </w:rPr>
        <w:t>D. Luxor</w:t>
      </w:r>
    </w:p>
    <w:p/>
    <w:p>
      <w:r>
        <w:rPr>
          <w:b/>
          <w:sz w:val="24"/>
        </w:rPr>
        <w:t>Câu 60: Which is the smallest continent?</w:t>
      </w:r>
    </w:p>
    <w:p>
      <w:pPr>
        <w:pStyle w:val="ListParagraph"/>
      </w:pPr>
      <w:r>
        <w:rPr>
          <w:sz w:val="22"/>
        </w:rPr>
        <w:t>A. Europe</w:t>
      </w:r>
    </w:p>
    <w:p>
      <w:pPr>
        <w:pStyle w:val="ListParagraph"/>
      </w:pPr>
      <w:r>
        <w:rPr>
          <w:sz w:val="22"/>
        </w:rPr>
        <w:t>B. Australia</w:t>
      </w:r>
    </w:p>
    <w:p>
      <w:pPr>
        <w:pStyle w:val="ListParagraph"/>
      </w:pPr>
      <w:r>
        <w:rPr>
          <w:sz w:val="22"/>
        </w:rPr>
        <w:t>C. Antarctica</w:t>
      </w:r>
    </w:p>
    <w:p>
      <w:pPr>
        <w:pStyle w:val="ListParagraph"/>
      </w:pPr>
      <w:r>
        <w:rPr>
          <w:sz w:val="22"/>
        </w:rPr>
        <w:t>D. South America</w:t>
      </w:r>
    </w:p>
    <w:p/>
    <w:p>
      <w:r>
        <w:rPr>
          <w:b/>
          <w:sz w:val="24"/>
        </w:rPr>
        <w:t>Câu 61: What is the chemical symbol for nitrogen?</w:t>
      </w:r>
    </w:p>
    <w:p>
      <w:pPr>
        <w:pStyle w:val="ListParagraph"/>
      </w:pPr>
      <w:r>
        <w:rPr>
          <w:sz w:val="22"/>
        </w:rPr>
        <w:t>A. N</w:t>
      </w:r>
    </w:p>
    <w:p>
      <w:pPr>
        <w:pStyle w:val="ListParagraph"/>
      </w:pPr>
      <w:r>
        <w:rPr>
          <w:sz w:val="22"/>
        </w:rPr>
        <w:t>B. Ni</w:t>
      </w:r>
    </w:p>
    <w:p>
      <w:pPr>
        <w:pStyle w:val="ListParagraph"/>
      </w:pPr>
      <w:r>
        <w:rPr>
          <w:sz w:val="22"/>
        </w:rPr>
        <w:t>C. Ne</w:t>
      </w:r>
    </w:p>
    <w:p>
      <w:pPr>
        <w:pStyle w:val="ListParagraph"/>
      </w:pPr>
      <w:r>
        <w:rPr>
          <w:sz w:val="22"/>
        </w:rPr>
        <w:t>D. Na</w:t>
      </w:r>
    </w:p>
    <w:p/>
    <w:p>
      <w:r>
        <w:rPr>
          <w:b/>
          <w:sz w:val="24"/>
        </w:rPr>
        <w:t>Câu 62: Who composed 'The Four Seasons'?</w:t>
      </w:r>
    </w:p>
    <w:p>
      <w:pPr>
        <w:pStyle w:val="ListParagraph"/>
      </w:pPr>
      <w:r>
        <w:rPr>
          <w:sz w:val="22"/>
        </w:rPr>
        <w:t>A. Johann Sebastian Bach</w:t>
      </w:r>
    </w:p>
    <w:p>
      <w:pPr>
        <w:pStyle w:val="ListParagraph"/>
      </w:pPr>
      <w:r>
        <w:rPr>
          <w:sz w:val="22"/>
        </w:rPr>
        <w:t>B. Antonio Vivaldi</w:t>
      </w:r>
    </w:p>
    <w:p>
      <w:pPr>
        <w:pStyle w:val="ListParagraph"/>
      </w:pPr>
      <w:r>
        <w:rPr>
          <w:sz w:val="22"/>
        </w:rPr>
        <w:t>C. Wolfgang Amadeus Mozart</w:t>
      </w:r>
    </w:p>
    <w:p>
      <w:pPr>
        <w:pStyle w:val="ListParagraph"/>
      </w:pPr>
      <w:r>
        <w:rPr>
          <w:sz w:val="22"/>
        </w:rPr>
        <w:t>D. Ludwig van Beethoven</w:t>
      </w:r>
    </w:p>
    <w:p/>
    <w:p>
      <w:r>
        <w:rPr>
          <w:b/>
          <w:sz w:val="24"/>
        </w:rPr>
        <w:t>Câu 63: What is the largest bone in the human body?</w:t>
      </w:r>
    </w:p>
    <w:p>
      <w:pPr>
        <w:pStyle w:val="ListParagraph"/>
      </w:pPr>
      <w:r>
        <w:rPr>
          <w:sz w:val="22"/>
        </w:rPr>
        <w:t>A. Femur</w:t>
      </w:r>
    </w:p>
    <w:p>
      <w:pPr>
        <w:pStyle w:val="ListParagraph"/>
      </w:pPr>
      <w:r>
        <w:rPr>
          <w:sz w:val="22"/>
        </w:rPr>
        <w:t>B. Tibia</w:t>
      </w:r>
    </w:p>
    <w:p>
      <w:pPr>
        <w:pStyle w:val="ListParagraph"/>
      </w:pPr>
      <w:r>
        <w:rPr>
          <w:sz w:val="22"/>
        </w:rPr>
        <w:t>C. Humerus</w:t>
      </w:r>
    </w:p>
    <w:p>
      <w:pPr>
        <w:pStyle w:val="ListParagraph"/>
      </w:pPr>
      <w:r>
        <w:rPr>
          <w:sz w:val="22"/>
        </w:rPr>
        <w:t>D. Fibula</w:t>
      </w:r>
    </w:p>
    <w:p/>
    <w:p>
      <w:r>
        <w:rPr>
          <w:b/>
          <w:sz w:val="24"/>
        </w:rPr>
        <w:t>Câu 64: Which planet has the most moons?</w:t>
      </w:r>
    </w:p>
    <w:p>
      <w:pPr>
        <w:pStyle w:val="ListParagraph"/>
      </w:pPr>
      <w:r>
        <w:rPr>
          <w:sz w:val="22"/>
        </w:rPr>
        <w:t>A. Jupiter</w:t>
      </w:r>
    </w:p>
    <w:p>
      <w:pPr>
        <w:pStyle w:val="ListParagraph"/>
      </w:pPr>
      <w:r>
        <w:rPr>
          <w:sz w:val="22"/>
        </w:rPr>
        <w:t>B. Saturn</w:t>
      </w:r>
    </w:p>
    <w:p>
      <w:pPr>
        <w:pStyle w:val="ListParagraph"/>
      </w:pPr>
      <w:r>
        <w:rPr>
          <w:sz w:val="22"/>
        </w:rPr>
        <w:t>C. Uranus</w:t>
      </w:r>
    </w:p>
    <w:p>
      <w:pPr>
        <w:pStyle w:val="ListParagraph"/>
      </w:pPr>
      <w:r>
        <w:rPr>
          <w:sz w:val="22"/>
        </w:rPr>
        <w:t>D. Neptune</w:t>
      </w:r>
    </w:p>
    <w:p/>
    <w:p>
      <w:r>
        <w:rPr>
          <w:b/>
          <w:sz w:val="24"/>
        </w:rPr>
        <w:t>Câu 65: What is the capital of China?</w:t>
      </w:r>
    </w:p>
    <w:p>
      <w:pPr>
        <w:pStyle w:val="ListParagraph"/>
      </w:pPr>
      <w:r>
        <w:rPr>
          <w:sz w:val="22"/>
        </w:rPr>
        <w:t>A. Shanghai</w:t>
      </w:r>
    </w:p>
    <w:p>
      <w:pPr>
        <w:pStyle w:val="ListParagraph"/>
      </w:pPr>
      <w:r>
        <w:rPr>
          <w:sz w:val="22"/>
        </w:rPr>
        <w:t>B. Beijing</w:t>
      </w:r>
    </w:p>
    <w:p>
      <w:pPr>
        <w:pStyle w:val="ListParagraph"/>
      </w:pPr>
      <w:r>
        <w:rPr>
          <w:sz w:val="22"/>
        </w:rPr>
        <w:t>C. Hong Kong</w:t>
      </w:r>
    </w:p>
    <w:p>
      <w:pPr>
        <w:pStyle w:val="ListParagraph"/>
      </w:pPr>
      <w:r>
        <w:rPr>
          <w:sz w:val="22"/>
        </w:rPr>
        <w:t>D. Guangzhou</w:t>
      </w:r>
    </w:p>
    <w:p/>
    <w:p>
      <w:r>
        <w:rPr>
          <w:b/>
          <w:sz w:val="24"/>
        </w:rPr>
        <w:t>Câu 66: Who wrote 'The Great Gatsby'?</w:t>
      </w:r>
    </w:p>
    <w:p>
      <w:pPr>
        <w:pStyle w:val="ListParagraph"/>
      </w:pPr>
      <w:r>
        <w:rPr>
          <w:sz w:val="22"/>
        </w:rPr>
        <w:t>A. Ernest Hemingway</w:t>
      </w:r>
    </w:p>
    <w:p>
      <w:pPr>
        <w:pStyle w:val="ListParagraph"/>
      </w:pPr>
      <w:r>
        <w:rPr>
          <w:sz w:val="22"/>
        </w:rPr>
        <w:t>B. F. Scott Fitzgerald</w:t>
      </w:r>
    </w:p>
    <w:p>
      <w:pPr>
        <w:pStyle w:val="ListParagraph"/>
      </w:pPr>
      <w:r>
        <w:rPr>
          <w:sz w:val="22"/>
        </w:rPr>
        <w:t>C. John Steinbeck</w:t>
      </w:r>
    </w:p>
    <w:p>
      <w:pPr>
        <w:pStyle w:val="ListParagraph"/>
      </w:pPr>
      <w:r>
        <w:rPr>
          <w:sz w:val="22"/>
        </w:rPr>
        <w:t>D. William Faulkner</w:t>
      </w:r>
    </w:p>
    <w:p/>
    <w:p>
      <w:r>
        <w:rPr>
          <w:b/>
          <w:sz w:val="24"/>
        </w:rPr>
        <w:t>Câu 67: What is the chemical symbol for potassium?</w:t>
      </w:r>
    </w:p>
    <w:p>
      <w:pPr>
        <w:pStyle w:val="ListParagraph"/>
      </w:pPr>
      <w:r>
        <w:rPr>
          <w:sz w:val="22"/>
        </w:rPr>
        <w:t>A. P</w:t>
      </w:r>
    </w:p>
    <w:p>
      <w:pPr>
        <w:pStyle w:val="ListParagraph"/>
      </w:pPr>
      <w:r>
        <w:rPr>
          <w:sz w:val="22"/>
        </w:rPr>
        <w:t>B. K</w:t>
      </w:r>
    </w:p>
    <w:p>
      <w:pPr>
        <w:pStyle w:val="ListParagraph"/>
      </w:pPr>
      <w:r>
        <w:rPr>
          <w:sz w:val="22"/>
        </w:rPr>
        <w:t>C. Po</w:t>
      </w:r>
    </w:p>
    <w:p>
      <w:pPr>
        <w:pStyle w:val="ListParagraph"/>
      </w:pPr>
      <w:r>
        <w:rPr>
          <w:sz w:val="22"/>
        </w:rPr>
        <w:t>D. Pt</w:t>
      </w:r>
    </w:p>
    <w:p/>
    <w:p>
      <w:r>
        <w:rPr>
          <w:b/>
          <w:sz w:val="24"/>
        </w:rPr>
        <w:t>Câu 68: Which is the fastest land animal?</w:t>
      </w:r>
    </w:p>
    <w:p>
      <w:pPr>
        <w:pStyle w:val="ListParagraph"/>
      </w:pPr>
      <w:r>
        <w:rPr>
          <w:sz w:val="22"/>
        </w:rPr>
        <w:t>A. Lion</w:t>
      </w:r>
    </w:p>
    <w:p>
      <w:pPr>
        <w:pStyle w:val="ListParagraph"/>
      </w:pPr>
      <w:r>
        <w:rPr>
          <w:sz w:val="22"/>
        </w:rPr>
        <w:t>B. Cheetah</w:t>
      </w:r>
    </w:p>
    <w:p>
      <w:pPr>
        <w:pStyle w:val="ListParagraph"/>
      </w:pPr>
      <w:r>
        <w:rPr>
          <w:sz w:val="22"/>
        </w:rPr>
        <w:t>C. Leopard</w:t>
      </w:r>
    </w:p>
    <w:p>
      <w:pPr>
        <w:pStyle w:val="ListParagraph"/>
      </w:pPr>
      <w:r>
        <w:rPr>
          <w:sz w:val="22"/>
        </w:rPr>
        <w:t>D. Tiger</w:t>
      </w:r>
    </w:p>
    <w:p/>
    <w:p>
      <w:r>
        <w:rPr>
          <w:b/>
          <w:sz w:val="24"/>
        </w:rPr>
        <w:t>Câu 69: What is the largest flower in the world?</w:t>
      </w:r>
    </w:p>
    <w:p>
      <w:pPr>
        <w:pStyle w:val="ListParagraph"/>
      </w:pPr>
      <w:r>
        <w:rPr>
          <w:sz w:val="22"/>
        </w:rPr>
        <w:t>A. Rafflesia</w:t>
      </w:r>
    </w:p>
    <w:p>
      <w:pPr>
        <w:pStyle w:val="ListParagraph"/>
      </w:pPr>
      <w:r>
        <w:rPr>
          <w:sz w:val="22"/>
        </w:rPr>
        <w:t>B. Sunflower</w:t>
      </w:r>
    </w:p>
    <w:p>
      <w:pPr>
        <w:pStyle w:val="ListParagraph"/>
      </w:pPr>
      <w:r>
        <w:rPr>
          <w:sz w:val="22"/>
        </w:rPr>
        <w:t>C. Titan Arum</w:t>
      </w:r>
    </w:p>
    <w:p>
      <w:pPr>
        <w:pStyle w:val="ListParagraph"/>
      </w:pPr>
      <w:r>
        <w:rPr>
          <w:sz w:val="22"/>
        </w:rPr>
        <w:t>D. Orchid</w:t>
      </w:r>
    </w:p>
    <w:p/>
    <w:p>
      <w:r>
        <w:rPr>
          <w:b/>
          <w:sz w:val="24"/>
        </w:rPr>
        <w:t>Câu 70: Who was the first person to circumnavigate the globe?</w:t>
      </w:r>
    </w:p>
    <w:p>
      <w:pPr>
        <w:pStyle w:val="ListParagraph"/>
      </w:pPr>
      <w:r>
        <w:rPr>
          <w:sz w:val="22"/>
        </w:rPr>
        <w:t>A. Christopher Columbus</w:t>
      </w:r>
    </w:p>
    <w:p>
      <w:pPr>
        <w:pStyle w:val="ListParagraph"/>
      </w:pPr>
      <w:r>
        <w:rPr>
          <w:sz w:val="22"/>
        </w:rPr>
        <w:t>B. Ferdinand Magellan</w:t>
      </w:r>
    </w:p>
    <w:p>
      <w:pPr>
        <w:pStyle w:val="ListParagraph"/>
      </w:pPr>
      <w:r>
        <w:rPr>
          <w:sz w:val="22"/>
        </w:rPr>
        <w:t>C. Vasco da Gama</w:t>
      </w:r>
    </w:p>
    <w:p>
      <w:pPr>
        <w:pStyle w:val="ListParagraph"/>
      </w:pPr>
      <w:r>
        <w:rPr>
          <w:sz w:val="22"/>
        </w:rPr>
        <w:t>D. James Cook</w:t>
      </w:r>
    </w:p>
    <w:p/>
    <w:p>
      <w:r>
        <w:rPr>
          <w:b/>
          <w:sz w:val="24"/>
        </w:rPr>
        <w:t>Câu 71: What is the capital of Brazil?</w:t>
      </w:r>
    </w:p>
    <w:p>
      <w:pPr>
        <w:pStyle w:val="ListParagraph"/>
      </w:pPr>
      <w:r>
        <w:rPr>
          <w:sz w:val="22"/>
        </w:rPr>
        <w:t>A. Rio de Janeiro</w:t>
      </w:r>
    </w:p>
    <w:p>
      <w:pPr>
        <w:pStyle w:val="ListParagraph"/>
      </w:pPr>
      <w:r>
        <w:rPr>
          <w:sz w:val="22"/>
        </w:rPr>
        <w:t>B. São Paulo</w:t>
      </w:r>
    </w:p>
    <w:p>
      <w:pPr>
        <w:pStyle w:val="ListParagraph"/>
      </w:pPr>
      <w:r>
        <w:rPr>
          <w:sz w:val="22"/>
        </w:rPr>
        <w:t>C. Brasília</w:t>
      </w:r>
    </w:p>
    <w:p>
      <w:pPr>
        <w:pStyle w:val="ListParagraph"/>
      </w:pPr>
      <w:r>
        <w:rPr>
          <w:sz w:val="22"/>
        </w:rPr>
        <w:t>D. Salvador</w:t>
      </w:r>
    </w:p>
    <w:p/>
    <w:p>
      <w:r>
        <w:rPr>
          <w:b/>
          <w:sz w:val="24"/>
        </w:rPr>
        <w:t>Câu 72: Which is the largest species of penguin?</w:t>
      </w:r>
    </w:p>
    <w:p>
      <w:pPr>
        <w:pStyle w:val="ListParagraph"/>
      </w:pPr>
      <w:r>
        <w:rPr>
          <w:sz w:val="22"/>
        </w:rPr>
        <w:t>A. Emperor penguin</w:t>
      </w:r>
    </w:p>
    <w:p>
      <w:pPr>
        <w:pStyle w:val="ListParagraph"/>
      </w:pPr>
      <w:r>
        <w:rPr>
          <w:sz w:val="22"/>
        </w:rPr>
        <w:t>B. King penguin</w:t>
      </w:r>
    </w:p>
    <w:p>
      <w:pPr>
        <w:pStyle w:val="ListParagraph"/>
      </w:pPr>
      <w:r>
        <w:rPr>
          <w:sz w:val="22"/>
        </w:rPr>
        <w:t>C. Gentoo penguin</w:t>
      </w:r>
    </w:p>
    <w:p>
      <w:pPr>
        <w:pStyle w:val="ListParagraph"/>
      </w:pPr>
      <w:r>
        <w:rPr>
          <w:sz w:val="22"/>
        </w:rPr>
        <w:t>D. Adélie penguin</w:t>
      </w:r>
    </w:p>
    <w:p/>
    <w:p>
      <w:r>
        <w:rPr>
          <w:b/>
          <w:sz w:val="24"/>
        </w:rPr>
        <w:t>Câu 73: What is the chemical symbol for calcium?</w:t>
      </w:r>
    </w:p>
    <w:p>
      <w:pPr>
        <w:pStyle w:val="ListParagraph"/>
      </w:pPr>
      <w:r>
        <w:rPr>
          <w:sz w:val="22"/>
        </w:rPr>
        <w:t>A. Ca</w:t>
      </w:r>
    </w:p>
    <w:p>
      <w:pPr>
        <w:pStyle w:val="ListParagraph"/>
      </w:pPr>
      <w:r>
        <w:rPr>
          <w:sz w:val="22"/>
        </w:rPr>
        <w:t>B. C</w:t>
      </w:r>
    </w:p>
    <w:p>
      <w:pPr>
        <w:pStyle w:val="ListParagraph"/>
      </w:pPr>
      <w:r>
        <w:rPr>
          <w:sz w:val="22"/>
        </w:rPr>
        <w:t>C. Cl</w:t>
      </w:r>
    </w:p>
    <w:p>
      <w:pPr>
        <w:pStyle w:val="ListParagraph"/>
      </w:pPr>
      <w:r>
        <w:rPr>
          <w:sz w:val="22"/>
        </w:rPr>
        <w:t>D. Co</w:t>
      </w:r>
    </w:p>
    <w:p/>
    <w:p>
      <w:r>
        <w:rPr>
          <w:b/>
          <w:sz w:val="24"/>
        </w:rPr>
        <w:t>Câu 74: Who wrote 'War and Peace'?</w:t>
      </w:r>
    </w:p>
    <w:p>
      <w:pPr>
        <w:pStyle w:val="ListParagraph"/>
      </w:pPr>
      <w:r>
        <w:rPr>
          <w:sz w:val="22"/>
        </w:rPr>
        <w:t>A. Fyodor Dostoevsky</w:t>
      </w:r>
    </w:p>
    <w:p>
      <w:pPr>
        <w:pStyle w:val="ListParagraph"/>
      </w:pPr>
      <w:r>
        <w:rPr>
          <w:sz w:val="22"/>
        </w:rPr>
        <w:t>B. Leo Tolstoy</w:t>
      </w:r>
    </w:p>
    <w:p>
      <w:pPr>
        <w:pStyle w:val="ListParagraph"/>
      </w:pPr>
      <w:r>
        <w:rPr>
          <w:sz w:val="22"/>
        </w:rPr>
        <w:t>C. Anton Chekhov</w:t>
      </w:r>
    </w:p>
    <w:p>
      <w:pPr>
        <w:pStyle w:val="ListParagraph"/>
      </w:pPr>
      <w:r>
        <w:rPr>
          <w:sz w:val="22"/>
        </w:rPr>
        <w:t>D. Ivan Turgenev</w:t>
      </w:r>
    </w:p>
    <w:p/>
    <w:p>
      <w:r>
        <w:rPr>
          <w:b/>
          <w:sz w:val="24"/>
        </w:rPr>
        <w:t>Câu 75: What is the largest species of whale?</w:t>
      </w:r>
    </w:p>
    <w:p>
      <w:pPr>
        <w:pStyle w:val="ListParagraph"/>
      </w:pPr>
      <w:r>
        <w:rPr>
          <w:sz w:val="22"/>
        </w:rPr>
        <w:t>A. Blue whale</w:t>
      </w:r>
    </w:p>
    <w:p>
      <w:pPr>
        <w:pStyle w:val="ListParagraph"/>
      </w:pPr>
      <w:r>
        <w:rPr>
          <w:sz w:val="22"/>
        </w:rPr>
        <w:t>B. Humpback whale</w:t>
      </w:r>
    </w:p>
    <w:p>
      <w:pPr>
        <w:pStyle w:val="ListParagraph"/>
      </w:pPr>
      <w:r>
        <w:rPr>
          <w:sz w:val="22"/>
        </w:rPr>
        <w:t>C. Sperm whale</w:t>
      </w:r>
    </w:p>
    <w:p>
      <w:pPr>
        <w:pStyle w:val="ListParagraph"/>
      </w:pPr>
      <w:r>
        <w:rPr>
          <w:sz w:val="22"/>
        </w:rPr>
        <w:t>D. Gray whale</w:t>
      </w:r>
    </w:p>
    <w:p/>
    <w:p>
      <w:r>
        <w:rPr>
          <w:b/>
          <w:sz w:val="24"/>
        </w:rPr>
        <w:t>Câu 76: Which planet is known as the Morning Star?</w:t>
      </w:r>
    </w:p>
    <w:p>
      <w:pPr>
        <w:pStyle w:val="ListParagraph"/>
      </w:pPr>
      <w:r>
        <w:rPr>
          <w:sz w:val="22"/>
        </w:rPr>
        <w:t>A. Mars</w:t>
      </w:r>
    </w:p>
    <w:p>
      <w:pPr>
        <w:pStyle w:val="ListParagraph"/>
      </w:pPr>
      <w:r>
        <w:rPr>
          <w:sz w:val="22"/>
        </w:rPr>
        <w:t>B. Venus</w:t>
      </w:r>
    </w:p>
    <w:p>
      <w:pPr>
        <w:pStyle w:val="ListParagraph"/>
      </w:pPr>
      <w:r>
        <w:rPr>
          <w:sz w:val="22"/>
        </w:rPr>
        <w:t>C. Jupiter</w:t>
      </w:r>
    </w:p>
    <w:p>
      <w:pPr>
        <w:pStyle w:val="ListParagraph"/>
      </w:pPr>
      <w:r>
        <w:rPr>
          <w:sz w:val="22"/>
        </w:rPr>
        <w:t>D. Mercury</w:t>
      </w:r>
    </w:p>
    <w:p/>
    <w:p>
      <w:r>
        <w:rPr>
          <w:b/>
          <w:sz w:val="24"/>
        </w:rPr>
        <w:t>Câu 77: What is the capital of India?</w:t>
      </w:r>
    </w:p>
    <w:p>
      <w:pPr>
        <w:pStyle w:val="ListParagraph"/>
      </w:pPr>
      <w:r>
        <w:rPr>
          <w:sz w:val="22"/>
        </w:rPr>
        <w:t>A. Mumbai</w:t>
      </w:r>
    </w:p>
    <w:p>
      <w:pPr>
        <w:pStyle w:val="ListParagraph"/>
      </w:pPr>
      <w:r>
        <w:rPr>
          <w:sz w:val="22"/>
        </w:rPr>
        <w:t>B. New Delhi</w:t>
      </w:r>
    </w:p>
    <w:p>
      <w:pPr>
        <w:pStyle w:val="ListParagraph"/>
      </w:pPr>
      <w:r>
        <w:rPr>
          <w:sz w:val="22"/>
        </w:rPr>
        <w:t>C. Kolkata</w:t>
      </w:r>
    </w:p>
    <w:p>
      <w:pPr>
        <w:pStyle w:val="ListParagraph"/>
      </w:pPr>
      <w:r>
        <w:rPr>
          <w:sz w:val="22"/>
        </w:rPr>
        <w:t>D. Chennai</w:t>
      </w:r>
    </w:p>
    <w:p/>
    <w:p>
      <w:r>
        <w:rPr>
          <w:b/>
          <w:sz w:val="24"/>
        </w:rPr>
        <w:t>Câu 78: Who discovered gravity?</w:t>
      </w:r>
    </w:p>
    <w:p>
      <w:pPr>
        <w:pStyle w:val="ListParagraph"/>
      </w:pPr>
      <w:r>
        <w:rPr>
          <w:sz w:val="22"/>
        </w:rPr>
        <w:t>A. Albert Einstein</w:t>
      </w:r>
    </w:p>
    <w:p>
      <w:pPr>
        <w:pStyle w:val="ListParagraph"/>
      </w:pPr>
      <w:r>
        <w:rPr>
          <w:sz w:val="22"/>
        </w:rPr>
        <w:t>B. Isaac Newton</w:t>
      </w:r>
    </w:p>
    <w:p>
      <w:pPr>
        <w:pStyle w:val="ListParagraph"/>
      </w:pPr>
      <w:r>
        <w:rPr>
          <w:sz w:val="22"/>
        </w:rPr>
        <w:t>C. Galileo Galilei</w:t>
      </w:r>
    </w:p>
    <w:p>
      <w:pPr>
        <w:pStyle w:val="ListParagraph"/>
      </w:pPr>
      <w:r>
        <w:rPr>
          <w:sz w:val="22"/>
        </w:rPr>
        <w:t>D. Nicolaus Copernicus</w:t>
      </w:r>
    </w:p>
    <w:p/>
    <w:p>
      <w:r>
        <w:rPr>
          <w:b/>
          <w:sz w:val="24"/>
        </w:rPr>
        <w:t>Câu 79: What is the chemical symbol for magnesium?</w:t>
      </w:r>
    </w:p>
    <w:p>
      <w:pPr>
        <w:pStyle w:val="ListParagraph"/>
      </w:pPr>
      <w:r>
        <w:rPr>
          <w:sz w:val="22"/>
        </w:rPr>
        <w:t>A. Mg</w:t>
      </w:r>
    </w:p>
    <w:p>
      <w:pPr>
        <w:pStyle w:val="ListParagraph"/>
      </w:pPr>
      <w:r>
        <w:rPr>
          <w:sz w:val="22"/>
        </w:rPr>
        <w:t>B. Mn</w:t>
      </w:r>
    </w:p>
    <w:p>
      <w:pPr>
        <w:pStyle w:val="ListParagraph"/>
      </w:pPr>
      <w:r>
        <w:rPr>
          <w:sz w:val="22"/>
        </w:rPr>
        <w:t>C. Ma</w:t>
      </w:r>
    </w:p>
    <w:p>
      <w:pPr>
        <w:pStyle w:val="ListParagraph"/>
      </w:pPr>
      <w:r>
        <w:rPr>
          <w:sz w:val="22"/>
        </w:rPr>
        <w:t>D. M</w:t>
      </w:r>
    </w:p>
    <w:p/>
    <w:p>
      <w:r>
        <w:rPr>
          <w:b/>
          <w:sz w:val="24"/>
        </w:rPr>
        <w:t>Câu 80: Which is the largest species of bear?</w:t>
      </w:r>
    </w:p>
    <w:p>
      <w:pPr>
        <w:pStyle w:val="ListParagraph"/>
      </w:pPr>
      <w:r>
        <w:rPr>
          <w:sz w:val="22"/>
        </w:rPr>
        <w:t>A. Polar bear</w:t>
      </w:r>
    </w:p>
    <w:p>
      <w:pPr>
        <w:pStyle w:val="ListParagraph"/>
      </w:pPr>
      <w:r>
        <w:rPr>
          <w:sz w:val="22"/>
        </w:rPr>
        <w:t>B. Brown bear</w:t>
      </w:r>
    </w:p>
    <w:p>
      <w:pPr>
        <w:pStyle w:val="ListParagraph"/>
      </w:pPr>
      <w:r>
        <w:rPr>
          <w:sz w:val="22"/>
        </w:rPr>
        <w:t>C. Black bear</w:t>
      </w:r>
    </w:p>
    <w:p>
      <w:pPr>
        <w:pStyle w:val="ListParagraph"/>
      </w:pPr>
      <w:r>
        <w:rPr>
          <w:sz w:val="22"/>
        </w:rPr>
        <w:t>D. Panda bear</w:t>
      </w:r>
    </w:p>
    <w:p/>
    <w:p>
      <w:r>
        <w:rPr>
          <w:b/>
          <w:sz w:val="24"/>
        </w:rPr>
        <w:t>Câu 81: What is the largest species of turtle?</w:t>
      </w:r>
    </w:p>
    <w:p>
      <w:pPr>
        <w:pStyle w:val="ListParagraph"/>
      </w:pPr>
      <w:r>
        <w:rPr>
          <w:sz w:val="22"/>
        </w:rPr>
        <w:t>A. Green sea turtle</w:t>
      </w:r>
    </w:p>
    <w:p>
      <w:pPr>
        <w:pStyle w:val="ListParagraph"/>
      </w:pPr>
      <w:r>
        <w:rPr>
          <w:sz w:val="22"/>
        </w:rPr>
        <w:t>B. Leatherback sea turtle</w:t>
      </w:r>
    </w:p>
    <w:p>
      <w:pPr>
        <w:pStyle w:val="ListParagraph"/>
      </w:pPr>
      <w:r>
        <w:rPr>
          <w:sz w:val="22"/>
        </w:rPr>
        <w:t>C. Loggerhead sea turtle</w:t>
      </w:r>
    </w:p>
    <w:p>
      <w:pPr>
        <w:pStyle w:val="ListParagraph"/>
      </w:pPr>
      <w:r>
        <w:rPr>
          <w:sz w:val="22"/>
        </w:rPr>
        <w:t>D. Hawksbill sea turtle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C</w:t>
      </w:r>
    </w:p>
    <w:p>
      <w:r>
        <w:rPr>
          <w:b/>
        </w:rPr>
        <w:t>Câu 14: Đáp án đúng: B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B</w:t>
      </w:r>
    </w:p>
    <w:p>
      <w:r>
        <w:rPr>
          <w:b/>
        </w:rPr>
        <w:t>Câu 21: Đáp án đúng: C</w:t>
      </w:r>
    </w:p>
    <w:p>
      <w:r>
        <w:rPr>
          <w:b/>
        </w:rPr>
        <w:t>Câu 22: Đáp án đúng: B</w:t>
      </w:r>
    </w:p>
    <w:p>
      <w:r>
        <w:rPr>
          <w:b/>
        </w:rPr>
        <w:t>Câu 23: Đáp án đúng: B</w:t>
      </w:r>
    </w:p>
    <w:p>
      <w:r>
        <w:rPr>
          <w:b/>
        </w:rPr>
        <w:t>Câu 24: Đáp án đúng: C</w:t>
      </w:r>
    </w:p>
    <w:p>
      <w:r>
        <w:rPr>
          <w:b/>
        </w:rPr>
        <w:t>Câu 25: Đáp án đúng: B</w:t>
      </w:r>
    </w:p>
    <w:p>
      <w:r>
        <w:rPr>
          <w:b/>
        </w:rPr>
        <w:t>Câu 26: Đáp án đúng: B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B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B</w:t>
      </w:r>
    </w:p>
    <w:p>
      <w:r>
        <w:rPr>
          <w:b/>
        </w:rPr>
        <w:t>Câu 32: Đáp án đúng: C</w:t>
      </w:r>
    </w:p>
    <w:p>
      <w:r>
        <w:rPr>
          <w:b/>
        </w:rPr>
        <w:t>Câu 33: Đáp án đúng: B</w:t>
      </w:r>
    </w:p>
    <w:p>
      <w:r>
        <w:rPr>
          <w:b/>
        </w:rPr>
        <w:t>Câu 34: Đáp án đúng: C</w:t>
      </w:r>
    </w:p>
    <w:p>
      <w:r>
        <w:rPr>
          <w:b/>
        </w:rPr>
        <w:t>Câu 35: Đáp án đúng: B</w:t>
      </w:r>
    </w:p>
    <w:p>
      <w:r>
        <w:rPr>
          <w:b/>
        </w:rPr>
        <w:t>Câu 36: Đáp án đúng: B</w:t>
      </w:r>
    </w:p>
    <w:p>
      <w:r>
        <w:rPr>
          <w:b/>
        </w:rPr>
        <w:t>Câu 37: Đáp án đúng: B</w:t>
      </w:r>
    </w:p>
    <w:p>
      <w:r>
        <w:rPr>
          <w:b/>
        </w:rPr>
        <w:t>Câu 38: Đáp án đúng: B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B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B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B</w:t>
      </w:r>
    </w:p>
    <w:p>
      <w:r>
        <w:rPr>
          <w:b/>
        </w:rPr>
        <w:t>Câu 45: Đáp án đúng: B</w:t>
      </w:r>
    </w:p>
    <w:p>
      <w:r>
        <w:rPr>
          <w:b/>
        </w:rPr>
        <w:t>Câu 46: Đáp án đúng: B</w:t>
      </w:r>
    </w:p>
    <w:p>
      <w:r>
        <w:rPr>
          <w:b/>
        </w:rPr>
        <w:t>Câu 47: Đáp án đúng: B</w:t>
      </w:r>
    </w:p>
    <w:p>
      <w:r>
        <w:rPr>
          <w:b/>
        </w:rPr>
        <w:t>Câu 48: Đáp án đúng: C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B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B</w:t>
      </w:r>
    </w:p>
    <w:p>
      <w:r>
        <w:rPr>
          <w:b/>
        </w:rPr>
        <w:t>Câu 53: Đáp án đúng: B</w:t>
      </w:r>
    </w:p>
    <w:p>
      <w:r>
        <w:rPr>
          <w:b/>
        </w:rPr>
        <w:t>Câu 54: Đáp án đúng: B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B</w:t>
      </w:r>
    </w:p>
    <w:p>
      <w:r>
        <w:rPr>
          <w:b/>
        </w:rPr>
        <w:t>Câu 57: Đáp án đúng: C</w:t>
      </w:r>
    </w:p>
    <w:p>
      <w:r>
        <w:rPr>
          <w:b/>
        </w:rPr>
        <w:t>Câu 58: Đáp án đúng: B</w:t>
      </w:r>
    </w:p>
    <w:p>
      <w:r>
        <w:rPr>
          <w:b/>
        </w:rPr>
        <w:t>Câu 59: Đáp án đúng: B</w:t>
      </w:r>
    </w:p>
    <w:p>
      <w:r>
        <w:rPr>
          <w:b/>
        </w:rPr>
        <w:t>Câu 60: Đáp án đúng: B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B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B</w:t>
      </w:r>
    </w:p>
    <w:p>
      <w:r>
        <w:rPr>
          <w:b/>
        </w:rPr>
        <w:t>Câu 65: Đáp án đúng: B</w:t>
      </w:r>
    </w:p>
    <w:p>
      <w:r>
        <w:rPr>
          <w:b/>
        </w:rPr>
        <w:t>Câu 66: Đáp án đúng: B</w:t>
      </w:r>
    </w:p>
    <w:p>
      <w:r>
        <w:rPr>
          <w:b/>
        </w:rPr>
        <w:t>Câu 67: Đáp án đúng: B</w:t>
      </w:r>
    </w:p>
    <w:p>
      <w:r>
        <w:rPr>
          <w:b/>
        </w:rPr>
        <w:t>Câu 68: Đáp án đúng: B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B</w:t>
      </w:r>
    </w:p>
    <w:p>
      <w:r>
        <w:rPr>
          <w:b/>
        </w:rPr>
        <w:t>Câu 71: Đáp án đúng: C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B</w:t>
      </w:r>
    </w:p>
    <w:p>
      <w:r>
        <w:rPr>
          <w:b/>
        </w:rPr>
        <w:t>Câu 75: Đáp án đúng: A</w:t>
      </w:r>
    </w:p>
    <w:p>
      <w:r>
        <w:rPr>
          <w:b/>
        </w:rPr>
        <w:t>Câu 76: Đáp án đúng: B</w:t>
      </w:r>
    </w:p>
    <w:p>
      <w:r>
        <w:rPr>
          <w:b/>
        </w:rPr>
        <w:t>Câu 77: Đáp án đúng: B</w:t>
      </w:r>
    </w:p>
    <w:p>
      <w:r>
        <w:rPr>
          <w:b/>
        </w:rPr>
        <w:t>Câu 78: Đáp án đúng: B</w:t>
      </w:r>
    </w:p>
    <w:p>
      <w:r>
        <w:rPr>
          <w:b/>
        </w:rPr>
        <w:t>Câu 79: Đáp án đúng: A</w:t>
      </w:r>
    </w:p>
    <w:p>
      <w:r>
        <w:rPr>
          <w:b/>
        </w:rPr>
        <w:t>Câu 80: Đáp án đúng: A</w:t>
      </w:r>
    </w:p>
    <w:p>
      <w:r>
        <w:rPr>
          <w:b/>
        </w:rPr>
        <w:t>Câu 81: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