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soạn đề kiểm tra 15 phút bài 3 địa 8 hình thứ...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Khoáng sản là những tích tụ tự nhiên của khoáng vật và đá có ích, được con người khai thác và sử dụng trong các ngành kinh tế.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2: Nước ta có nguồn khoáng sản khá phong phú và đa dạng với khoảng 60 loại khoáng sản khác nhau.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3: Than đá là loại khoáng sản năng lượng quan trọng nhất của nước ta và tập trung chủ yếu ở Đồng bằng sông Hồng.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4: Dầu mỏ và khí tự nhiên của nước ta phân bố chủ yếu ở thềm lục địa phía nam.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5: Bô-xít là khoáng sản có trữ lượng lớn nhất của nước ta, tập trung chủ yếu ở Tây Nguyên.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6: Apatit (nguyên liệu để sản xuất phân lân) tập trung chủ yếu ở tỉnh Lào Cai.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7: Khoáng sản nước ta phân bố tập trung thành những vùng lớn, rất thuận lợi cho việc khai thác và vận chuyển đồng bộ.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8: Quặng sắt có trữ lượng khá lớn ở Thái Nguyên, Lào Cai và Hà Tĩnh.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9: Titan là khoáng sản kim loại tập trung chủ yếu ở ven biển miền Trung, tiêu biểu là các tỉnh Hà Tĩnh, Bình Định.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10: Khoáng sản là tài nguyên có thể tái tạo, vì vậy việc khai thác và sử dụng không cần chú ý tiết kiệm hay bảo vệ môi trường.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