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i - Bài trắc nghiệm Lịch sử lớp 12 - - Những quyết định của hội nghị Ianta cùng những t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