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trắc nghiệm</w:t>
      </w:r>
    </w:p>
    <w:p>
      <w:pPr>
        <w:jc w:val="center"/>
      </w:pPr>
      <w:r>
        <w:rPr>
          <w:sz w:val="22"/>
        </w:rPr>
        <w:t>Số câu: 28    Thời gian: _____ phút    Họ và tên: _________________________</w:t>
      </w:r>
    </w:p>
    <w:p/>
    <w:p>
      <w:r>
        <w:rPr>
          <w:b/>
          <w:sz w:val="24"/>
        </w:rPr>
        <w:t>Câu 1: Nền kinh tế là gì?</w:t>
      </w:r>
    </w:p>
    <w:p>
      <w:pPr>
        <w:pStyle w:val="ListParagraph"/>
      </w:pPr>
      <w:r>
        <w:rPr>
          <w:sz w:val="22"/>
        </w:rPr>
        <w:t>A. Tổng thể các hoạt động kinh tế của con người trong một quốc gia.</w:t>
      </w:r>
    </w:p>
    <w:p>
      <w:pPr>
        <w:pStyle w:val="ListParagraph"/>
      </w:pPr>
      <w:r>
        <w:rPr>
          <w:sz w:val="22"/>
        </w:rPr>
        <w:t>B. Hoạt động sản xuất của doanh nghiệp.</w:t>
      </w:r>
    </w:p>
    <w:p>
      <w:pPr>
        <w:pStyle w:val="ListParagraph"/>
      </w:pPr>
      <w:r>
        <w:rPr>
          <w:sz w:val="22"/>
        </w:rPr>
        <w:t>C. Hoạt động mua bán của người tiêu dùng.</w:t>
      </w:r>
    </w:p>
    <w:p>
      <w:pPr>
        <w:pStyle w:val="ListParagraph"/>
      </w:pPr>
      <w:r>
        <w:rPr>
          <w:sz w:val="22"/>
        </w:rPr>
        <w:t>D. Hệ thống chính trị của một quốc gia.</w:t>
      </w:r>
    </w:p>
    <w:p/>
    <w:p>
      <w:r>
        <w:rPr>
          <w:b/>
          <w:sz w:val="24"/>
        </w:rPr>
        <w:t>Câu 2: Các hoạt động cơ bản của nền kinh tế gồm:</w:t>
      </w:r>
    </w:p>
    <w:p>
      <w:pPr>
        <w:pStyle w:val="ListParagraph"/>
      </w:pPr>
      <w:r>
        <w:rPr>
          <w:sz w:val="22"/>
        </w:rPr>
        <w:t>A. Sản xuất, phân phối, trao đổi, tiêu dùng.</w:t>
      </w:r>
    </w:p>
    <w:p>
      <w:pPr>
        <w:pStyle w:val="ListParagraph"/>
      </w:pPr>
      <w:r>
        <w:rPr>
          <w:sz w:val="22"/>
        </w:rPr>
        <w:t>B. Sản xuất, tiêu dùng, đầu tư, xuất khẩu.</w:t>
      </w:r>
    </w:p>
    <w:p>
      <w:pPr>
        <w:pStyle w:val="ListParagraph"/>
      </w:pPr>
      <w:r>
        <w:rPr>
          <w:sz w:val="22"/>
        </w:rPr>
        <w:t>C. Phân phối, trao đổi, tiêu dùng, tiết kiệm.</w:t>
      </w:r>
    </w:p>
    <w:p>
      <w:pPr>
        <w:pStyle w:val="ListParagraph"/>
      </w:pPr>
      <w:r>
        <w:rPr>
          <w:sz w:val="22"/>
        </w:rPr>
        <w:t>D. Sản xuất, kinh doanh, quảng cáo, tiêu dùng.</w:t>
      </w:r>
    </w:p>
    <w:p/>
    <w:p>
      <w:r>
        <w:rPr>
          <w:b/>
          <w:sz w:val="24"/>
        </w:rPr>
        <w:t>Câu 3: Trong các hoạt động kinh tế, hoạt động nào giữ vai trò quyết định?</w:t>
      </w:r>
    </w:p>
    <w:p>
      <w:pPr>
        <w:pStyle w:val="ListParagraph"/>
      </w:pPr>
      <w:r>
        <w:rPr>
          <w:sz w:val="22"/>
        </w:rPr>
        <w:t>A. Sản xuất.</w:t>
      </w:r>
    </w:p>
    <w:p>
      <w:pPr>
        <w:pStyle w:val="ListParagraph"/>
      </w:pPr>
      <w:r>
        <w:rPr>
          <w:sz w:val="22"/>
        </w:rPr>
        <w:t>B. Phân phối.</w:t>
      </w:r>
    </w:p>
    <w:p>
      <w:pPr>
        <w:pStyle w:val="ListParagraph"/>
      </w:pPr>
      <w:r>
        <w:rPr>
          <w:sz w:val="22"/>
        </w:rPr>
        <w:t>C. Trao đổi.</w:t>
      </w:r>
    </w:p>
    <w:p>
      <w:pPr>
        <w:pStyle w:val="ListParagraph"/>
      </w:pPr>
      <w:r>
        <w:rPr>
          <w:sz w:val="22"/>
        </w:rPr>
        <w:t>D. Tiêu dùng.</w:t>
      </w:r>
    </w:p>
    <w:p/>
    <w:p>
      <w:r>
        <w:rPr>
          <w:b/>
          <w:sz w:val="24"/>
        </w:rPr>
        <w:t>Câu 4: Hoạt động tiêu dùng có vai trò gì?</w:t>
      </w:r>
    </w:p>
    <w:p>
      <w:pPr>
        <w:pStyle w:val="ListParagraph"/>
      </w:pPr>
      <w:r>
        <w:rPr>
          <w:sz w:val="22"/>
        </w:rPr>
        <w:t>A. Là mục đích của sản xuất, tạo động lực cho sản xuất phát triển.</w:t>
      </w:r>
    </w:p>
    <w:p>
      <w:pPr>
        <w:pStyle w:val="ListParagraph"/>
      </w:pPr>
      <w:r>
        <w:rPr>
          <w:sz w:val="22"/>
        </w:rPr>
        <w:t>B. Là cơ sở để phân phối hàng hóa.</w:t>
      </w:r>
    </w:p>
    <w:p>
      <w:pPr>
        <w:pStyle w:val="ListParagraph"/>
      </w:pPr>
      <w:r>
        <w:rPr>
          <w:sz w:val="22"/>
        </w:rPr>
        <w:t>C. Quyết định giá cả thị trường.</w:t>
      </w:r>
    </w:p>
    <w:p>
      <w:pPr>
        <w:pStyle w:val="ListParagraph"/>
      </w:pPr>
      <w:r>
        <w:rPr>
          <w:sz w:val="22"/>
        </w:rPr>
        <w:t>D. Thay thế hoàn toàn hoạt động sản xuất.</w:t>
      </w:r>
    </w:p>
    <w:p/>
    <w:p>
      <w:r>
        <w:rPr>
          <w:b/>
          <w:sz w:val="24"/>
        </w:rPr>
        <w:t>Câu 5: Chủ thể nào sử dụng các yếu tố sản xuất để tạo ra hàng hóa, dịch vụ?</w:t>
      </w:r>
    </w:p>
    <w:p>
      <w:pPr>
        <w:pStyle w:val="ListParagraph"/>
      </w:pPr>
      <w:r>
        <w:rPr>
          <w:sz w:val="22"/>
        </w:rPr>
        <w:t>A. Chủ thể sản xuất.</w:t>
      </w:r>
    </w:p>
    <w:p>
      <w:pPr>
        <w:pStyle w:val="ListParagraph"/>
      </w:pPr>
      <w:r>
        <w:rPr>
          <w:sz w:val="22"/>
        </w:rPr>
        <w:t>B. Chủ thể tiêu dùng.</w:t>
      </w:r>
    </w:p>
    <w:p>
      <w:pPr>
        <w:pStyle w:val="ListParagraph"/>
      </w:pPr>
      <w:r>
        <w:rPr>
          <w:sz w:val="22"/>
        </w:rPr>
        <w:t>C. Chủ thể trung gian.</w:t>
      </w:r>
    </w:p>
    <w:p>
      <w:pPr>
        <w:pStyle w:val="ListParagraph"/>
      </w:pPr>
      <w:r>
        <w:rPr>
          <w:sz w:val="22"/>
        </w:rPr>
        <w:t>D. Nhà nước.</w:t>
      </w:r>
    </w:p>
    <w:p/>
    <w:p>
      <w:r>
        <w:rPr>
          <w:b/>
          <w:sz w:val="24"/>
        </w:rPr>
        <w:t>Câu 6: Mục đích chính của chủ thể sản xuất là gì?</w:t>
      </w:r>
    </w:p>
    <w:p>
      <w:pPr>
        <w:pStyle w:val="ListParagraph"/>
      </w:pPr>
      <w:r>
        <w:rPr>
          <w:sz w:val="22"/>
        </w:rPr>
        <w:t>A. Thu lợi nhuận.</w:t>
      </w:r>
    </w:p>
    <w:p>
      <w:pPr>
        <w:pStyle w:val="ListParagraph"/>
      </w:pPr>
      <w:r>
        <w:rPr>
          <w:sz w:val="22"/>
        </w:rPr>
        <w:t>B. Tiêu dùng hàng hóa.</w:t>
      </w:r>
    </w:p>
    <w:p>
      <w:pPr>
        <w:pStyle w:val="ListParagraph"/>
      </w:pPr>
      <w:r>
        <w:rPr>
          <w:sz w:val="22"/>
        </w:rPr>
        <w:t>C. Điều tiết thị trường.</w:t>
      </w:r>
    </w:p>
    <w:p>
      <w:pPr>
        <w:pStyle w:val="ListParagraph"/>
      </w:pPr>
      <w:r>
        <w:rPr>
          <w:sz w:val="22"/>
        </w:rPr>
        <w:t>D. Thu thuế.</w:t>
      </w:r>
    </w:p>
    <w:p/>
    <w:p>
      <w:r>
        <w:rPr>
          <w:b/>
          <w:sz w:val="24"/>
        </w:rPr>
        <w:t>Câu 7: Chủ thể tiêu dùng là ai?</w:t>
      </w:r>
    </w:p>
    <w:p>
      <w:pPr>
        <w:pStyle w:val="ListParagraph"/>
      </w:pPr>
      <w:r>
        <w:rPr>
          <w:sz w:val="22"/>
        </w:rPr>
        <w:t>A. Người mua hàng hóa, dịch vụ để thỏa mãn nhu cầu.</w:t>
      </w:r>
    </w:p>
    <w:p>
      <w:pPr>
        <w:pStyle w:val="ListParagraph"/>
      </w:pPr>
      <w:r>
        <w:rPr>
          <w:sz w:val="22"/>
        </w:rPr>
        <w:t>B. Người sản xuất hàng hóa.</w:t>
      </w:r>
    </w:p>
    <w:p>
      <w:pPr>
        <w:pStyle w:val="ListParagraph"/>
      </w:pPr>
      <w:r>
        <w:rPr>
          <w:sz w:val="22"/>
        </w:rPr>
        <w:t>C. Người làm nhiệm vụ phân phối.</w:t>
      </w:r>
    </w:p>
    <w:p>
      <w:pPr>
        <w:pStyle w:val="ListParagraph"/>
      </w:pPr>
      <w:r>
        <w:rPr>
          <w:sz w:val="22"/>
        </w:rPr>
        <w:t>D. Nhà nước quản lý kinh tế.</w:t>
      </w:r>
    </w:p>
    <w:p/>
    <w:p>
      <w:r>
        <w:rPr>
          <w:b/>
          <w:sz w:val="24"/>
        </w:rPr>
        <w:t>Câu 8: Chủ thể trung gian có vai trò:</w:t>
      </w:r>
    </w:p>
    <w:p>
      <w:pPr>
        <w:pStyle w:val="ListParagraph"/>
      </w:pPr>
      <w:r>
        <w:rPr>
          <w:sz w:val="22"/>
        </w:rPr>
        <w:t>A. Kết nối sản xuất với tiêu dùng.</w:t>
      </w:r>
    </w:p>
    <w:p>
      <w:pPr>
        <w:pStyle w:val="ListParagraph"/>
      </w:pPr>
      <w:r>
        <w:rPr>
          <w:sz w:val="22"/>
        </w:rPr>
        <w:t>B. Trực tiếp tạo ra hàng hóa.</w:t>
      </w:r>
    </w:p>
    <w:p>
      <w:pPr>
        <w:pStyle w:val="ListParagraph"/>
      </w:pPr>
      <w:r>
        <w:rPr>
          <w:sz w:val="22"/>
        </w:rPr>
        <w:t>C. Quyết định chính sách kinh tế.</w:t>
      </w:r>
    </w:p>
    <w:p>
      <w:pPr>
        <w:pStyle w:val="ListParagraph"/>
      </w:pPr>
      <w:r>
        <w:rPr>
          <w:sz w:val="22"/>
        </w:rPr>
        <w:t>D. Tiêu dùng hàng hóa.</w:t>
      </w:r>
    </w:p>
    <w:p/>
    <w:p>
      <w:r>
        <w:rPr>
          <w:b/>
          <w:sz w:val="24"/>
        </w:rPr>
        <w:t>Câu 9: Nhà nước có vai trò gì trong nền kinh tế?</w:t>
      </w:r>
    </w:p>
    <w:p>
      <w:pPr>
        <w:pStyle w:val="ListParagraph"/>
      </w:pPr>
      <w:r>
        <w:rPr>
          <w:sz w:val="22"/>
        </w:rPr>
        <w:t>A. Tạo môi trường pháp lý, điều tiết, định hướng và hỗ trợ phát triển kinh tế.</w:t>
      </w:r>
    </w:p>
    <w:p>
      <w:pPr>
        <w:pStyle w:val="ListParagraph"/>
      </w:pPr>
      <w:r>
        <w:rPr>
          <w:sz w:val="22"/>
        </w:rPr>
        <w:t>B. Trực tiếp sản xuất tất cả hàng hóa.</w:t>
      </w:r>
    </w:p>
    <w:p>
      <w:pPr>
        <w:pStyle w:val="ListParagraph"/>
      </w:pPr>
      <w:r>
        <w:rPr>
          <w:sz w:val="22"/>
        </w:rPr>
        <w:t>C. Thay thế người tiêu dùng.</w:t>
      </w:r>
    </w:p>
    <w:p>
      <w:pPr>
        <w:pStyle w:val="ListParagraph"/>
      </w:pPr>
      <w:r>
        <w:rPr>
          <w:sz w:val="22"/>
        </w:rPr>
        <w:t>D. Quyết định mọi giá cả.</w:t>
      </w:r>
    </w:p>
    <w:p/>
    <w:p>
      <w:r>
        <w:rPr>
          <w:b/>
          <w:sz w:val="24"/>
        </w:rPr>
        <w:t>Câu 10: Chủ thể nào đóng vai trò quản lý, điều tiết nền kinh tế?</w:t>
      </w:r>
    </w:p>
    <w:p>
      <w:pPr>
        <w:pStyle w:val="ListParagraph"/>
      </w:pPr>
      <w:r>
        <w:rPr>
          <w:sz w:val="22"/>
        </w:rPr>
        <w:t>A. Nhà nước.</w:t>
      </w:r>
    </w:p>
    <w:p>
      <w:pPr>
        <w:pStyle w:val="ListParagraph"/>
      </w:pPr>
      <w:r>
        <w:rPr>
          <w:sz w:val="22"/>
        </w:rPr>
        <w:t>B. Doanh nghiệp.</w:t>
      </w:r>
    </w:p>
    <w:p>
      <w:pPr>
        <w:pStyle w:val="ListParagraph"/>
      </w:pPr>
      <w:r>
        <w:rPr>
          <w:sz w:val="22"/>
        </w:rPr>
        <w:t>C. Người tiêu dùng.</w:t>
      </w:r>
    </w:p>
    <w:p>
      <w:pPr>
        <w:pStyle w:val="ListParagraph"/>
      </w:pPr>
      <w:r>
        <w:rPr>
          <w:sz w:val="22"/>
        </w:rPr>
        <w:t>D. Thương lái.</w:t>
      </w:r>
    </w:p>
    <w:p/>
    <w:p>
      <w:r>
        <w:rPr>
          <w:b/>
          <w:sz w:val="24"/>
        </w:rPr>
        <w:t>Câu 11: Trong nền kinh tế, chủ thể sản xuất bao gồm:</w:t>
      </w:r>
    </w:p>
    <w:p>
      <w:pPr>
        <w:pStyle w:val="ListParagraph"/>
      </w:pPr>
      <w:r>
        <w:rPr>
          <w:sz w:val="22"/>
        </w:rPr>
        <w:t>A. Doanh nghiệp, hộ gia đình, cá nhân sản xuất.</w:t>
      </w:r>
    </w:p>
    <w:p>
      <w:pPr>
        <w:pStyle w:val="ListParagraph"/>
      </w:pPr>
      <w:r>
        <w:rPr>
          <w:sz w:val="22"/>
        </w:rPr>
        <w:t>B. Người mua hàng.</w:t>
      </w:r>
    </w:p>
    <w:p>
      <w:pPr>
        <w:pStyle w:val="ListParagraph"/>
      </w:pPr>
      <w:r>
        <w:rPr>
          <w:sz w:val="22"/>
        </w:rPr>
        <w:t>C. Nhà nước và người tiêu dùng.</w:t>
      </w:r>
    </w:p>
    <w:p>
      <w:pPr>
        <w:pStyle w:val="ListParagraph"/>
      </w:pPr>
      <w:r>
        <w:rPr>
          <w:sz w:val="22"/>
        </w:rPr>
        <w:t>D. Các tổ chức chính trị.</w:t>
      </w:r>
    </w:p>
    <w:p/>
    <w:p>
      <w:r>
        <w:rPr>
          <w:b/>
          <w:sz w:val="24"/>
        </w:rPr>
        <w:t>Câu 12: Chủ thể tiêu dùng có vai trò nào sau đây?</w:t>
      </w:r>
    </w:p>
    <w:p>
      <w:pPr>
        <w:pStyle w:val="ListParagraph"/>
      </w:pPr>
      <w:r>
        <w:rPr>
          <w:sz w:val="22"/>
        </w:rPr>
        <w:t>A. Định hướng, tạo động lực cho sản xuất.</w:t>
      </w:r>
    </w:p>
    <w:p>
      <w:pPr>
        <w:pStyle w:val="ListParagraph"/>
      </w:pPr>
      <w:r>
        <w:rPr>
          <w:sz w:val="22"/>
        </w:rPr>
        <w:t>B. Quản lý nhà nước về kinh tế.</w:t>
      </w:r>
    </w:p>
    <w:p>
      <w:pPr>
        <w:pStyle w:val="ListParagraph"/>
      </w:pPr>
      <w:r>
        <w:rPr>
          <w:sz w:val="22"/>
        </w:rPr>
        <w:t>C. Phân phối hàng hóa.</w:t>
      </w:r>
    </w:p>
    <w:p>
      <w:pPr>
        <w:pStyle w:val="ListParagraph"/>
      </w:pPr>
      <w:r>
        <w:rPr>
          <w:sz w:val="22"/>
        </w:rPr>
        <w:t>D. Sản xuất nguyên liệu.</w:t>
      </w:r>
    </w:p>
    <w:p/>
    <w:p>
      <w:r>
        <w:rPr>
          <w:b/>
          <w:sz w:val="24"/>
        </w:rPr>
        <w:t>Câu 13: Mối quan hệ giữa sản xuất và tiêu dùng là:</w:t>
      </w:r>
    </w:p>
    <w:p>
      <w:pPr>
        <w:pStyle w:val="ListParagraph"/>
      </w:pPr>
      <w:r>
        <w:rPr>
          <w:sz w:val="22"/>
        </w:rPr>
        <w:t>A. Sản xuất quyết định tiêu dùng, tiêu dùng tác động trở lại sản xuất.</w:t>
      </w:r>
    </w:p>
    <w:p>
      <w:pPr>
        <w:pStyle w:val="ListParagraph"/>
      </w:pPr>
      <w:r>
        <w:rPr>
          <w:sz w:val="22"/>
        </w:rPr>
        <w:t>B. Tiêu dùng quyết định hoàn toàn sản xuất.</w:t>
      </w:r>
    </w:p>
    <w:p>
      <w:pPr>
        <w:pStyle w:val="ListParagraph"/>
      </w:pPr>
      <w:r>
        <w:rPr>
          <w:sz w:val="22"/>
        </w:rPr>
        <w:t>C. Sản xuất và tiêu dùng không liên quan.</w:t>
      </w:r>
    </w:p>
    <w:p>
      <w:pPr>
        <w:pStyle w:val="ListParagraph"/>
      </w:pPr>
      <w:r>
        <w:rPr>
          <w:sz w:val="22"/>
        </w:rPr>
        <w:t>D. Tiêu dùng đi trước sản xuất.</w:t>
      </w:r>
    </w:p>
    <w:p/>
    <w:p>
      <w:r>
        <w:rPr>
          <w:b/>
          <w:sz w:val="24"/>
        </w:rPr>
        <w:t>Câu 14: Hoạt động phân phối trong nền kinh tế là:</w:t>
      </w:r>
    </w:p>
    <w:p>
      <w:pPr>
        <w:pStyle w:val="ListParagraph"/>
      </w:pPr>
      <w:r>
        <w:rPr>
          <w:sz w:val="22"/>
        </w:rPr>
        <w:t>A. Phân chia nguồn lực, sản phẩm cho các chủ thể.</w:t>
      </w:r>
    </w:p>
    <w:p>
      <w:pPr>
        <w:pStyle w:val="ListParagraph"/>
      </w:pPr>
      <w:r>
        <w:rPr>
          <w:sz w:val="22"/>
        </w:rPr>
        <w:t>B. Mua bán hàng hóa.</w:t>
      </w:r>
    </w:p>
    <w:p>
      <w:pPr>
        <w:pStyle w:val="ListParagraph"/>
      </w:pPr>
      <w:r>
        <w:rPr>
          <w:sz w:val="22"/>
        </w:rPr>
        <w:t>C. Sản xuất hàng hóa.</w:t>
      </w:r>
    </w:p>
    <w:p>
      <w:pPr>
        <w:pStyle w:val="ListParagraph"/>
      </w:pPr>
      <w:r>
        <w:rPr>
          <w:sz w:val="22"/>
        </w:rPr>
        <w:t>D. Tiêu dùng hàng hóa.</w:t>
      </w:r>
    </w:p>
    <w:p/>
    <w:p>
      <w:r>
        <w:rPr>
          <w:b/>
          <w:sz w:val="24"/>
        </w:rPr>
        <w:t>Câu 15: Hoạt động trao đổi trong nền kinh tế là:</w:t>
      </w:r>
    </w:p>
    <w:p>
      <w:pPr>
        <w:pStyle w:val="ListParagraph"/>
      </w:pPr>
      <w:r>
        <w:rPr>
          <w:sz w:val="22"/>
        </w:rPr>
        <w:t>A. Mua bán, trao đổi hàng hóa, dịch vụ.</w:t>
      </w:r>
    </w:p>
    <w:p>
      <w:pPr>
        <w:pStyle w:val="ListParagraph"/>
      </w:pPr>
      <w:r>
        <w:rPr>
          <w:sz w:val="22"/>
        </w:rPr>
        <w:t>B. Sản xuất hàng hóa.</w:t>
      </w:r>
    </w:p>
    <w:p>
      <w:pPr>
        <w:pStyle w:val="ListParagraph"/>
      </w:pPr>
      <w:r>
        <w:rPr>
          <w:sz w:val="22"/>
        </w:rPr>
        <w:t>C. Phân chia hàng hóa.</w:t>
      </w:r>
    </w:p>
    <w:p>
      <w:pPr>
        <w:pStyle w:val="ListParagraph"/>
      </w:pPr>
      <w:r>
        <w:rPr>
          <w:sz w:val="22"/>
        </w:rPr>
        <w:t>D. Tiêu hủy hàng hóa.</w:t>
      </w:r>
    </w:p>
    <w:p/>
    <w:p>
      <w:r>
        <w:rPr>
          <w:b/>
          <w:sz w:val="24"/>
        </w:rPr>
        <w:t>Câu 16: Vai trò của chủ thể trung gian trong nền kinh tế giúp:</w:t>
      </w:r>
    </w:p>
    <w:p>
      <w:pPr>
        <w:pStyle w:val="ListParagraph"/>
      </w:pPr>
      <w:r>
        <w:rPr>
          <w:sz w:val="22"/>
        </w:rPr>
        <w:t>A. Lưu thông hàng hóa từ sản xuất đến tiêu dùng.</w:t>
      </w:r>
    </w:p>
    <w:p>
      <w:pPr>
        <w:pStyle w:val="ListParagraph"/>
      </w:pPr>
      <w:r>
        <w:rPr>
          <w:sz w:val="22"/>
        </w:rPr>
        <w:t>B. Làm giảm giá trị hàng hóa.</w:t>
      </w:r>
    </w:p>
    <w:p>
      <w:pPr>
        <w:pStyle w:val="ListParagraph"/>
      </w:pPr>
      <w:r>
        <w:rPr>
          <w:sz w:val="22"/>
        </w:rPr>
        <w:t>C. Thay thế Nhà nước.</w:t>
      </w:r>
    </w:p>
    <w:p>
      <w:pPr>
        <w:pStyle w:val="ListParagraph"/>
      </w:pPr>
      <w:r>
        <w:rPr>
          <w:sz w:val="22"/>
        </w:rPr>
        <w:t>D. Tăng chi phí tiêu dùng.</w:t>
      </w:r>
    </w:p>
    <w:p/>
    <w:p>
      <w:r>
        <w:rPr>
          <w:b/>
          <w:sz w:val="24"/>
        </w:rPr>
        <w:t>Câu 17: Nhà nước thực hiện quản lý kinh tế bằng công cụ nào?</w:t>
      </w:r>
    </w:p>
    <w:p>
      <w:pPr>
        <w:pStyle w:val="ListParagraph"/>
      </w:pPr>
      <w:r>
        <w:rPr>
          <w:sz w:val="22"/>
        </w:rPr>
        <w:t>A. Pháp luật, chính sách kinh tế.</w:t>
      </w:r>
    </w:p>
    <w:p>
      <w:pPr>
        <w:pStyle w:val="ListParagraph"/>
      </w:pPr>
      <w:r>
        <w:rPr>
          <w:sz w:val="22"/>
        </w:rPr>
        <w:t>B. Quảng cáo.</w:t>
      </w:r>
    </w:p>
    <w:p>
      <w:pPr>
        <w:pStyle w:val="ListParagraph"/>
      </w:pPr>
      <w:r>
        <w:rPr>
          <w:sz w:val="22"/>
        </w:rPr>
        <w:t>C. Sản xuất hàng hóa.</w:t>
      </w:r>
    </w:p>
    <w:p>
      <w:pPr>
        <w:pStyle w:val="ListParagraph"/>
      </w:pPr>
      <w:r>
        <w:rPr>
          <w:sz w:val="22"/>
        </w:rPr>
        <w:t>D. Tiêu dùng hàng hóa.</w:t>
      </w:r>
    </w:p>
    <w:p/>
    <w:p>
      <w:r>
        <w:rPr>
          <w:b/>
          <w:sz w:val="24"/>
        </w:rPr>
        <w:t>Câu 18: Chủ thể nào cần có trách nhiệm bảo vệ môi trường trong sản xuất?</w:t>
      </w:r>
    </w:p>
    <w:p>
      <w:pPr>
        <w:pStyle w:val="ListParagraph"/>
      </w:pPr>
      <w:r>
        <w:rPr>
          <w:sz w:val="22"/>
        </w:rPr>
        <w:t>A. Chủ thể sản xuất.</w:t>
      </w:r>
    </w:p>
    <w:p>
      <w:pPr>
        <w:pStyle w:val="ListParagraph"/>
      </w:pPr>
      <w:r>
        <w:rPr>
          <w:sz w:val="22"/>
        </w:rPr>
        <w:t>B. Chỉ Nhà nước.</w:t>
      </w:r>
    </w:p>
    <w:p>
      <w:pPr>
        <w:pStyle w:val="ListParagraph"/>
      </w:pPr>
      <w:r>
        <w:rPr>
          <w:sz w:val="22"/>
        </w:rPr>
        <w:t>C. Chỉ người tiêu dùng.</w:t>
      </w:r>
    </w:p>
    <w:p>
      <w:pPr>
        <w:pStyle w:val="ListParagraph"/>
      </w:pPr>
      <w:r>
        <w:rPr>
          <w:sz w:val="22"/>
        </w:rPr>
        <w:t>D. Chủ thể trung gian.</w:t>
      </w:r>
    </w:p>
    <w:p/>
    <w:p>
      <w:r>
        <w:rPr>
          <w:b/>
          <w:sz w:val="24"/>
        </w:rPr>
        <w:t>Câu 19: Người tiêu dùng thông thái cần:</w:t>
      </w:r>
    </w:p>
    <w:p>
      <w:pPr>
        <w:pStyle w:val="ListParagraph"/>
      </w:pPr>
      <w:r>
        <w:rPr>
          <w:sz w:val="22"/>
        </w:rPr>
        <w:t>A. Lựa chọn hàng hóa phù hợp, an toàn, có trách nhiệm.</w:t>
      </w:r>
    </w:p>
    <w:p>
      <w:pPr>
        <w:pStyle w:val="ListParagraph"/>
      </w:pPr>
      <w:r>
        <w:rPr>
          <w:sz w:val="22"/>
        </w:rPr>
        <w:t>B. Mua hàng không cần quan tâm chất lượng.</w:t>
      </w:r>
    </w:p>
    <w:p>
      <w:pPr>
        <w:pStyle w:val="ListParagraph"/>
      </w:pPr>
      <w:r>
        <w:rPr>
          <w:sz w:val="22"/>
        </w:rPr>
        <w:t>C. Chỉ mua hàng giá rẻ.</w:t>
      </w:r>
    </w:p>
    <w:p>
      <w:pPr>
        <w:pStyle w:val="ListParagraph"/>
      </w:pPr>
      <w:r>
        <w:rPr>
          <w:sz w:val="22"/>
        </w:rPr>
        <w:t>D. Tiêu dùng lãng phí.</w:t>
      </w:r>
    </w:p>
    <w:p/>
    <w:p>
      <w:r>
        <w:rPr>
          <w:b/>
          <w:sz w:val="24"/>
        </w:rPr>
        <w:t>Câu 20: Nền kinh tế của một quốc gia phát triển bền vững cần:</w:t>
      </w:r>
    </w:p>
    <w:p>
      <w:pPr>
        <w:pStyle w:val="ListParagraph"/>
      </w:pPr>
      <w:r>
        <w:rPr>
          <w:sz w:val="22"/>
        </w:rPr>
        <w:t>A. Sự tham gia hiệu quả của các chủ thể.</w:t>
      </w:r>
    </w:p>
    <w:p>
      <w:pPr>
        <w:pStyle w:val="ListParagraph"/>
      </w:pPr>
      <w:r>
        <w:rPr>
          <w:sz w:val="22"/>
        </w:rPr>
        <w:t>B. Chỉ có Nhà nước.</w:t>
      </w:r>
    </w:p>
    <w:p>
      <w:pPr>
        <w:pStyle w:val="ListParagraph"/>
      </w:pPr>
      <w:r>
        <w:rPr>
          <w:sz w:val="22"/>
        </w:rPr>
        <w:t>C. Chỉ có doanh nghiệp.</w:t>
      </w:r>
    </w:p>
    <w:p>
      <w:pPr>
        <w:pStyle w:val="ListParagraph"/>
      </w:pPr>
      <w:r>
        <w:rPr>
          <w:sz w:val="22"/>
        </w:rPr>
        <w:t>D. Chỉ có người tiêu dùng.</w:t>
      </w:r>
    </w:p>
    <w:p/>
    <w:p>
      <w:r>
        <w:rPr>
          <w:b/>
          <w:sz w:val="24"/>
        </w:rPr>
        <w:t>Câu 21: Trong nền kinh tế thị trường, chủ thể sản xuất phải chịu sự cạnh tranh và:</w:t>
      </w:r>
    </w:p>
    <w:p>
      <w:pPr>
        <w:pStyle w:val="ListParagraph"/>
      </w:pPr>
      <w:r>
        <w:rPr>
          <w:sz w:val="22"/>
        </w:rPr>
        <w:t>A. Đáp ứng nhu cầu thị trường.</w:t>
      </w:r>
    </w:p>
    <w:p>
      <w:pPr>
        <w:pStyle w:val="ListParagraph"/>
      </w:pPr>
      <w:r>
        <w:rPr>
          <w:sz w:val="22"/>
        </w:rPr>
        <w:t>B. Không cần đổi mới.</w:t>
      </w:r>
    </w:p>
    <w:p>
      <w:pPr>
        <w:pStyle w:val="ListParagraph"/>
      </w:pPr>
      <w:r>
        <w:rPr>
          <w:sz w:val="22"/>
        </w:rPr>
        <w:t>C. Chỉ sản xuất theo ý mình.</w:t>
      </w:r>
    </w:p>
    <w:p>
      <w:pPr>
        <w:pStyle w:val="ListParagraph"/>
      </w:pPr>
      <w:r>
        <w:rPr>
          <w:sz w:val="22"/>
        </w:rPr>
        <w:t>D. Phớt lờ người tiêu dùng.</w:t>
      </w:r>
    </w:p>
    <w:p/>
    <w:p>
      <w:r>
        <w:rPr>
          <w:b/>
          <w:sz w:val="24"/>
        </w:rPr>
        <w:t>Câu 22: Một ví dụ về chủ thể trung gian là:</w:t>
      </w:r>
    </w:p>
    <w:p>
      <w:pPr>
        <w:pStyle w:val="ListParagraph"/>
      </w:pPr>
      <w:r>
        <w:rPr>
          <w:sz w:val="22"/>
        </w:rPr>
        <w:t>A. Đại lý, siêu thị, thương lái.</w:t>
      </w:r>
    </w:p>
    <w:p>
      <w:pPr>
        <w:pStyle w:val="ListParagraph"/>
      </w:pPr>
      <w:r>
        <w:rPr>
          <w:sz w:val="22"/>
        </w:rPr>
        <w:t>B. Nhà máy sản xuất.</w:t>
      </w:r>
    </w:p>
    <w:p>
      <w:pPr>
        <w:pStyle w:val="ListParagraph"/>
      </w:pPr>
      <w:r>
        <w:rPr>
          <w:sz w:val="22"/>
        </w:rPr>
        <w:t>C. Người tiêu dùng.</w:t>
      </w:r>
    </w:p>
    <w:p>
      <w:pPr>
        <w:pStyle w:val="ListParagraph"/>
      </w:pPr>
      <w:r>
        <w:rPr>
          <w:sz w:val="22"/>
        </w:rPr>
        <w:t>D. Cơ quan thuế.</w:t>
      </w:r>
    </w:p>
    <w:p/>
    <w:p>
      <w:r>
        <w:rPr>
          <w:b/>
          <w:sz w:val="24"/>
        </w:rPr>
        <w:t>Câu 23: Mục tiêu của Nhà nước khi điều tiết kinh tế là:</w:t>
      </w:r>
    </w:p>
    <w:p>
      <w:pPr>
        <w:pStyle w:val="ListParagraph"/>
      </w:pPr>
      <w:r>
        <w:rPr>
          <w:sz w:val="22"/>
        </w:rPr>
        <w:t>A. Ổn định kinh tế, thúc đẩy phát triển, đảm bảo công bằng xã hội.</w:t>
      </w:r>
    </w:p>
    <w:p>
      <w:pPr>
        <w:pStyle w:val="ListParagraph"/>
      </w:pPr>
      <w:r>
        <w:rPr>
          <w:sz w:val="22"/>
        </w:rPr>
        <w:t>B. Tối đa hóa lợi nhuận.</w:t>
      </w:r>
    </w:p>
    <w:p>
      <w:pPr>
        <w:pStyle w:val="ListParagraph"/>
      </w:pPr>
      <w:r>
        <w:rPr>
          <w:sz w:val="22"/>
        </w:rPr>
        <w:t>C. Loại bỏ cạnh tranh.</w:t>
      </w:r>
    </w:p>
    <w:p>
      <w:pPr>
        <w:pStyle w:val="ListParagraph"/>
      </w:pPr>
      <w:r>
        <w:rPr>
          <w:sz w:val="22"/>
        </w:rPr>
        <w:t>D. Thay thế doanh nghiệp.</w:t>
      </w:r>
    </w:p>
    <w:p/>
    <w:p>
      <w:r>
        <w:rPr>
          <w:b/>
          <w:sz w:val="24"/>
        </w:rPr>
        <w:t>Câu 24: Các chủ thể của nền kinh tế gồm:</w:t>
      </w:r>
    </w:p>
    <w:p>
      <w:pPr>
        <w:pStyle w:val="ListParagraph"/>
      </w:pPr>
      <w:r>
        <w:rPr>
          <w:sz w:val="22"/>
        </w:rPr>
        <w:t>A. Chủ thể sản xuất, chủ thể tiêu dùng, chủ thể trung gian, Nhà nước.</w:t>
      </w:r>
    </w:p>
    <w:p>
      <w:pPr>
        <w:pStyle w:val="ListParagraph"/>
      </w:pPr>
      <w:r>
        <w:rPr>
          <w:sz w:val="22"/>
        </w:rPr>
        <w:t>B. Sản xuất, phân phối, trao đổi, tiêu dùng.</w:t>
      </w:r>
    </w:p>
    <w:p>
      <w:pPr>
        <w:pStyle w:val="ListParagraph"/>
      </w:pPr>
      <w:r>
        <w:rPr>
          <w:sz w:val="22"/>
        </w:rPr>
        <w:t>C. Doanh nghiệp, người lao động, người tiêu dùng.</w:t>
      </w:r>
    </w:p>
    <w:p>
      <w:pPr>
        <w:pStyle w:val="ListParagraph"/>
      </w:pPr>
      <w:r>
        <w:rPr>
          <w:sz w:val="22"/>
        </w:rPr>
        <w:t>D. Nhà nước, tổ chức xã hội, doanh nghiệp.</w:t>
      </w:r>
    </w:p>
    <w:p/>
    <w:p>
      <w:r>
        <w:rPr>
          <w:b/>
          <w:sz w:val="24"/>
        </w:rPr>
        <w:t>Câu 25: Nhà nước là chủ thể duy nhất quản lý nền kinh tế.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26: Tiêu dùng là mục đích của sản xuất và tạo động lực cho sản xuất.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27: Chủ thể trung gian trực tiếp tạo ra hàng hóa, dịch vụ.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28: Người tiêu dùng có vai trò định hướng, tạo động lực cho sản xuất phát triển.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