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ĐỀ TOÁN LỚP 10 GK 1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Tính giá trị của biểu thức $A = \frac{1}{2} + \frac{1}{3} - \frac{1}{6}$.</w:t>
      </w:r>
    </w:p>
    <w:p>
      <w:pPr>
        <w:pStyle w:val="ListParagraph"/>
      </w:pPr>
      <w:r>
        <w:rPr>
          <w:sz w:val="22"/>
        </w:rPr>
        <w:t>A. $\frac{2}{3}$</w:t>
      </w:r>
    </w:p>
    <w:p>
      <w:pPr>
        <w:pStyle w:val="ListParagraph"/>
      </w:pPr>
      <w:r>
        <w:rPr>
          <w:sz w:val="22"/>
        </w:rPr>
        <w:t>B. $\frac{1}{3}$</w:t>
      </w:r>
    </w:p>
    <w:p>
      <w:pPr>
        <w:pStyle w:val="ListParagraph"/>
      </w:pPr>
      <w:r>
        <w:rPr>
          <w:sz w:val="22"/>
        </w:rPr>
        <w:t>C. $\frac{5}{6}$</w:t>
      </w:r>
    </w:p>
    <w:p>
      <w:pPr>
        <w:pStyle w:val="ListParagraph"/>
      </w:pPr>
      <w:r>
        <w:rPr>
          <w:sz w:val="22"/>
        </w:rPr>
        <w:t>D. $\frac{1}{2}$</w:t>
      </w:r>
    </w:p>
    <w:p/>
    <w:p>
      <w:r>
        <w:rPr>
          <w:b/>
          <w:sz w:val="24"/>
        </w:rPr>
        <w:t>Câu 2: Giải phương trình $2x - 5 = 3$.</w:t>
      </w:r>
    </w:p>
    <w:p>
      <w:pPr>
        <w:pStyle w:val="ListParagraph"/>
      </w:pPr>
      <w:r>
        <w:rPr>
          <w:sz w:val="22"/>
        </w:rPr>
        <w:t>A. $x = 1$</w:t>
      </w:r>
    </w:p>
    <w:p>
      <w:pPr>
        <w:pStyle w:val="ListParagraph"/>
      </w:pPr>
      <w:r>
        <w:rPr>
          <w:sz w:val="22"/>
        </w:rPr>
        <w:t>B. $x = 2$</w:t>
      </w:r>
    </w:p>
    <w:p>
      <w:pPr>
        <w:pStyle w:val="ListParagraph"/>
      </w:pPr>
      <w:r>
        <w:rPr>
          <w:sz w:val="22"/>
        </w:rPr>
        <w:t>C. $x = 3$</w:t>
      </w:r>
    </w:p>
    <w:p>
      <w:pPr>
        <w:pStyle w:val="ListParagraph"/>
      </w:pPr>
      <w:r>
        <w:rPr>
          <w:sz w:val="22"/>
        </w:rPr>
        <w:t>D. $x = 4$</w:t>
      </w:r>
    </w:p>
    <w:p/>
    <w:p>
      <w:r>
        <w:rPr>
          <w:b/>
          <w:sz w:val="24"/>
        </w:rPr>
        <w:t>Câu 3: Cho tam giác $ABC$ vuông tại $A$, biết $AB = 3$ cm, $AC = 4$ cm. Tính độ dài cạnh $BC$.</w:t>
      </w:r>
    </w:p>
    <w:p>
      <w:pPr>
        <w:pStyle w:val="ListParagraph"/>
      </w:pPr>
      <w:r>
        <w:rPr>
          <w:sz w:val="22"/>
        </w:rPr>
        <w:t>A. $5$ cm</w:t>
      </w:r>
    </w:p>
    <w:p>
      <w:pPr>
        <w:pStyle w:val="ListParagraph"/>
      </w:pPr>
      <w:r>
        <w:rPr>
          <w:sz w:val="22"/>
        </w:rPr>
        <w:t>B. $6$ cm</w:t>
      </w:r>
    </w:p>
    <w:p>
      <w:pPr>
        <w:pStyle w:val="ListParagraph"/>
      </w:pPr>
      <w:r>
        <w:rPr>
          <w:sz w:val="22"/>
        </w:rPr>
        <w:t>C. $7$ cm</w:t>
      </w:r>
    </w:p>
    <w:p>
      <w:pPr>
        <w:pStyle w:val="ListParagraph"/>
      </w:pPr>
      <w:r>
        <w:rPr>
          <w:sz w:val="22"/>
        </w:rPr>
        <w:t>D. $8$ cm</w:t>
      </w:r>
    </w:p>
    <w:p/>
    <w:p>
      <w:r>
        <w:rPr>
          <w:b/>
          <w:sz w:val="24"/>
        </w:rPr>
        <w:t>Câu 4: Rút gọn biểu thức $B = \sqrt{12} + \sqrt{27} - \sqrt{3}$.</w:t>
      </w:r>
    </w:p>
    <w:p>
      <w:pPr>
        <w:pStyle w:val="ListParagraph"/>
      </w:pPr>
      <w:r>
        <w:rPr>
          <w:sz w:val="22"/>
        </w:rPr>
        <w:t>A. $4\sqrt{3}$</w:t>
      </w:r>
    </w:p>
    <w:p>
      <w:pPr>
        <w:pStyle w:val="ListParagraph"/>
      </w:pPr>
      <w:r>
        <w:rPr>
          <w:sz w:val="22"/>
        </w:rPr>
        <w:t>B. $5\sqrt{3}$</w:t>
      </w:r>
    </w:p>
    <w:p>
      <w:pPr>
        <w:pStyle w:val="ListParagraph"/>
      </w:pPr>
      <w:r>
        <w:rPr>
          <w:sz w:val="22"/>
        </w:rPr>
        <w:t>C. $6\sqrt{3}$</w:t>
      </w:r>
    </w:p>
    <w:p>
      <w:pPr>
        <w:pStyle w:val="ListParagraph"/>
      </w:pPr>
      <w:r>
        <w:rPr>
          <w:sz w:val="22"/>
        </w:rPr>
        <w:t>D. $7\sqrt{3}$</w:t>
      </w:r>
    </w:p>
    <w:p/>
    <w:p>
      <w:r>
        <w:rPr>
          <w:b/>
          <w:sz w:val="24"/>
        </w:rPr>
        <w:t>Câu 5: Tìm $x$ biết $\frac{x}{3} = \frac{4}{6}$.</w:t>
      </w:r>
    </w:p>
    <w:p>
      <w:pPr>
        <w:pStyle w:val="ListParagraph"/>
      </w:pPr>
      <w:r>
        <w:rPr>
          <w:sz w:val="22"/>
        </w:rPr>
        <w:t>A. $x = 1$</w:t>
      </w:r>
    </w:p>
    <w:p>
      <w:pPr>
        <w:pStyle w:val="ListParagraph"/>
      </w:pPr>
      <w:r>
        <w:rPr>
          <w:sz w:val="22"/>
        </w:rPr>
        <w:t>B. $x = 2$</w:t>
      </w:r>
    </w:p>
    <w:p>
      <w:pPr>
        <w:pStyle w:val="ListParagraph"/>
      </w:pPr>
      <w:r>
        <w:rPr>
          <w:sz w:val="22"/>
        </w:rPr>
        <w:t>C. $x = 3$</w:t>
      </w:r>
    </w:p>
    <w:p>
      <w:pPr>
        <w:pStyle w:val="ListParagraph"/>
      </w:pPr>
      <w:r>
        <w:rPr>
          <w:sz w:val="22"/>
        </w:rPr>
        <w:t>D. $x = 4$</w:t>
      </w:r>
    </w:p>
    <w:p/>
    <w:p>
      <w:r>
        <w:rPr>
          <w:b/>
          <w:sz w:val="24"/>
        </w:rPr>
        <w:t>Câu 6: Cho hàm số $y = 2x + 1$. Tính $y$ khi $x = 3$.</w:t>
      </w:r>
    </w:p>
    <w:p>
      <w:pPr>
        <w:pStyle w:val="ListParagraph"/>
      </w:pPr>
      <w:r>
        <w:rPr>
          <w:sz w:val="22"/>
        </w:rPr>
        <w:t>A. $5$</w:t>
      </w:r>
    </w:p>
    <w:p>
      <w:pPr>
        <w:pStyle w:val="ListParagraph"/>
      </w:pPr>
      <w:r>
        <w:rPr>
          <w:sz w:val="22"/>
        </w:rPr>
        <w:t>B. $6$</w:t>
      </w:r>
    </w:p>
    <w:p>
      <w:pPr>
        <w:pStyle w:val="ListParagraph"/>
      </w:pPr>
      <w:r>
        <w:rPr>
          <w:sz w:val="22"/>
        </w:rPr>
        <w:t>C. $7$</w:t>
      </w:r>
    </w:p>
    <w:p>
      <w:pPr>
        <w:pStyle w:val="ListParagraph"/>
      </w:pPr>
      <w:r>
        <w:rPr>
          <w:sz w:val="22"/>
        </w:rPr>
        <w:t>D. $8$</w:t>
      </w:r>
    </w:p>
    <w:p/>
    <w:p>
      <w:r>
        <w:rPr>
          <w:b/>
          <w:sz w:val="24"/>
        </w:rPr>
        <w:t>Câu 7: Giải hệ phương trình $\begin{cases} x + y = 5 \\ x - y = 1 \end{cases}$.</w:t>
      </w:r>
    </w:p>
    <w:p>
      <w:pPr>
        <w:pStyle w:val="ListParagraph"/>
      </w:pPr>
      <w:r>
        <w:rPr>
          <w:sz w:val="22"/>
        </w:rPr>
        <w:t>A. $(x; y) = (3; 2)$</w:t>
      </w:r>
    </w:p>
    <w:p>
      <w:pPr>
        <w:pStyle w:val="ListParagraph"/>
      </w:pPr>
      <w:r>
        <w:rPr>
          <w:sz w:val="22"/>
        </w:rPr>
        <w:t>B. $(x; y) = (2; 3)$</w:t>
      </w:r>
    </w:p>
    <w:p>
      <w:pPr>
        <w:pStyle w:val="ListParagraph"/>
      </w:pPr>
      <w:r>
        <w:rPr>
          <w:sz w:val="22"/>
        </w:rPr>
        <w:t>C. $(x; y) = (4; 1)$</w:t>
      </w:r>
    </w:p>
    <w:p>
      <w:pPr>
        <w:pStyle w:val="ListParagraph"/>
      </w:pPr>
      <w:r>
        <w:rPr>
          <w:sz w:val="22"/>
        </w:rPr>
        <w:t>D. $(x; y) = (1; 4)$</w:t>
      </w:r>
    </w:p>
    <w:p/>
    <w:p>
      <w:r>
        <w:rPr>
          <w:b/>
          <w:sz w:val="24"/>
        </w:rPr>
        <w:t>Câu 8: Tính diện tích hình tròn có bán kính $r = 2$ cm.</w:t>
      </w:r>
    </w:p>
    <w:p>
      <w:pPr>
        <w:pStyle w:val="ListParagraph"/>
      </w:pPr>
      <w:r>
        <w:rPr>
          <w:sz w:val="22"/>
        </w:rPr>
        <w:t>A. $2\pi$ cm$^2$</w:t>
      </w:r>
    </w:p>
    <w:p>
      <w:pPr>
        <w:pStyle w:val="ListParagraph"/>
      </w:pPr>
      <w:r>
        <w:rPr>
          <w:sz w:val="22"/>
        </w:rPr>
        <w:t>B. $4\pi$ cm$^2$</w:t>
      </w:r>
    </w:p>
    <w:p>
      <w:pPr>
        <w:pStyle w:val="ListParagraph"/>
      </w:pPr>
      <w:r>
        <w:rPr>
          <w:sz w:val="22"/>
        </w:rPr>
        <w:t>C. $6\pi$ cm$^2$</w:t>
      </w:r>
    </w:p>
    <w:p>
      <w:pPr>
        <w:pStyle w:val="ListParagraph"/>
      </w:pPr>
      <w:r>
        <w:rPr>
          <w:sz w:val="22"/>
        </w:rPr>
        <w:t>D. $8\pi$ cm$^2$</w:t>
      </w:r>
    </w:p>
    <w:p/>
    <w:p>
      <w:r>
        <w:rPr>
          <w:b/>
          <w:sz w:val="24"/>
        </w:rPr>
        <w:t>Câu 9: Phân tích đa thức $x^2 - 4$ thành nhân tử.</w:t>
      </w:r>
    </w:p>
    <w:p>
      <w:pPr>
        <w:pStyle w:val="ListParagraph"/>
      </w:pPr>
      <w:r>
        <w:rPr>
          <w:sz w:val="22"/>
        </w:rPr>
        <w:t>A. $(x - 2)(x + 2)$</w:t>
      </w:r>
    </w:p>
    <w:p>
      <w:pPr>
        <w:pStyle w:val="ListParagraph"/>
      </w:pPr>
      <w:r>
        <w:rPr>
          <w:sz w:val="22"/>
        </w:rPr>
        <w:t>B. $(x - 4)(x + 1)$</w:t>
      </w:r>
    </w:p>
    <w:p>
      <w:pPr>
        <w:pStyle w:val="ListParagraph"/>
      </w:pPr>
      <w:r>
        <w:rPr>
          <w:sz w:val="22"/>
        </w:rPr>
        <w:t>C. $(x - 1)(x + 4)$</w:t>
      </w:r>
    </w:p>
    <w:p>
      <w:pPr>
        <w:pStyle w:val="ListParagraph"/>
      </w:pPr>
      <w:r>
        <w:rPr>
          <w:sz w:val="22"/>
        </w:rPr>
        <w:t>D. $(x - 2)^2$</w:t>
      </w:r>
    </w:p>
    <w:p/>
    <w:p>
      <w:r>
        <w:rPr>
          <w:b/>
          <w:sz w:val="24"/>
        </w:rPr>
        <w:t>Câu 10: Tìm giá trị nhỏ nhất của hàm số $y = x^2 - 4x + 5$.</w:t>
      </w:r>
    </w:p>
    <w:p>
      <w:pPr>
        <w:pStyle w:val="ListParagraph"/>
      </w:pPr>
      <w:r>
        <w:rPr>
          <w:sz w:val="22"/>
        </w:rPr>
        <w:t>A. $1$</w:t>
      </w:r>
    </w:p>
    <w:p>
      <w:pPr>
        <w:pStyle w:val="ListParagraph"/>
      </w:pPr>
      <w:r>
        <w:rPr>
          <w:sz w:val="22"/>
        </w:rPr>
        <w:t>B. $2$</w:t>
      </w:r>
    </w:p>
    <w:p>
      <w:pPr>
        <w:pStyle w:val="ListParagraph"/>
      </w:pPr>
      <w:r>
        <w:rPr>
          <w:sz w:val="22"/>
        </w:rPr>
        <w:t>C. $3$</w:t>
      </w:r>
    </w:p>
    <w:p>
      <w:pPr>
        <w:pStyle w:val="ListParagraph"/>
      </w:pPr>
      <w:r>
        <w:rPr>
          <w:sz w:val="22"/>
        </w:rPr>
        <w:t>D. $4$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