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Kế toán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Tài khoản 111 là gì?</w:t>
      </w:r>
    </w:p>
    <w:p>
      <w:pPr>
        <w:pStyle w:val="ListParagraph"/>
      </w:pPr>
      <w:r>
        <w:rPr>
          <w:sz w:val="22"/>
        </w:rPr>
        <w:t>A. Tiền gửi ngân hàng không kỳ hạn</w:t>
      </w:r>
    </w:p>
    <w:p>
      <w:pPr>
        <w:pStyle w:val="ListParagraph"/>
      </w:pPr>
      <w:r>
        <w:rPr>
          <w:sz w:val="22"/>
        </w:rPr>
        <w:t>B. Tiền mặt</w:t>
      </w:r>
    </w:p>
    <w:p>
      <w:pPr>
        <w:pStyle w:val="ListParagraph"/>
      </w:pPr>
      <w:r>
        <w:rPr>
          <w:sz w:val="22"/>
        </w:rPr>
        <w:t>C. Tạm ứng</w:t>
      </w:r>
    </w:p>
    <w:p>
      <w:pPr>
        <w:pStyle w:val="ListParagraph"/>
      </w:pPr>
      <w:r>
        <w:rPr>
          <w:sz w:val="22"/>
        </w:rPr>
        <w:t>D. Phải thu của khách hàng</w:t>
      </w:r>
    </w:p>
    <w:p/>
    <w:p>
      <w:r>
        <w:rPr>
          <w:b/>
          <w:sz w:val="24"/>
        </w:rPr>
        <w:t>Câu 2: Tài khoản 112 là gì?</w:t>
      </w:r>
    </w:p>
    <w:p>
      <w:pPr>
        <w:pStyle w:val="ListParagraph"/>
      </w:pPr>
      <w:r>
        <w:rPr>
          <w:sz w:val="22"/>
        </w:rPr>
        <w:t>A. Tiền mặt tại quỹ</w:t>
      </w:r>
    </w:p>
    <w:p>
      <w:pPr>
        <w:pStyle w:val="ListParagraph"/>
      </w:pPr>
      <w:r>
        <w:rPr>
          <w:sz w:val="22"/>
        </w:rPr>
        <w:t>B. Tiền gửi không kỳ hạn</w:t>
      </w:r>
    </w:p>
    <w:p>
      <w:pPr>
        <w:pStyle w:val="ListParagraph"/>
      </w:pPr>
      <w:r>
        <w:rPr>
          <w:sz w:val="22"/>
        </w:rPr>
        <w:t>C. Thuế GTGT được khấu trừ</w:t>
      </w:r>
    </w:p>
    <w:p>
      <w:pPr>
        <w:pStyle w:val="ListParagraph"/>
      </w:pPr>
      <w:r>
        <w:rPr>
          <w:sz w:val="22"/>
        </w:rPr>
        <w:t>D. Hàng hóa</w:t>
      </w:r>
    </w:p>
    <w:p/>
    <w:p>
      <w:r>
        <w:rPr>
          <w:b/>
          <w:sz w:val="24"/>
        </w:rPr>
        <w:t>Câu 3: Tài khoản 131 là gì?</w:t>
      </w:r>
    </w:p>
    <w:p>
      <w:pPr>
        <w:pStyle w:val="ListParagraph"/>
      </w:pPr>
      <w:r>
        <w:rPr>
          <w:sz w:val="22"/>
        </w:rPr>
        <w:t>A. Phải thu của khách hàng</w:t>
      </w:r>
    </w:p>
    <w:p>
      <w:pPr>
        <w:pStyle w:val="ListParagraph"/>
      </w:pPr>
      <w:r>
        <w:rPr>
          <w:sz w:val="22"/>
        </w:rPr>
        <w:t>B. Phải trả người bán</w:t>
      </w:r>
    </w:p>
    <w:p>
      <w:pPr>
        <w:pStyle w:val="ListParagraph"/>
      </w:pPr>
      <w:r>
        <w:rPr>
          <w:sz w:val="22"/>
        </w:rPr>
        <w:t>C. Phải thu khác</w:t>
      </w:r>
    </w:p>
    <w:p>
      <w:pPr>
        <w:pStyle w:val="ListParagraph"/>
      </w:pPr>
      <w:r>
        <w:rPr>
          <w:sz w:val="22"/>
        </w:rPr>
        <w:t>D. Tạm ứng</w:t>
      </w:r>
    </w:p>
    <w:p/>
    <w:p>
      <w:r>
        <w:rPr>
          <w:b/>
          <w:sz w:val="24"/>
        </w:rPr>
        <w:t>Câu 4: Tài khoản 133 là gì?</w:t>
      </w:r>
    </w:p>
    <w:p>
      <w:pPr>
        <w:pStyle w:val="ListParagraph"/>
      </w:pPr>
      <w:r>
        <w:rPr>
          <w:sz w:val="22"/>
        </w:rPr>
        <w:t>A. Thuế GTGT phải nộp</w:t>
      </w:r>
    </w:p>
    <w:p>
      <w:pPr>
        <w:pStyle w:val="ListParagraph"/>
      </w:pPr>
      <w:r>
        <w:rPr>
          <w:sz w:val="22"/>
        </w:rPr>
        <w:t>B. Thuế GTGT được khấu trừ</w:t>
      </w:r>
    </w:p>
    <w:p>
      <w:pPr>
        <w:pStyle w:val="ListParagraph"/>
      </w:pPr>
      <w:r>
        <w:rPr>
          <w:sz w:val="22"/>
        </w:rPr>
        <w:t>C. Thuế thu nhập doanh nghiệp</w:t>
      </w:r>
    </w:p>
    <w:p>
      <w:pPr>
        <w:pStyle w:val="ListParagraph"/>
      </w:pPr>
      <w:r>
        <w:rPr>
          <w:sz w:val="22"/>
        </w:rPr>
        <w:t>D. Các khoản giảm trừ doanh thu</w:t>
      </w:r>
    </w:p>
    <w:p/>
    <w:p>
      <w:r>
        <w:rPr>
          <w:b/>
          <w:sz w:val="24"/>
        </w:rPr>
        <w:t>Câu 5: Tài khoản 138 là gì?</w:t>
      </w:r>
    </w:p>
    <w:p>
      <w:pPr>
        <w:pStyle w:val="ListParagraph"/>
      </w:pPr>
      <w:r>
        <w:rPr>
          <w:sz w:val="22"/>
        </w:rPr>
        <w:t>A. Phải thu của khách hàng</w:t>
      </w:r>
    </w:p>
    <w:p>
      <w:pPr>
        <w:pStyle w:val="ListParagraph"/>
      </w:pPr>
      <w:r>
        <w:rPr>
          <w:sz w:val="22"/>
        </w:rPr>
        <w:t>B. Phải trả khác</w:t>
      </w:r>
    </w:p>
    <w:p>
      <w:pPr>
        <w:pStyle w:val="ListParagraph"/>
      </w:pPr>
      <w:r>
        <w:rPr>
          <w:sz w:val="22"/>
        </w:rPr>
        <w:t>C. Phải thu khác</w:t>
      </w:r>
    </w:p>
    <w:p>
      <w:pPr>
        <w:pStyle w:val="ListParagraph"/>
      </w:pPr>
      <w:r>
        <w:rPr>
          <w:sz w:val="22"/>
        </w:rPr>
        <w:t>D. Tạm ứng</w:t>
      </w:r>
    </w:p>
    <w:p/>
    <w:p>
      <w:r>
        <w:rPr>
          <w:b/>
          <w:sz w:val="24"/>
        </w:rPr>
        <w:t>Câu 6: Tài khoản 141 là gì?</w:t>
      </w:r>
    </w:p>
    <w:p>
      <w:pPr>
        <w:pStyle w:val="ListParagraph"/>
      </w:pPr>
      <w:r>
        <w:rPr>
          <w:sz w:val="22"/>
        </w:rPr>
        <w:t>A. Nguyên liệu, vật liệu</w:t>
      </w:r>
    </w:p>
    <w:p>
      <w:pPr>
        <w:pStyle w:val="ListParagraph"/>
      </w:pPr>
      <w:r>
        <w:rPr>
          <w:sz w:val="22"/>
        </w:rPr>
        <w:t>B. Tạm ứng</w:t>
      </w:r>
    </w:p>
    <w:p>
      <w:pPr>
        <w:pStyle w:val="ListParagraph"/>
      </w:pPr>
      <w:r>
        <w:rPr>
          <w:sz w:val="22"/>
        </w:rPr>
        <w:t>C. Chi phí sản xuất kinh doanh dở dang</w:t>
      </w:r>
    </w:p>
    <w:p>
      <w:pPr>
        <w:pStyle w:val="ListParagraph"/>
      </w:pPr>
      <w:r>
        <w:rPr>
          <w:sz w:val="22"/>
        </w:rPr>
        <w:t>D. Hàng gửi đi bán</w:t>
      </w:r>
    </w:p>
    <w:p/>
    <w:p>
      <w:r>
        <w:rPr>
          <w:b/>
          <w:sz w:val="24"/>
        </w:rPr>
        <w:t>Câu 7: Tài khoản 152 là gì?</w:t>
      </w:r>
    </w:p>
    <w:p>
      <w:pPr>
        <w:pStyle w:val="ListParagraph"/>
      </w:pPr>
      <w:r>
        <w:rPr>
          <w:sz w:val="22"/>
        </w:rPr>
        <w:t>A. Công cụ, dụng cụ</w:t>
      </w:r>
    </w:p>
    <w:p>
      <w:pPr>
        <w:pStyle w:val="ListParagraph"/>
      </w:pPr>
      <w:r>
        <w:rPr>
          <w:sz w:val="22"/>
        </w:rPr>
        <w:t>B. Nguyên vật liệu</w:t>
      </w:r>
    </w:p>
    <w:p>
      <w:pPr>
        <w:pStyle w:val="ListParagraph"/>
      </w:pPr>
      <w:r>
        <w:rPr>
          <w:sz w:val="22"/>
        </w:rPr>
        <w:t>C. Thành phẩm</w:t>
      </w:r>
    </w:p>
    <w:p>
      <w:pPr>
        <w:pStyle w:val="ListParagraph"/>
      </w:pPr>
      <w:r>
        <w:rPr>
          <w:sz w:val="22"/>
        </w:rPr>
        <w:t>D. Hàng hóa</w:t>
      </w:r>
    </w:p>
    <w:p/>
    <w:p>
      <w:r>
        <w:rPr>
          <w:b/>
          <w:sz w:val="24"/>
        </w:rPr>
        <w:t>Câu 8: Tài khoản 153 là gì?</w:t>
      </w:r>
    </w:p>
    <w:p>
      <w:pPr>
        <w:pStyle w:val="ListParagraph"/>
      </w:pPr>
      <w:r>
        <w:rPr>
          <w:sz w:val="22"/>
        </w:rPr>
        <w:t>A. Nguyên vật liệu</w:t>
      </w:r>
    </w:p>
    <w:p>
      <w:pPr>
        <w:pStyle w:val="ListParagraph"/>
      </w:pPr>
      <w:r>
        <w:rPr>
          <w:sz w:val="22"/>
        </w:rPr>
        <w:t>B. Công cụ, dụng cụ</w:t>
      </w:r>
    </w:p>
    <w:p>
      <w:pPr>
        <w:pStyle w:val="ListParagraph"/>
      </w:pPr>
      <w:r>
        <w:rPr>
          <w:sz w:val="22"/>
        </w:rPr>
        <w:t>C. Sản phẩm dở dang</w:t>
      </w:r>
    </w:p>
    <w:p>
      <w:pPr>
        <w:pStyle w:val="ListParagraph"/>
      </w:pPr>
      <w:r>
        <w:rPr>
          <w:sz w:val="22"/>
        </w:rPr>
        <w:t>D. Hàng hóa gửi bán</w:t>
      </w:r>
    </w:p>
    <w:p/>
    <w:p>
      <w:r>
        <w:rPr>
          <w:b/>
          <w:sz w:val="24"/>
        </w:rPr>
        <w:t>Câu 9: Tài khoản 154 là gì?</w:t>
      </w:r>
    </w:p>
    <w:p>
      <w:pPr>
        <w:pStyle w:val="ListParagraph"/>
      </w:pPr>
      <w:r>
        <w:rPr>
          <w:sz w:val="22"/>
        </w:rPr>
        <w:t>A. Chi phí bán hàng</w:t>
      </w:r>
    </w:p>
    <w:p>
      <w:pPr>
        <w:pStyle w:val="ListParagraph"/>
      </w:pPr>
      <w:r>
        <w:rPr>
          <w:sz w:val="22"/>
        </w:rPr>
        <w:t>B. Chi phí quản lý doanh nghiệp</w:t>
      </w:r>
    </w:p>
    <w:p>
      <w:pPr>
        <w:pStyle w:val="ListParagraph"/>
      </w:pPr>
      <w:r>
        <w:rPr>
          <w:sz w:val="22"/>
        </w:rPr>
        <w:t>C. Chi phí sản xuất kinh doanh dở dang</w:t>
      </w:r>
    </w:p>
    <w:p>
      <w:pPr>
        <w:pStyle w:val="ListParagraph"/>
      </w:pPr>
      <w:r>
        <w:rPr>
          <w:sz w:val="22"/>
        </w:rPr>
        <w:t>D. Giá vốn hàng bán</w:t>
      </w:r>
    </w:p>
    <w:p/>
    <w:p>
      <w:r>
        <w:rPr>
          <w:b/>
          <w:sz w:val="24"/>
        </w:rPr>
        <w:t>Câu 10: Tài khoản 155 là gì?</w:t>
      </w:r>
    </w:p>
    <w:p>
      <w:pPr>
        <w:pStyle w:val="ListParagraph"/>
      </w:pPr>
      <w:r>
        <w:rPr>
          <w:sz w:val="22"/>
        </w:rPr>
        <w:t>A. Thành phẩm</w:t>
      </w:r>
    </w:p>
    <w:p>
      <w:pPr>
        <w:pStyle w:val="ListParagraph"/>
      </w:pPr>
      <w:r>
        <w:rPr>
          <w:sz w:val="22"/>
        </w:rPr>
        <w:t>B. Hàng hóa</w:t>
      </w:r>
    </w:p>
    <w:p>
      <w:pPr>
        <w:pStyle w:val="ListParagraph"/>
      </w:pPr>
      <w:r>
        <w:rPr>
          <w:sz w:val="22"/>
        </w:rPr>
        <w:t>C. Hàng gửi đi bán</w:t>
      </w:r>
    </w:p>
    <w:p>
      <w:pPr>
        <w:pStyle w:val="ListParagraph"/>
      </w:pPr>
      <w:r>
        <w:rPr>
          <w:sz w:val="22"/>
        </w:rPr>
        <w:t>D. Nguyên vật liệu</w:t>
      </w:r>
    </w:p>
    <w:p/>
    <w:p>
      <w:r>
        <w:rPr>
          <w:b/>
          <w:sz w:val="24"/>
        </w:rPr>
        <w:t>Câu 11: Tài khoản 156 là gì?</w:t>
      </w:r>
    </w:p>
    <w:p>
      <w:pPr>
        <w:pStyle w:val="ListParagraph"/>
      </w:pPr>
      <w:r>
        <w:rPr>
          <w:sz w:val="22"/>
        </w:rPr>
        <w:t>A. Thành phẩm</w:t>
      </w:r>
    </w:p>
    <w:p>
      <w:pPr>
        <w:pStyle w:val="ListParagraph"/>
      </w:pPr>
      <w:r>
        <w:rPr>
          <w:sz w:val="22"/>
        </w:rPr>
        <w:t>B. Hàng hóa</w:t>
      </w:r>
    </w:p>
    <w:p>
      <w:pPr>
        <w:pStyle w:val="ListParagraph"/>
      </w:pPr>
      <w:r>
        <w:rPr>
          <w:sz w:val="22"/>
        </w:rPr>
        <w:t>C. Hàng gửi đi bán</w:t>
      </w:r>
    </w:p>
    <w:p>
      <w:pPr>
        <w:pStyle w:val="ListParagraph"/>
      </w:pPr>
      <w:r>
        <w:rPr>
          <w:sz w:val="22"/>
        </w:rPr>
        <w:t>D. Công cụ, dụng cụ</w:t>
      </w:r>
    </w:p>
    <w:p/>
    <w:p>
      <w:r>
        <w:rPr>
          <w:b/>
          <w:sz w:val="24"/>
        </w:rPr>
        <w:t>Câu 12: Tài khoản 157 là gì?</w:t>
      </w:r>
    </w:p>
    <w:p>
      <w:pPr>
        <w:pStyle w:val="ListParagraph"/>
      </w:pPr>
      <w:r>
        <w:rPr>
          <w:sz w:val="22"/>
        </w:rPr>
        <w:t>A. Hàng hóa tồn kho</w:t>
      </w:r>
    </w:p>
    <w:p>
      <w:pPr>
        <w:pStyle w:val="ListParagraph"/>
      </w:pPr>
      <w:r>
        <w:rPr>
          <w:sz w:val="22"/>
        </w:rPr>
        <w:t>B. Hàng gửi đi bán</w:t>
      </w:r>
    </w:p>
    <w:p>
      <w:pPr>
        <w:pStyle w:val="ListParagraph"/>
      </w:pPr>
      <w:r>
        <w:rPr>
          <w:sz w:val="22"/>
        </w:rPr>
        <w:t>C. Thành phẩm nhập kho</w:t>
      </w:r>
    </w:p>
    <w:p>
      <w:pPr>
        <w:pStyle w:val="ListParagraph"/>
      </w:pPr>
      <w:r>
        <w:rPr>
          <w:sz w:val="22"/>
        </w:rPr>
        <w:t>D. Sản phẩm đang chế tạo</w:t>
      </w:r>
    </w:p>
    <w:p/>
    <w:p>
      <w:r>
        <w:rPr>
          <w:b/>
          <w:sz w:val="24"/>
        </w:rPr>
        <w:t>Câu 13: Tài khoản 211 là gì?</w:t>
      </w:r>
    </w:p>
    <w:p>
      <w:pPr>
        <w:pStyle w:val="ListParagraph"/>
      </w:pPr>
      <w:r>
        <w:rPr>
          <w:sz w:val="22"/>
        </w:rPr>
        <w:t>A. Tài sản cố định hữu hình</w:t>
      </w:r>
    </w:p>
    <w:p>
      <w:pPr>
        <w:pStyle w:val="ListParagraph"/>
      </w:pPr>
      <w:r>
        <w:rPr>
          <w:sz w:val="22"/>
        </w:rPr>
        <w:t>B. Hao mòn tài sản cố định</w:t>
      </w:r>
    </w:p>
    <w:p>
      <w:pPr>
        <w:pStyle w:val="ListParagraph"/>
      </w:pPr>
      <w:r>
        <w:rPr>
          <w:sz w:val="22"/>
        </w:rPr>
        <w:t>C. Đầu tư vào công ty liên doanh, liên kết</w:t>
      </w:r>
    </w:p>
    <w:p>
      <w:pPr>
        <w:pStyle w:val="ListParagraph"/>
      </w:pPr>
      <w:r>
        <w:rPr>
          <w:sz w:val="22"/>
        </w:rPr>
        <w:t>D. Xây dựng dở dang</w:t>
      </w:r>
    </w:p>
    <w:p/>
    <w:p>
      <w:r>
        <w:rPr>
          <w:b/>
          <w:sz w:val="24"/>
        </w:rPr>
        <w:t>Câu 14: Tài khoản 214 là gì?</w:t>
      </w:r>
    </w:p>
    <w:p>
      <w:pPr>
        <w:pStyle w:val="ListParagraph"/>
      </w:pPr>
      <w:r>
        <w:rPr>
          <w:sz w:val="22"/>
        </w:rPr>
        <w:t>A. Nguyên giá tài sản cố định</w:t>
      </w:r>
    </w:p>
    <w:p>
      <w:pPr>
        <w:pStyle w:val="ListParagraph"/>
      </w:pPr>
      <w:r>
        <w:rPr>
          <w:sz w:val="22"/>
        </w:rPr>
        <w:t>B. Hao mòn tài sản cố định</w:t>
      </w:r>
    </w:p>
    <w:p>
      <w:pPr>
        <w:pStyle w:val="ListParagraph"/>
      </w:pPr>
      <w:r>
        <w:rPr>
          <w:sz w:val="22"/>
        </w:rPr>
        <w:t>C. Chi phí sửa chữa tài sản</w:t>
      </w:r>
    </w:p>
    <w:p>
      <w:pPr>
        <w:pStyle w:val="ListParagraph"/>
      </w:pPr>
      <w:r>
        <w:rPr>
          <w:sz w:val="22"/>
        </w:rPr>
        <w:t>D. Giá trị còn lại của tài sản</w:t>
      </w:r>
    </w:p>
    <w:p/>
    <w:p>
      <w:r>
        <w:rPr>
          <w:b/>
          <w:sz w:val="24"/>
        </w:rPr>
        <w:t>Câu 15: Tài khoản 222 là gì?</w:t>
      </w:r>
    </w:p>
    <w:p>
      <w:pPr>
        <w:pStyle w:val="ListParagraph"/>
      </w:pPr>
      <w:r>
        <w:rPr>
          <w:sz w:val="22"/>
        </w:rPr>
        <w:t>A. Đầu tư chứng khoán ngắn hạn</w:t>
      </w:r>
    </w:p>
    <w:p>
      <w:pPr>
        <w:pStyle w:val="ListParagraph"/>
      </w:pPr>
      <w:r>
        <w:rPr>
          <w:sz w:val="22"/>
        </w:rPr>
        <w:t>B. Đầu tư vào công ty liên doanh, liên kết</w:t>
      </w:r>
    </w:p>
    <w:p>
      <w:pPr>
        <w:pStyle w:val="ListParagraph"/>
      </w:pPr>
      <w:r>
        <w:rPr>
          <w:sz w:val="22"/>
        </w:rPr>
        <w:t>C. Đầu tư góp vốn khác</w:t>
      </w:r>
    </w:p>
    <w:p>
      <w:pPr>
        <w:pStyle w:val="ListParagraph"/>
      </w:pPr>
      <w:r>
        <w:rPr>
          <w:sz w:val="22"/>
        </w:rPr>
        <w:t>D. Chi phí chờ phân bổ</w:t>
      </w:r>
    </w:p>
    <w:p/>
    <w:p>
      <w:r>
        <w:rPr>
          <w:b/>
          <w:sz w:val="24"/>
        </w:rPr>
        <w:t>Câu 16: Tài khoản 241 là gì?</w:t>
      </w:r>
    </w:p>
    <w:p>
      <w:pPr>
        <w:pStyle w:val="ListParagraph"/>
      </w:pPr>
      <w:r>
        <w:rPr>
          <w:sz w:val="22"/>
        </w:rPr>
        <w:t>A. Chi phí trả trước</w:t>
      </w:r>
    </w:p>
    <w:p>
      <w:pPr>
        <w:pStyle w:val="ListParagraph"/>
      </w:pPr>
      <w:r>
        <w:rPr>
          <w:sz w:val="22"/>
        </w:rPr>
        <w:t>B. Xây dựng cơ bản dở dang</w:t>
      </w:r>
    </w:p>
    <w:p>
      <w:pPr>
        <w:pStyle w:val="ListParagraph"/>
      </w:pPr>
      <w:r>
        <w:rPr>
          <w:sz w:val="22"/>
        </w:rPr>
        <w:t>C. Hàng hóa dở dang</w:t>
      </w:r>
    </w:p>
    <w:p>
      <w:pPr>
        <w:pStyle w:val="ListParagraph"/>
      </w:pPr>
      <w:r>
        <w:rPr>
          <w:sz w:val="22"/>
        </w:rPr>
        <w:t>D. Sản phẩm dở dang</w:t>
      </w:r>
    </w:p>
    <w:p/>
    <w:p>
      <w:r>
        <w:rPr>
          <w:b/>
          <w:sz w:val="24"/>
        </w:rPr>
        <w:t>Câu 17: Tài khoản 242 là gì?</w:t>
      </w:r>
    </w:p>
    <w:p>
      <w:pPr>
        <w:pStyle w:val="ListParagraph"/>
      </w:pPr>
      <w:r>
        <w:rPr>
          <w:sz w:val="22"/>
        </w:rPr>
        <w:t>A. Chi phí sản xuất dở dang</w:t>
      </w:r>
    </w:p>
    <w:p>
      <w:pPr>
        <w:pStyle w:val="ListParagraph"/>
      </w:pPr>
      <w:r>
        <w:rPr>
          <w:sz w:val="22"/>
        </w:rPr>
        <w:t>B. Chi phí chờ phân bổ (Chi phí trả trước)</w:t>
      </w:r>
    </w:p>
    <w:p>
      <w:pPr>
        <w:pStyle w:val="ListParagraph"/>
      </w:pPr>
      <w:r>
        <w:rPr>
          <w:sz w:val="22"/>
        </w:rPr>
        <w:t>C. Chi phí tài chính</w:t>
      </w:r>
    </w:p>
    <w:p>
      <w:pPr>
        <w:pStyle w:val="ListParagraph"/>
      </w:pPr>
      <w:r>
        <w:rPr>
          <w:sz w:val="22"/>
        </w:rPr>
        <w:t>D. Chi phí khác</w:t>
      </w:r>
    </w:p>
    <w:p/>
    <w:p>
      <w:r>
        <w:rPr>
          <w:b/>
          <w:sz w:val="24"/>
        </w:rPr>
        <w:t>Câu 18: Tài khoản 331 là gì?</w:t>
      </w:r>
    </w:p>
    <w:p>
      <w:pPr>
        <w:pStyle w:val="ListParagraph"/>
      </w:pPr>
      <w:r>
        <w:rPr>
          <w:sz w:val="22"/>
        </w:rPr>
        <w:t>A. Phải thu của khách hàng</w:t>
      </w:r>
    </w:p>
    <w:p>
      <w:pPr>
        <w:pStyle w:val="ListParagraph"/>
      </w:pPr>
      <w:r>
        <w:rPr>
          <w:sz w:val="22"/>
        </w:rPr>
        <w:t>B. Phải trả người bán</w:t>
      </w:r>
    </w:p>
    <w:p>
      <w:pPr>
        <w:pStyle w:val="ListParagraph"/>
      </w:pPr>
      <w:r>
        <w:rPr>
          <w:sz w:val="22"/>
        </w:rPr>
        <w:t>C. Phải trả người lao động</w:t>
      </w:r>
    </w:p>
    <w:p>
      <w:pPr>
        <w:pStyle w:val="ListParagraph"/>
      </w:pPr>
      <w:r>
        <w:rPr>
          <w:sz w:val="22"/>
        </w:rPr>
        <w:t>D. Phải trả khác</w:t>
      </w:r>
    </w:p>
    <w:p/>
    <w:p>
      <w:r>
        <w:rPr>
          <w:b/>
          <w:sz w:val="24"/>
        </w:rPr>
        <w:t>Câu 19: Tài khoản 3331 là gì?</w:t>
      </w:r>
    </w:p>
    <w:p>
      <w:pPr>
        <w:pStyle w:val="ListParagraph"/>
      </w:pPr>
      <w:r>
        <w:rPr>
          <w:sz w:val="22"/>
        </w:rPr>
        <w:t>A. Thuế GTGT phải nộp</w:t>
      </w:r>
    </w:p>
    <w:p>
      <w:pPr>
        <w:pStyle w:val="ListParagraph"/>
      </w:pPr>
      <w:r>
        <w:rPr>
          <w:sz w:val="22"/>
        </w:rPr>
        <w:t>B. Thuế thu nhập doanh nghiệp</w:t>
      </w:r>
    </w:p>
    <w:p>
      <w:pPr>
        <w:pStyle w:val="ListParagraph"/>
      </w:pPr>
      <w:r>
        <w:rPr>
          <w:sz w:val="22"/>
        </w:rPr>
        <w:t>C. Thuế thu nhập cá nhân</w:t>
      </w:r>
    </w:p>
    <w:p>
      <w:pPr>
        <w:pStyle w:val="ListParagraph"/>
      </w:pPr>
      <w:r>
        <w:rPr>
          <w:sz w:val="22"/>
        </w:rPr>
        <w:t>D. Thuế GTGT được khấu trừ</w:t>
      </w:r>
    </w:p>
    <w:p/>
    <w:p>
      <w:r>
        <w:rPr>
          <w:b/>
          <w:sz w:val="24"/>
        </w:rPr>
        <w:t>Câu 20: Tài khoản 3334 là gì?</w:t>
      </w:r>
    </w:p>
    <w:p>
      <w:pPr>
        <w:pStyle w:val="ListParagraph"/>
      </w:pPr>
      <w:r>
        <w:rPr>
          <w:sz w:val="22"/>
        </w:rPr>
        <w:t>A. Thuế giá trị gia tăng</w:t>
      </w:r>
    </w:p>
    <w:p>
      <w:pPr>
        <w:pStyle w:val="ListParagraph"/>
      </w:pPr>
      <w:r>
        <w:rPr>
          <w:sz w:val="22"/>
        </w:rPr>
        <w:t>B. Thuế thu nhập doanh nghiệp</w:t>
      </w:r>
    </w:p>
    <w:p>
      <w:pPr>
        <w:pStyle w:val="ListParagraph"/>
      </w:pPr>
      <w:r>
        <w:rPr>
          <w:sz w:val="22"/>
        </w:rPr>
        <w:t>C. Thuế thu nhập cá nhân</w:t>
      </w:r>
    </w:p>
    <w:p>
      <w:pPr>
        <w:pStyle w:val="ListParagraph"/>
      </w:pPr>
      <w:r>
        <w:rPr>
          <w:sz w:val="22"/>
        </w:rPr>
        <w:t>D. Thuế xuất nhập khẩu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