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Thông tin khi đưa vào máy tính, chúng đều đượ...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Thông tin khi đưa vào máy tính, chúng đều được biến đổi thành dạng chung đó là:</w:t>
      </w:r>
    </w:p>
    <w:p>
      <w:pPr>
        <w:pStyle w:val="ListParagraph"/>
      </w:pPr>
      <w:r>
        <w:rPr>
          <w:sz w:val="22"/>
        </w:rPr>
        <w:t>A. Văn bản.</w:t>
      </w:r>
    </w:p>
    <w:p>
      <w:pPr>
        <w:pStyle w:val="ListParagraph"/>
      </w:pPr>
      <w:r>
        <w:rPr>
          <w:sz w:val="22"/>
        </w:rPr>
        <w:t>B. Âm thanh.</w:t>
      </w:r>
    </w:p>
    <w:p>
      <w:pPr>
        <w:pStyle w:val="ListParagraph"/>
      </w:pPr>
      <w:r>
        <w:rPr>
          <w:sz w:val="22"/>
        </w:rPr>
        <w:t>C. Hình ảnh.</w:t>
      </w:r>
    </w:p>
    <w:p>
      <w:pPr>
        <w:pStyle w:val="ListParagraph"/>
      </w:pPr>
      <w:r>
        <w:rPr>
          <w:sz w:val="22"/>
        </w:rPr>
        <w:t>D. Dãy bit.</w:t>
      </w:r>
    </w:p>
    <w:p/>
    <w:p>
      <w:r>
        <w:rPr>
          <w:b/>
          <w:sz w:val="24"/>
        </w:rPr>
        <w:t>Câu 2: Mã QR (QR code) là một kiểu mã hóa thông tin bằng gì?</w:t>
      </w:r>
    </w:p>
    <w:p>
      <w:pPr>
        <w:pStyle w:val="ListParagraph"/>
      </w:pPr>
      <w:r>
        <w:rPr>
          <w:sz w:val="22"/>
        </w:rPr>
        <w:t>A. Âm thanh.</w:t>
      </w:r>
    </w:p>
    <w:p>
      <w:pPr>
        <w:pStyle w:val="ListParagraph"/>
      </w:pPr>
      <w:r>
        <w:rPr>
          <w:sz w:val="22"/>
        </w:rPr>
        <w:t>B. Hình ảnh.</w:t>
      </w:r>
    </w:p>
    <w:p>
      <w:pPr>
        <w:pStyle w:val="ListParagraph"/>
      </w:pPr>
      <w:r>
        <w:rPr>
          <w:sz w:val="22"/>
        </w:rPr>
        <w:t>C. Văn bản.</w:t>
      </w:r>
    </w:p>
    <w:p>
      <w:pPr>
        <w:pStyle w:val="ListParagraph"/>
      </w:pPr>
      <w:r>
        <w:rPr>
          <w:sz w:val="22"/>
        </w:rPr>
        <w:t>D. Sóng điện từ.</w:t>
      </w:r>
    </w:p>
    <w:p/>
    <w:p>
      <w:r>
        <w:rPr>
          <w:b/>
          <w:sz w:val="24"/>
        </w:rPr>
        <w:t>Câu 3: Phát biểu nào sau đây là phù hợp nhất về khái niệm bit?</w:t>
      </w:r>
    </w:p>
    <w:p>
      <w:pPr>
        <w:pStyle w:val="ListParagraph"/>
      </w:pPr>
      <w:r>
        <w:rPr>
          <w:sz w:val="22"/>
        </w:rPr>
        <w:t>A. Chính chữ số 1.</w:t>
      </w:r>
    </w:p>
    <w:p>
      <w:pPr>
        <w:pStyle w:val="ListParagraph"/>
      </w:pPr>
      <w:r>
        <w:rPr>
          <w:sz w:val="22"/>
        </w:rPr>
        <w:t>B. Một số có 1 chữ số.</w:t>
      </w:r>
    </w:p>
    <w:p>
      <w:pPr>
        <w:pStyle w:val="ListParagraph"/>
      </w:pPr>
      <w:r>
        <w:rPr>
          <w:sz w:val="22"/>
        </w:rPr>
        <w:t>C. Đơn vị đo khối lượng kiến thức.</w:t>
      </w:r>
    </w:p>
    <w:p>
      <w:pPr>
        <w:pStyle w:val="ListParagraph"/>
      </w:pPr>
      <w:r>
        <w:rPr>
          <w:sz w:val="22"/>
        </w:rPr>
        <w:t>D. Đơn vị đo lượng thông tin.</w:t>
      </w:r>
    </w:p>
    <w:p/>
    <w:p>
      <w:r>
        <w:rPr>
          <w:b/>
          <w:sz w:val="24"/>
        </w:rPr>
        <w:t>Câu 4: Trình tự các bước thu nhận và xử lí thông tin của bộ não con người:</w:t>
      </w:r>
    </w:p>
    <w:p>
      <w:pPr>
        <w:pStyle w:val="ListParagraph"/>
      </w:pPr>
      <w:r>
        <w:rPr>
          <w:sz w:val="22"/>
        </w:rPr>
        <w:t>A. Thu nhận thông tin → Xử lí thông tin → Ra quyết định.</w:t>
      </w:r>
    </w:p>
    <w:p>
      <w:pPr>
        <w:pStyle w:val="ListParagraph"/>
      </w:pPr>
      <w:r>
        <w:rPr>
          <w:sz w:val="22"/>
        </w:rPr>
        <w:t>B. Xử lí thông tin → Thu nhận thông tin → Ra quyết định.</w:t>
      </w:r>
    </w:p>
    <w:p>
      <w:pPr>
        <w:pStyle w:val="ListParagraph"/>
      </w:pPr>
      <w:r>
        <w:rPr>
          <w:sz w:val="22"/>
        </w:rPr>
        <w:t>C. Ra quyết định → Thu nhận thông tin → Xử lí thông tin.</w:t>
      </w:r>
    </w:p>
    <w:p>
      <w:pPr>
        <w:pStyle w:val="ListParagraph"/>
      </w:pPr>
      <w:r>
        <w:rPr>
          <w:sz w:val="22"/>
        </w:rPr>
        <w:t>D. Xử lí thông tin → Ra quyết định → Thu nhận thông tin.</w:t>
      </w:r>
    </w:p>
    <w:p/>
    <w:p>
      <w:r>
        <w:rPr>
          <w:b/>
          <w:sz w:val="24"/>
        </w:rPr>
        <w:t>Câu 5: Yếu tố nào đảm bảo thông tin được hiểu đúng, không bị sai lệch?</w:t>
      </w:r>
    </w:p>
    <w:p>
      <w:pPr>
        <w:pStyle w:val="ListParagraph"/>
      </w:pPr>
      <w:r>
        <w:rPr>
          <w:sz w:val="22"/>
        </w:rPr>
        <w:t>A. Tính toàn vẹn của thông tin.</w:t>
      </w:r>
    </w:p>
    <w:p>
      <w:pPr>
        <w:pStyle w:val="ListParagraph"/>
      </w:pPr>
      <w:r>
        <w:rPr>
          <w:sz w:val="22"/>
        </w:rPr>
        <w:t>B. Tính đa dạng của dữ liệu.</w:t>
      </w:r>
    </w:p>
    <w:p>
      <w:pPr>
        <w:pStyle w:val="ListParagraph"/>
      </w:pPr>
      <w:r>
        <w:rPr>
          <w:sz w:val="22"/>
        </w:rPr>
        <w:t>C. Tốc độ xử lý của máy tính.</w:t>
      </w:r>
    </w:p>
    <w:p>
      <w:pPr>
        <w:pStyle w:val="ListParagraph"/>
      </w:pPr>
      <w:r>
        <w:rPr>
          <w:sz w:val="22"/>
        </w:rPr>
        <w:t>D. Dung lượng lưu trữ của thiết bị</w:t>
      </w:r>
    </w:p>
    <w:p/>
    <w:p>
      <w:r>
        <w:rPr>
          <w:b/>
          <w:sz w:val="24"/>
        </w:rPr>
        <w:t>Câu 6: Đặc điểm nào sau đây KHÔNG phải là ưu điểm của thiết bị số so với thiết bị truyền thống?</w:t>
      </w:r>
    </w:p>
    <w:p>
      <w:pPr>
        <w:pStyle w:val="ListParagraph"/>
      </w:pPr>
      <w:r>
        <w:rPr>
          <w:sz w:val="22"/>
        </w:rPr>
        <w:t>A. Lưu trữ dung lượng lớn với chi phí thấp.</w:t>
      </w:r>
    </w:p>
    <w:p>
      <w:pPr>
        <w:pStyle w:val="ListParagraph"/>
      </w:pPr>
      <w:r>
        <w:rPr>
          <w:sz w:val="22"/>
        </w:rPr>
        <w:t>B. Xử lý thông tin nhanh và chính xác.</w:t>
      </w:r>
    </w:p>
    <w:p>
      <w:pPr>
        <w:pStyle w:val="ListParagraph"/>
      </w:pPr>
      <w:r>
        <w:rPr>
          <w:sz w:val="22"/>
        </w:rPr>
        <w:t>C. Phụ thuộc hoàn toàn vào nguồn điện.</w:t>
      </w:r>
    </w:p>
    <w:p>
      <w:pPr>
        <w:pStyle w:val="ListParagraph"/>
      </w:pPr>
      <w:r>
        <w:rPr>
          <w:sz w:val="22"/>
        </w:rPr>
        <w:t>D. Truyền tin với tốc độ rất lớn.</w:t>
      </w:r>
    </w:p>
    <w:p/>
    <w:p>
      <w:r>
        <w:rPr>
          <w:b/>
          <w:sz w:val="24"/>
        </w:rPr>
        <w:t>Câu 7: Sắp xếp các đơn vị đo lượng thông tin theo thứ tự từ nhỏ đến lớn?</w:t>
      </w:r>
    </w:p>
    <w:p>
      <w:pPr>
        <w:pStyle w:val="ListParagraph"/>
      </w:pPr>
      <w:r>
        <w:rPr>
          <w:sz w:val="22"/>
        </w:rPr>
        <w:t>A. Byte → Bit → KB → MB → GB</w:t>
      </w:r>
    </w:p>
    <w:p>
      <w:pPr>
        <w:pStyle w:val="ListParagraph"/>
      </w:pPr>
      <w:r>
        <w:rPr>
          <w:sz w:val="22"/>
        </w:rPr>
        <w:t>B. Bit → Byte → KB → MB → GB</w:t>
      </w:r>
    </w:p>
    <w:p>
      <w:pPr>
        <w:pStyle w:val="ListParagraph"/>
      </w:pPr>
      <w:r>
        <w:rPr>
          <w:sz w:val="22"/>
        </w:rPr>
        <w:t>C. Bit → KB → Byte → MB → GB</w:t>
      </w:r>
    </w:p>
    <w:p>
      <w:pPr>
        <w:pStyle w:val="ListParagraph"/>
      </w:pPr>
      <w:r>
        <w:rPr>
          <w:sz w:val="22"/>
        </w:rPr>
        <w:t>D. Byte → KB → Bit → MB → GB</w:t>
      </w:r>
    </w:p>
    <w:p/>
    <w:p>
      <w:r>
        <w:rPr>
          <w:b/>
          <w:sz w:val="24"/>
        </w:rPr>
        <w:t>Câu 8: Đơn vị đo lượng thông tin nào dưới đây lớn nhất?</w:t>
      </w:r>
    </w:p>
    <w:p>
      <w:pPr>
        <w:pStyle w:val="ListParagraph"/>
      </w:pPr>
      <w:r>
        <w:rPr>
          <w:sz w:val="22"/>
        </w:rPr>
        <w:t>A. KB</w:t>
      </w:r>
    </w:p>
    <w:p>
      <w:pPr>
        <w:pStyle w:val="ListParagraph"/>
      </w:pPr>
      <w:r>
        <w:rPr>
          <w:sz w:val="22"/>
        </w:rPr>
        <w:t>B. GB</w:t>
      </w:r>
    </w:p>
    <w:p>
      <w:pPr>
        <w:pStyle w:val="ListParagraph"/>
      </w:pPr>
      <w:r>
        <w:rPr>
          <w:sz w:val="22"/>
        </w:rPr>
        <w:t>C. MB</w:t>
      </w:r>
    </w:p>
    <w:p>
      <w:pPr>
        <w:pStyle w:val="ListParagraph"/>
      </w:pPr>
      <w:r>
        <w:rPr>
          <w:sz w:val="22"/>
        </w:rPr>
        <w:t>D. Byte.</w:t>
      </w:r>
    </w:p>
    <w:p/>
    <w:p>
      <w:r>
        <w:rPr>
          <w:b/>
          <w:sz w:val="24"/>
        </w:rPr>
        <w:t>Câu 9: Kết quả của bài toán: 16 bit=?GB</w:t>
      </w:r>
    </w:p>
    <w:p>
      <w:pPr>
        <w:pStyle w:val="ListParagraph"/>
      </w:pPr>
      <w:r>
        <w:rPr>
          <w:sz w:val="22"/>
        </w:rPr>
        <w:t>A. $2^{-29}$</w:t>
      </w:r>
    </w:p>
    <w:p>
      <w:pPr>
        <w:pStyle w:val="ListParagraph"/>
      </w:pPr>
      <w:r>
        <w:rPr>
          <w:sz w:val="22"/>
        </w:rPr>
        <w:t>B. $16.2^{-10}$</w:t>
      </w:r>
    </w:p>
    <w:p>
      <w:pPr>
        <w:pStyle w:val="ListParagraph"/>
      </w:pPr>
      <w:r>
        <w:rPr>
          <w:sz w:val="22"/>
        </w:rPr>
        <w:t>C. $2^{-30}$</w:t>
      </w:r>
    </w:p>
    <w:p>
      <w:pPr>
        <w:pStyle w:val="ListParagraph"/>
      </w:pPr>
      <w:r>
        <w:rPr>
          <w:sz w:val="22"/>
        </w:rPr>
        <w:t>D. $2^{-32}$</w:t>
      </w:r>
    </w:p>
    <w:p/>
    <w:p>
      <w:r>
        <w:rPr>
          <w:b/>
          <w:sz w:val="24"/>
        </w:rPr>
        <w:t>Câu 10: Kết quả của bài toán: 4MB=?bit</w:t>
      </w:r>
    </w:p>
    <w:p>
      <w:pPr>
        <w:pStyle w:val="ListParagraph"/>
      </w:pPr>
      <w:r>
        <w:rPr>
          <w:sz w:val="22"/>
        </w:rPr>
        <w:t>A. $2^{25}$</w:t>
      </w:r>
    </w:p>
    <w:p>
      <w:pPr>
        <w:pStyle w:val="ListParagraph"/>
      </w:pPr>
      <w:r>
        <w:rPr>
          <w:sz w:val="22"/>
        </w:rPr>
        <w:t>B. $2^{-25}$</w:t>
      </w:r>
    </w:p>
    <w:p>
      <w:pPr>
        <w:pStyle w:val="ListParagraph"/>
      </w:pPr>
      <w:r>
        <w:rPr>
          <w:sz w:val="22"/>
        </w:rPr>
        <w:t>C. $2^{30}$</w:t>
      </w:r>
    </w:p>
    <w:p>
      <w:pPr>
        <w:pStyle w:val="ListParagraph"/>
      </w:pPr>
      <w:r>
        <w:rPr>
          <w:sz w:val="22"/>
        </w:rPr>
        <w:t>D. $2^{-30}$</w:t>
      </w:r>
    </w:p>
    <w:p/>
    <w:p>
      <w:r>
        <w:rPr>
          <w:b/>
          <w:sz w:val="24"/>
        </w:rPr>
        <w:t>Câu 11: 2GB bằng bao nhiêu B?</w:t>
      </w:r>
    </w:p>
    <w:p>
      <w:pPr>
        <w:pStyle w:val="ListParagraph"/>
      </w:pPr>
      <w:r>
        <w:rPr>
          <w:sz w:val="22"/>
        </w:rPr>
        <w:t>A. $2^{30}B$</w:t>
      </w:r>
    </w:p>
    <w:p>
      <w:pPr>
        <w:pStyle w:val="ListParagraph"/>
      </w:pPr>
      <w:r>
        <w:rPr>
          <w:sz w:val="22"/>
        </w:rPr>
        <w:t>B. $2^{-31}B$</w:t>
      </w:r>
    </w:p>
    <w:p>
      <w:pPr>
        <w:pStyle w:val="ListParagraph"/>
      </w:pPr>
      <w:r>
        <w:rPr>
          <w:sz w:val="22"/>
        </w:rPr>
        <w:t>C. $2^{-30}B$</w:t>
      </w:r>
    </w:p>
    <w:p>
      <w:pPr>
        <w:pStyle w:val="ListParagraph"/>
      </w:pPr>
      <w:r>
        <w:rPr>
          <w:sz w:val="22"/>
        </w:rPr>
        <w:t>D. $2^{31}B$</w:t>
      </w:r>
    </w:p>
    <w:p/>
    <w:p>
      <w:r>
        <w:rPr>
          <w:b/>
          <w:sz w:val="24"/>
        </w:rPr>
        <w:t>Câu 12: 3072 KB bằng bao nhiêu MB?</w:t>
      </w:r>
    </w:p>
    <w:p>
      <w:pPr>
        <w:pStyle w:val="ListParagraph"/>
      </w:pPr>
      <w:r>
        <w:rPr>
          <w:sz w:val="22"/>
        </w:rPr>
        <w:t>A. 2 MB</w:t>
      </w:r>
    </w:p>
    <w:p>
      <w:pPr>
        <w:pStyle w:val="ListParagraph"/>
      </w:pPr>
      <w:r>
        <w:rPr>
          <w:sz w:val="22"/>
        </w:rPr>
        <w:t>B. 3 MB</w:t>
      </w:r>
    </w:p>
    <w:p>
      <w:pPr>
        <w:pStyle w:val="ListParagraph"/>
      </w:pPr>
      <w:r>
        <w:rPr>
          <w:sz w:val="22"/>
        </w:rPr>
        <w:t>C. 4 MB</w:t>
      </w:r>
    </w:p>
    <w:p>
      <w:pPr>
        <w:pStyle w:val="ListParagraph"/>
      </w:pPr>
      <w:r>
        <w:rPr>
          <w:sz w:val="22"/>
        </w:rPr>
        <w:t>D. 5 MB</w:t>
      </w:r>
    </w:p>
    <w:p/>
    <w:p>
      <w:r>
        <w:rPr>
          <w:b/>
          <w:sz w:val="24"/>
        </w:rPr>
        <w:t>Câu 13: 5 GB bằng bao nhiêu MB?</w:t>
      </w:r>
    </w:p>
    <w:p>
      <w:pPr>
        <w:pStyle w:val="ListParagraph"/>
      </w:pPr>
      <w:r>
        <w:rPr>
          <w:sz w:val="22"/>
        </w:rPr>
        <w:t>A. 5000 MB</w:t>
      </w:r>
    </w:p>
    <w:p>
      <w:pPr>
        <w:pStyle w:val="ListParagraph"/>
      </w:pPr>
      <w:r>
        <w:rPr>
          <w:sz w:val="22"/>
        </w:rPr>
        <w:t>B. 5120 MB</w:t>
      </w:r>
    </w:p>
    <w:p>
      <w:pPr>
        <w:pStyle w:val="ListParagraph"/>
      </w:pPr>
      <w:r>
        <w:rPr>
          <w:sz w:val="22"/>
        </w:rPr>
        <w:t>C. 5200 MB</w:t>
      </w:r>
    </w:p>
    <w:p>
      <w:pPr>
        <w:pStyle w:val="ListParagraph"/>
      </w:pPr>
      <w:r>
        <w:rPr>
          <w:sz w:val="22"/>
        </w:rPr>
        <w:t>D. 4096 MB</w:t>
      </w:r>
    </w:p>
    <w:p/>
    <w:p>
      <w:r>
        <w:rPr>
          <w:b/>
          <w:sz w:val="24"/>
        </w:rPr>
        <w:t>Câu 14: 2048 Byte bằng bao nhiêu KB?</w:t>
      </w:r>
    </w:p>
    <w:p>
      <w:pPr>
        <w:pStyle w:val="ListParagraph"/>
      </w:pPr>
      <w:r>
        <w:rPr>
          <w:sz w:val="22"/>
        </w:rPr>
        <w:t>A. 1 KB</w:t>
      </w:r>
    </w:p>
    <w:p>
      <w:pPr>
        <w:pStyle w:val="ListParagraph"/>
      </w:pPr>
      <w:r>
        <w:rPr>
          <w:sz w:val="22"/>
        </w:rPr>
        <w:t>B. 2 KB</w:t>
      </w:r>
    </w:p>
    <w:p>
      <w:pPr>
        <w:pStyle w:val="ListParagraph"/>
      </w:pPr>
      <w:r>
        <w:rPr>
          <w:sz w:val="22"/>
        </w:rPr>
        <w:t>C. 3 KB</w:t>
      </w:r>
    </w:p>
    <w:p>
      <w:pPr>
        <w:pStyle w:val="ListParagraph"/>
      </w:pPr>
      <w:r>
        <w:rPr>
          <w:sz w:val="22"/>
        </w:rPr>
        <w:t>D. 4 KB</w:t>
      </w:r>
    </w:p>
    <w:p/>
    <w:p>
      <w:r>
        <w:rPr>
          <w:b/>
          <w:sz w:val="24"/>
        </w:rPr>
        <w:t>Câu 15: Sau khi sử dụng xong máy tính. Cách tắt máy nào sau đây là đúng và an toàn?</w:t>
      </w:r>
    </w:p>
    <w:p>
      <w:pPr>
        <w:pStyle w:val="ListParagraph"/>
      </w:pPr>
      <w:r>
        <w:rPr>
          <w:sz w:val="22"/>
        </w:rPr>
        <w:t>A. Ấn giữ nút nguồn một lúc</w:t>
      </w:r>
    </w:p>
    <w:p>
      <w:pPr>
        <w:pStyle w:val="ListParagraph"/>
      </w:pPr>
      <w:r>
        <w:rPr>
          <w:sz w:val="22"/>
        </w:rPr>
        <w:t>B. Rút phích khỏi nguồn điện</w:t>
      </w:r>
    </w:p>
    <w:p>
      <w:pPr>
        <w:pStyle w:val="ListParagraph"/>
      </w:pPr>
      <w:r>
        <w:rPr>
          <w:sz w:val="22"/>
        </w:rPr>
        <w:t>C. Tắt máy chế độ Shut Down trên Windows</w:t>
      </w:r>
    </w:p>
    <w:p>
      <w:pPr>
        <w:pStyle w:val="ListParagraph"/>
      </w:pPr>
      <w:r>
        <w:rPr>
          <w:sz w:val="22"/>
        </w:rPr>
        <w:t>D. Cả 3 cách đều được.</w:t>
      </w:r>
    </w:p>
    <w:p/>
    <w:p>
      <w:r>
        <w:rPr>
          <w:b/>
          <w:sz w:val="24"/>
        </w:rPr>
        <w:t>Câu 16: Trong lĩnh vực tự động hóa, robot có ưu điểm gì nổi bật?</w:t>
      </w:r>
    </w:p>
    <w:p>
      <w:pPr>
        <w:pStyle w:val="ListParagraph"/>
      </w:pPr>
      <w:r>
        <w:rPr>
          <w:sz w:val="22"/>
        </w:rPr>
        <w:t>A. Chỉ có thể làm những việc đơn giản, lặp đi lặp lại.</w:t>
      </w:r>
    </w:p>
    <w:p>
      <w:pPr>
        <w:pStyle w:val="ListParagraph"/>
      </w:pPr>
      <w:r>
        <w:rPr>
          <w:sz w:val="22"/>
        </w:rPr>
        <w:t>B. Có thể làm việc ở những nơi có môi trường nguy hiểm cho con người.</w:t>
      </w:r>
    </w:p>
    <w:p>
      <w:pPr>
        <w:pStyle w:val="ListParagraph"/>
      </w:pPr>
      <w:r>
        <w:rPr>
          <w:sz w:val="22"/>
        </w:rPr>
        <w:t>C. Luôn cần có người giám sát và điều khiển trực tiếp.</w:t>
      </w:r>
    </w:p>
    <w:p>
      <w:pPr>
        <w:pStyle w:val="ListParagraph"/>
      </w:pPr>
      <w:r>
        <w:rPr>
          <w:sz w:val="22"/>
        </w:rPr>
        <w:t>D. Chi phí chế tạo và vận hành luôn thấp hơn lao động con người.</w:t>
      </w:r>
    </w:p>
    <w:p/>
    <w:p>
      <w:r>
        <w:rPr>
          <w:b/>
          <w:sz w:val="24"/>
        </w:rPr>
        <w:t>Câu 17: Đặc thù của ngành Tin học là gì?</w:t>
      </w:r>
    </w:p>
    <w:p>
      <w:pPr>
        <w:pStyle w:val="ListParagraph"/>
      </w:pPr>
      <w:r>
        <w:rPr>
          <w:sz w:val="22"/>
        </w:rPr>
        <w:t>A. Quá trình nghiên cứu và ứng dụng các công cụ tính toán.</w:t>
      </w:r>
    </w:p>
    <w:p>
      <w:pPr>
        <w:pStyle w:val="ListParagraph"/>
      </w:pPr>
      <w:r>
        <w:rPr>
          <w:sz w:val="22"/>
        </w:rPr>
        <w:t>B. Quá trình nghiên cứu và xử lí thông tin một cách tự động.</w:t>
      </w:r>
    </w:p>
    <w:p>
      <w:pPr>
        <w:pStyle w:val="ListParagraph"/>
      </w:pPr>
      <w:r>
        <w:rPr>
          <w:sz w:val="22"/>
        </w:rPr>
        <w:t>C. Quá trình nghiên cứu và triển khai các ứng dụng không tách rời việc phát triển và sử dụng máy tính điện tử.</w:t>
      </w:r>
    </w:p>
    <w:p>
      <w:pPr>
        <w:pStyle w:val="ListParagraph"/>
      </w:pPr>
      <w:r>
        <w:rPr>
          <w:sz w:val="22"/>
        </w:rPr>
        <w:t>D. Quá trình nghiên cứu và xử lí thông tin.</w:t>
      </w:r>
    </w:p>
    <w:p/>
    <w:p>
      <w:r>
        <w:rPr>
          <w:b/>
          <w:sz w:val="24"/>
        </w:rPr>
        <w:t>Câu 18: Tin học là một ngành khoa học vì đó là ngành:</w:t>
      </w:r>
    </w:p>
    <w:p>
      <w:pPr>
        <w:pStyle w:val="ListParagraph"/>
      </w:pPr>
      <w:r>
        <w:rPr>
          <w:sz w:val="22"/>
        </w:rPr>
        <w:t>A. Có nội dung, mục tiêu, phương pháp nghiên cứu riêng.</w:t>
      </w:r>
    </w:p>
    <w:p>
      <w:pPr>
        <w:pStyle w:val="ListParagraph"/>
      </w:pPr>
      <w:r>
        <w:rPr>
          <w:sz w:val="22"/>
        </w:rPr>
        <w:t>B. Được sinh ra trong nền văn minh thông tin.</w:t>
      </w:r>
    </w:p>
    <w:p>
      <w:pPr>
        <w:pStyle w:val="ListParagraph"/>
      </w:pPr>
      <w:r>
        <w:rPr>
          <w:sz w:val="22"/>
        </w:rPr>
        <w:t>C. Sử dụng máy tính điện tử.</w:t>
      </w:r>
    </w:p>
    <w:p>
      <w:pPr>
        <w:pStyle w:val="ListParagraph"/>
      </w:pPr>
      <w:r>
        <w:rPr>
          <w:sz w:val="22"/>
        </w:rPr>
        <w:t>D. Nghiên cứu máy tính điện tử.</w:t>
      </w:r>
    </w:p>
    <w:p/>
    <w:p>
      <w:r>
        <w:rPr>
          <w:b/>
          <w:sz w:val="24"/>
        </w:rPr>
        <w:t>Câu 19: Những ưu việt của máy tính điện tử là gì?</w:t>
      </w:r>
    </w:p>
    <w:p>
      <w:pPr>
        <w:pStyle w:val="ListParagraph"/>
      </w:pPr>
      <w:r>
        <w:rPr>
          <w:sz w:val="22"/>
        </w:rPr>
        <w:t>A. Các máy tính có thể liên kết với nhau thành một mạng và các mạng máy tính tạo ra khả năng thu thập và xử lí thông tin rất tốt.</w:t>
      </w:r>
    </w:p>
    <w:p>
      <w:pPr>
        <w:pStyle w:val="ListParagraph"/>
      </w:pPr>
      <w:r>
        <w:rPr>
          <w:sz w:val="22"/>
        </w:rPr>
        <w:t>B. Máy tính có thể lưu trữ một lượng lớn thông tin trong một không gian rất hạn chế.</w:t>
      </w:r>
    </w:p>
    <w:p>
      <w:pPr>
        <w:pStyle w:val="ListParagraph"/>
      </w:pPr>
      <w:r>
        <w:rPr>
          <w:sz w:val="22"/>
        </w:rPr>
        <w:t>C. Máy tính có thể làm việc đến 24/24 giờ.</w:t>
      </w:r>
    </w:p>
    <w:p>
      <w:pPr>
        <w:pStyle w:val="ListParagraph"/>
      </w:pPr>
      <w:r>
        <w:rPr>
          <w:sz w:val="22"/>
        </w:rPr>
        <w:t>D. Cả 3 phương án trên</w:t>
      </w:r>
    </w:p>
    <w:p/>
    <w:p>
      <w:r>
        <w:rPr>
          <w:b/>
          <w:sz w:val="24"/>
        </w:rPr>
        <w:t>Câu 20: Phát biểu nào sau đây là đúng?</w:t>
      </w:r>
    </w:p>
    <w:p>
      <w:pPr>
        <w:pStyle w:val="ListParagraph"/>
      </w:pPr>
      <w:r>
        <w:rPr>
          <w:sz w:val="22"/>
        </w:rPr>
        <w:t>A. Máy tính là sản phẩm trí tuệ duy nhất của con người.</w:t>
      </w:r>
    </w:p>
    <w:p>
      <w:pPr>
        <w:pStyle w:val="ListParagraph"/>
      </w:pPr>
      <w:r>
        <w:rPr>
          <w:sz w:val="22"/>
        </w:rPr>
        <w:t>B. Học tin học là học sử dụng máy tính.</w:t>
      </w:r>
    </w:p>
    <w:p>
      <w:pPr>
        <w:pStyle w:val="ListParagraph"/>
      </w:pPr>
      <w:r>
        <w:rPr>
          <w:sz w:val="22"/>
        </w:rPr>
        <w:t>C. Máy tính có thể thay thế hoàn toàn cho con người trong việc xử lý thông tin.</w:t>
      </w:r>
    </w:p>
    <w:p>
      <w:pPr>
        <w:pStyle w:val="ListParagraph"/>
      </w:pPr>
      <w:r>
        <w:rPr>
          <w:sz w:val="22"/>
        </w:rPr>
        <w:t>D. Con người phát triển toàn diện của xã hội hiện đại là con người phải có hiểu biết về tin học.</w:t>
      </w:r>
    </w:p>
    <w:p/>
    <w:p>
      <w:r>
        <w:rPr>
          <w:b/>
          <w:sz w:val="24"/>
        </w:rPr>
        <w:t>Câu 21: Điểm khác biệt nổi bật của Cách mạng công nghiệp lần thứ tư so với các giai đoạn trước là:</w:t>
      </w:r>
    </w:p>
    <w:p>
      <w:pPr>
        <w:pStyle w:val="ListParagraph"/>
      </w:pPr>
      <w:r>
        <w:rPr>
          <w:sz w:val="22"/>
        </w:rPr>
        <w:t>A. Chỉ sử dụng máy hơi nước.</w:t>
      </w:r>
    </w:p>
    <w:p>
      <w:pPr>
        <w:pStyle w:val="ListParagraph"/>
      </w:pPr>
      <w:r>
        <w:rPr>
          <w:sz w:val="22"/>
        </w:rPr>
        <w:t>B. Chỉ phát triển ngành cơ khí.</w:t>
      </w:r>
    </w:p>
    <w:p>
      <w:pPr>
        <w:pStyle w:val="ListParagraph"/>
      </w:pPr>
      <w:r>
        <w:rPr>
          <w:sz w:val="22"/>
        </w:rPr>
        <w:t>C. Sự kết hợp của AI, IoT, dữ liệu lớn và điện toán đám mây.</w:t>
      </w:r>
    </w:p>
    <w:p>
      <w:pPr>
        <w:pStyle w:val="ListParagraph"/>
      </w:pPr>
      <w:r>
        <w:rPr>
          <w:sz w:val="22"/>
        </w:rPr>
        <w:t>D. Chỉ phát triển điện năng</w:t>
      </w:r>
    </w:p>
    <w:p/>
    <w:p>
      <w:r>
        <w:rPr>
          <w:b/>
          <w:sz w:val="24"/>
        </w:rPr>
        <w:t>Câu 22: Nhận định nào sau đây phản ánh đúng tác động của thành tựu tin học đối với nền kinh tế số?</w:t>
      </w:r>
    </w:p>
    <w:p>
      <w:pPr>
        <w:pStyle w:val="ListParagraph"/>
      </w:pPr>
      <w:r>
        <w:rPr>
          <w:sz w:val="22"/>
        </w:rPr>
        <w:t>A. Giảm nhu cầu giao dịch trực tuyến.</w:t>
      </w:r>
    </w:p>
    <w:p>
      <w:pPr>
        <w:pStyle w:val="ListParagraph"/>
      </w:pPr>
      <w:r>
        <w:rPr>
          <w:sz w:val="22"/>
        </w:rPr>
        <w:t>B. Thúc đẩy thương mại điện tử, thanh toán số và tự động hóa sản xuất.</w:t>
      </w:r>
    </w:p>
    <w:p>
      <w:pPr>
        <w:pStyle w:val="ListParagraph"/>
      </w:pPr>
      <w:r>
        <w:rPr>
          <w:sz w:val="22"/>
        </w:rPr>
        <w:t>C. Chỉ làm tăng số lượng máy tính được bán ra.</w:t>
      </w:r>
    </w:p>
    <w:p>
      <w:pPr>
        <w:pStyle w:val="ListParagraph"/>
      </w:pPr>
      <w:r>
        <w:rPr>
          <w:sz w:val="22"/>
        </w:rPr>
        <w:t>D. Làm cho Internet không còn cần thiết.</w:t>
      </w:r>
    </w:p>
    <w:p/>
    <w:p>
      <w:r>
        <w:rPr>
          <w:b/>
          <w:sz w:val="24"/>
        </w:rPr>
        <w:t>Câu 23: Tác dụng của việc phân loại dữ liệu là gì?</w:t>
      </w:r>
    </w:p>
    <w:p>
      <w:pPr>
        <w:pStyle w:val="ListParagraph"/>
      </w:pPr>
      <w:r>
        <w:rPr>
          <w:sz w:val="22"/>
        </w:rPr>
        <w:t>A. Tạo điều kiện thuận lợi cho xử lí thông tin.</w:t>
      </w:r>
    </w:p>
    <w:p>
      <w:pPr>
        <w:pStyle w:val="ListParagraph"/>
      </w:pPr>
      <w:r>
        <w:rPr>
          <w:sz w:val="22"/>
        </w:rPr>
        <w:t>B. Có cách biểu diễn phù hợp nhằm tạo điều kiện thuận lợi cho việc xử lí thông tin.</w:t>
      </w:r>
    </w:p>
    <w:p>
      <w:pPr>
        <w:pStyle w:val="ListParagraph"/>
      </w:pPr>
      <w:r>
        <w:rPr>
          <w:sz w:val="22"/>
        </w:rPr>
        <w:t>C. Dễ gọi tên và phân biệt.</w:t>
      </w:r>
    </w:p>
    <w:p>
      <w:pPr>
        <w:pStyle w:val="ListParagraph"/>
      </w:pPr>
      <w:r>
        <w:rPr>
          <w:sz w:val="22"/>
        </w:rPr>
        <w:t>D. Xử lí thông tin chính xác.</w:t>
      </w:r>
    </w:p>
    <w:p/>
    <w:p>
      <w:r>
        <w:rPr>
          <w:b/>
          <w:sz w:val="24"/>
        </w:rPr>
        <w:t>Câu 24: Trong bảng mã Unicode Tiếng Việt, mỗi kí tự được biểu diễn bởi bao nhiêu byte?</w:t>
      </w:r>
    </w:p>
    <w:p>
      <w:pPr>
        <w:pStyle w:val="ListParagraph"/>
      </w:pPr>
      <w:r>
        <w:rPr>
          <w:sz w:val="22"/>
        </w:rPr>
        <w:t>A. 1 byte.</w:t>
      </w:r>
    </w:p>
    <w:p>
      <w:pPr>
        <w:pStyle w:val="ListParagraph"/>
      </w:pPr>
      <w:r>
        <w:rPr>
          <w:sz w:val="22"/>
        </w:rPr>
        <w:t>B. 2 byte.</w:t>
      </w:r>
    </w:p>
    <w:p>
      <w:pPr>
        <w:pStyle w:val="ListParagraph"/>
      </w:pPr>
      <w:r>
        <w:rPr>
          <w:sz w:val="22"/>
        </w:rPr>
        <w:t>C. Từ 1 đến 3 byte.</w:t>
      </w:r>
    </w:p>
    <w:p>
      <w:pPr>
        <w:pStyle w:val="ListParagraph"/>
      </w:pPr>
      <w:r>
        <w:rPr>
          <w:sz w:val="22"/>
        </w:rPr>
        <w:t>D. 3 byte.</w:t>
      </w:r>
    </w:p>
    <w:p/>
    <w:p>
      <w:r>
        <w:rPr>
          <w:b/>
          <w:sz w:val="24"/>
        </w:rPr>
        <w:t>Câu 25: Điểm khác biệt quan trọng nhất giữa ASCII và Unicode là gì?</w:t>
      </w:r>
    </w:p>
    <w:p>
      <w:pPr>
        <w:pStyle w:val="ListParagraph"/>
      </w:pPr>
      <w:r>
        <w:rPr>
          <w:sz w:val="22"/>
        </w:rPr>
        <w:t>A. Unicode chỉ mã hóa được chữ cái tiếng Anh.</w:t>
      </w:r>
    </w:p>
    <w:p>
      <w:pPr>
        <w:pStyle w:val="ListParagraph"/>
      </w:pPr>
      <w:r>
        <w:rPr>
          <w:sz w:val="22"/>
        </w:rPr>
        <w:t>B. ASCII hỗ trợ nhiều ngôn ngữ hơn Unicode.</w:t>
      </w:r>
    </w:p>
    <w:p>
      <w:pPr>
        <w:pStyle w:val="ListParagraph"/>
      </w:pPr>
      <w:r>
        <w:rPr>
          <w:sz w:val="22"/>
        </w:rPr>
        <w:t>C. Unicode có thể biểu diễn hầu hết ký tự của các ngôn ngữ trên thế giới.</w:t>
      </w:r>
    </w:p>
    <w:p>
      <w:pPr>
        <w:pStyle w:val="ListParagraph"/>
      </w:pPr>
      <w:r>
        <w:rPr>
          <w:sz w:val="22"/>
        </w:rPr>
        <w:t>D. ASCII luôn sử dụng nhiều bit hơn Unicode</w:t>
      </w:r>
    </w:p>
    <w:p/>
    <w:p>
      <w:r>
        <w:rPr>
          <w:b/>
          <w:sz w:val="24"/>
        </w:rPr>
        <w:t>Câu 26: Nếu một bảng mã chỉ sử dụng 8 bit để biểu diễn một ký tự thì số lượng ký tự tối đa có thể mã hóa là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128</w:t>
      </w:r>
    </w:p>
    <w:p>
      <w:pPr>
        <w:pStyle w:val="ListParagraph"/>
      </w:pPr>
      <w:r>
        <w:rPr>
          <w:sz w:val="22"/>
        </w:rPr>
        <w:t>D. 256</w:t>
      </w:r>
    </w:p>
    <w:p/>
    <w:p>
      <w:r>
        <w:rPr>
          <w:b/>
          <w:sz w:val="24"/>
        </w:rPr>
        <w:t>Câu 27: Một bảng mã sử dụng 16 bit để biểu diễn mỗi ký tự. Số lượng ký tự tối đa mà bảng mã đó có thể biểu diễn là</w:t>
      </w:r>
    </w:p>
    <w:p>
      <w:pPr>
        <w:pStyle w:val="ListParagraph"/>
      </w:pPr>
      <w:r>
        <w:rPr>
          <w:sz w:val="22"/>
        </w:rPr>
        <w:t>A. 1 024</w:t>
      </w:r>
    </w:p>
    <w:p>
      <w:pPr>
        <w:pStyle w:val="ListParagraph"/>
      </w:pPr>
      <w:r>
        <w:rPr>
          <w:sz w:val="22"/>
        </w:rPr>
        <w:t>B. 4 096</w:t>
      </w:r>
    </w:p>
    <w:p>
      <w:pPr>
        <w:pStyle w:val="ListParagraph"/>
      </w:pPr>
      <w:r>
        <w:rPr>
          <w:sz w:val="22"/>
        </w:rPr>
        <w:t>C. 32 768</w:t>
      </w:r>
    </w:p>
    <w:p>
      <w:pPr>
        <w:pStyle w:val="ListParagraph"/>
      </w:pPr>
      <w:r>
        <w:rPr>
          <w:sz w:val="22"/>
        </w:rPr>
        <w:t>D. 65 536</w:t>
      </w:r>
    </w:p>
    <w:p/>
    <w:p>
      <w:r>
        <w:rPr>
          <w:b/>
          <w:sz w:val="24"/>
        </w:rPr>
        <w:t>Câu 28: Hệ nhị phân dùng những chữ số nào?</w:t>
      </w:r>
    </w:p>
    <w:p>
      <w:pPr>
        <w:pStyle w:val="ListParagraph"/>
      </w:pPr>
      <w:r>
        <w:rPr>
          <w:sz w:val="22"/>
        </w:rPr>
        <w:t>A. 0 và 1.</w:t>
      </w:r>
    </w:p>
    <w:p>
      <w:pPr>
        <w:pStyle w:val="ListParagraph"/>
      </w:pPr>
      <w:r>
        <w:rPr>
          <w:sz w:val="22"/>
        </w:rPr>
        <w:t>B. 1 và 2.</w:t>
      </w:r>
    </w:p>
    <w:p>
      <w:pPr>
        <w:pStyle w:val="ListParagraph"/>
      </w:pPr>
      <w:r>
        <w:rPr>
          <w:sz w:val="22"/>
        </w:rPr>
        <w:t>C. 2 và 3.</w:t>
      </w:r>
    </w:p>
    <w:p>
      <w:pPr>
        <w:pStyle w:val="ListParagraph"/>
      </w:pPr>
      <w:r>
        <w:rPr>
          <w:sz w:val="22"/>
        </w:rPr>
        <w:t>D. 0 và -1.</w:t>
      </w:r>
    </w:p>
    <w:p/>
    <w:p>
      <w:r>
        <w:rPr>
          <w:b/>
          <w:sz w:val="24"/>
        </w:rPr>
        <w:t>Câu 29: Trong máy tính, dữ liệu số nguyên được lưu trữ dưới dạng:</w:t>
      </w:r>
    </w:p>
    <w:p>
      <w:pPr>
        <w:pStyle w:val="ListParagraph"/>
      </w:pPr>
      <w:r>
        <w:rPr>
          <w:sz w:val="22"/>
        </w:rPr>
        <w:t>A. Hệ thập phân</w:t>
      </w:r>
    </w:p>
    <w:p>
      <w:pPr>
        <w:pStyle w:val="ListParagraph"/>
      </w:pPr>
      <w:r>
        <w:rPr>
          <w:sz w:val="22"/>
        </w:rPr>
        <w:t>B. Hệ La Mã</w:t>
      </w:r>
    </w:p>
    <w:p>
      <w:pPr>
        <w:pStyle w:val="ListParagraph"/>
      </w:pPr>
      <w:r>
        <w:rPr>
          <w:sz w:val="22"/>
        </w:rPr>
        <w:t>C. Hệ nhị phân</w:t>
      </w:r>
    </w:p>
    <w:p>
      <w:pPr>
        <w:pStyle w:val="ListParagraph"/>
      </w:pPr>
      <w:r>
        <w:rPr>
          <w:sz w:val="22"/>
        </w:rPr>
        <w:t>D. Hệ cơ số 5</w:t>
      </w:r>
    </w:p>
    <w:p/>
    <w:p>
      <w:r>
        <w:rPr>
          <w:b/>
          <w:sz w:val="24"/>
        </w:rPr>
        <w:t>Câu 30: Số biểu diễn trong hệ nhị phân $10011_2$ có giá trị thập phân là:</w:t>
      </w:r>
    </w:p>
    <w:p>
      <w:pPr>
        <w:pStyle w:val="ListParagraph"/>
      </w:pPr>
      <w:r>
        <w:rPr>
          <w:sz w:val="22"/>
        </w:rPr>
        <w:t>A. 17.</w:t>
      </w:r>
    </w:p>
    <w:p>
      <w:pPr>
        <w:pStyle w:val="ListParagraph"/>
      </w:pPr>
      <w:r>
        <w:rPr>
          <w:sz w:val="22"/>
        </w:rPr>
        <w:t>B. 18.</w:t>
      </w:r>
    </w:p>
    <w:p>
      <w:pPr>
        <w:pStyle w:val="ListParagraph"/>
      </w:pPr>
      <w:r>
        <w:rPr>
          <w:sz w:val="22"/>
        </w:rPr>
        <w:t>C. 19.</w:t>
      </w:r>
    </w:p>
    <w:p>
      <w:pPr>
        <w:pStyle w:val="ListParagraph"/>
      </w:pPr>
      <w:r>
        <w:rPr>
          <w:sz w:val="22"/>
        </w:rPr>
        <w:t>D. 20.</w:t>
      </w:r>
    </w:p>
    <w:p/>
    <w:p>
      <w:r>
        <w:rPr>
          <w:b/>
          <w:sz w:val="24"/>
        </w:rPr>
        <w:t>Câu 31: Các đại lượng lôgic có thể nhận các giá trị nào sau đây?</w:t>
      </w:r>
    </w:p>
    <w:p>
      <w:pPr>
        <w:pStyle w:val="ListParagraph"/>
      </w:pPr>
      <w:r>
        <w:rPr>
          <w:sz w:val="22"/>
        </w:rPr>
        <w:t>A. Đúng hoặc Sai.</w:t>
      </w:r>
    </w:p>
    <w:p>
      <w:pPr>
        <w:pStyle w:val="ListParagraph"/>
      </w:pPr>
      <w:r>
        <w:rPr>
          <w:sz w:val="22"/>
        </w:rPr>
        <w:t>B. Lớn hơn hoặc nhỏ hơn.</w:t>
      </w:r>
    </w:p>
    <w:p>
      <w:pPr>
        <w:pStyle w:val="ListParagraph"/>
      </w:pPr>
      <w:r>
        <w:rPr>
          <w:sz w:val="22"/>
        </w:rPr>
        <w:t>C. Bằng nhau.</w:t>
      </w:r>
    </w:p>
    <w:p>
      <w:pPr>
        <w:pStyle w:val="ListParagraph"/>
      </w:pPr>
      <w:r>
        <w:rPr>
          <w:sz w:val="22"/>
        </w:rPr>
        <w:t>D. Không thể nhận giá trị nào.</w:t>
      </w:r>
    </w:p>
    <w:p/>
    <w:p>
      <w:r>
        <w:rPr>
          <w:b/>
          <w:sz w:val="24"/>
        </w:rPr>
        <w:t>Câu 32: Trong một biểu thức lôgic, phép nào được thực hiện trước tiên?</w:t>
      </w:r>
    </w:p>
    <w:p>
      <w:pPr>
        <w:pStyle w:val="ListParagraph"/>
      </w:pPr>
      <w:r>
        <w:rPr>
          <w:sz w:val="22"/>
        </w:rPr>
        <w:t>A. Phép tuyển.</w:t>
      </w:r>
    </w:p>
    <w:p>
      <w:pPr>
        <w:pStyle w:val="ListParagraph"/>
      </w:pPr>
      <w:r>
        <w:rPr>
          <w:sz w:val="22"/>
        </w:rPr>
        <w:t>B. Phép hợp.</w:t>
      </w:r>
    </w:p>
    <w:p>
      <w:pPr>
        <w:pStyle w:val="ListParagraph"/>
      </w:pPr>
      <w:r>
        <w:rPr>
          <w:sz w:val="22"/>
        </w:rPr>
        <w:t>C. Các phép toán trong dấu ngoặc.</w:t>
      </w:r>
    </w:p>
    <w:p>
      <w:pPr>
        <w:pStyle w:val="ListParagraph"/>
      </w:pPr>
      <w:r>
        <w:rPr>
          <w:sz w:val="22"/>
        </w:rPr>
        <w:t>D. Đồng thời tất cả.</w:t>
      </w:r>
    </w:p>
    <w:p/>
    <w:p>
      <w:r>
        <w:rPr>
          <w:b/>
          <w:sz w:val="24"/>
        </w:rPr>
        <w:t>Câu 33: Tính giá trị của biểu thức logic A với x=10, A= (x&gt;8) and (x&lt;4)</w:t>
      </w:r>
    </w:p>
    <w:p>
      <w:pPr>
        <w:pStyle w:val="ListParagraph"/>
      </w:pPr>
      <w:r>
        <w:rPr>
          <w:sz w:val="22"/>
        </w:rPr>
        <w:t>A. A=True</w:t>
      </w:r>
    </w:p>
    <w:p>
      <w:pPr>
        <w:pStyle w:val="ListParagraph"/>
      </w:pPr>
      <w:r>
        <w:rPr>
          <w:sz w:val="22"/>
        </w:rPr>
        <w:t>B. A=False</w:t>
      </w:r>
    </w:p>
    <w:p>
      <w:pPr>
        <w:pStyle w:val="ListParagraph"/>
      </w:pPr>
      <w:r>
        <w:rPr>
          <w:sz w:val="22"/>
        </w:rPr>
        <w:t>C. A=10</w:t>
      </w:r>
    </w:p>
    <w:p>
      <w:pPr>
        <w:pStyle w:val="ListParagraph"/>
      </w:pPr>
      <w:r>
        <w:rPr>
          <w:sz w:val="22"/>
        </w:rPr>
        <w:t>D. A=4</w:t>
      </w:r>
    </w:p>
    <w:p/>
    <w:p>
      <w:r>
        <w:rPr>
          <w:b/>
          <w:sz w:val="24"/>
        </w:rPr>
        <w:t>Câu 34: Tính giá trị biểu thức logic B với x=7, B= (x&gt;5) XOR (x&lt;1)</w:t>
      </w:r>
    </w:p>
    <w:p>
      <w:pPr>
        <w:pStyle w:val="ListParagraph"/>
      </w:pPr>
      <w:r>
        <w:rPr>
          <w:sz w:val="22"/>
        </w:rPr>
        <w:t>A. B=True</w:t>
      </w:r>
    </w:p>
    <w:p>
      <w:pPr>
        <w:pStyle w:val="ListParagraph"/>
      </w:pPr>
      <w:r>
        <w:rPr>
          <w:sz w:val="22"/>
        </w:rPr>
        <w:t>B. B=False</w:t>
      </w:r>
    </w:p>
    <w:p>
      <w:pPr>
        <w:pStyle w:val="ListParagraph"/>
      </w:pPr>
      <w:r>
        <w:rPr>
          <w:sz w:val="22"/>
        </w:rPr>
        <w:t>C. B=7</w:t>
      </w:r>
    </w:p>
    <w:p>
      <w:pPr>
        <w:pStyle w:val="ListParagraph"/>
      </w:pPr>
      <w:r>
        <w:rPr>
          <w:sz w:val="22"/>
        </w:rPr>
        <w:t>D. B=4</w:t>
      </w:r>
    </w:p>
    <w:p/>
    <w:p>
      <w:r>
        <w:rPr>
          <w:b/>
          <w:sz w:val="24"/>
        </w:rPr>
        <w:t>Câu 35: Tính giá trị biểu thức logic C với x=10, C= not(x)&gt;9</w:t>
      </w:r>
    </w:p>
    <w:p>
      <w:pPr>
        <w:pStyle w:val="ListParagraph"/>
      </w:pPr>
      <w:r>
        <w:rPr>
          <w:sz w:val="22"/>
        </w:rPr>
        <w:t>A. C=True</w:t>
      </w:r>
    </w:p>
    <w:p>
      <w:pPr>
        <w:pStyle w:val="ListParagraph"/>
      </w:pPr>
      <w:r>
        <w:rPr>
          <w:sz w:val="22"/>
        </w:rPr>
        <w:t>B. C=False</w:t>
      </w:r>
    </w:p>
    <w:p>
      <w:pPr>
        <w:pStyle w:val="ListParagraph"/>
      </w:pPr>
      <w:r>
        <w:rPr>
          <w:sz w:val="22"/>
        </w:rPr>
        <w:t>C. C=10</w:t>
      </w:r>
    </w:p>
    <w:p>
      <w:pPr>
        <w:pStyle w:val="ListParagraph"/>
      </w:pPr>
      <w:r>
        <w:rPr>
          <w:sz w:val="22"/>
        </w:rPr>
        <w:t>D. C=9</w:t>
      </w:r>
    </w:p>
    <w:p/>
    <w:p>
      <w:r>
        <w:rPr>
          <w:b/>
          <w:sz w:val="24"/>
        </w:rPr>
        <w:t>Câu 36: Tính giá trị của biểu thức logic D với x=15 D= (x&gt;10) OR (x&lt;1)</w:t>
      </w:r>
    </w:p>
    <w:p>
      <w:pPr>
        <w:pStyle w:val="ListParagraph"/>
      </w:pPr>
      <w:r>
        <w:rPr>
          <w:sz w:val="22"/>
        </w:rPr>
        <w:t>A. B=True</w:t>
      </w:r>
    </w:p>
    <w:p>
      <w:pPr>
        <w:pStyle w:val="ListParagraph"/>
      </w:pPr>
      <w:r>
        <w:rPr>
          <w:sz w:val="22"/>
        </w:rPr>
        <w:t>B. B=False</w:t>
      </w:r>
    </w:p>
    <w:p>
      <w:pPr>
        <w:pStyle w:val="ListParagraph"/>
      </w:pPr>
      <w:r>
        <w:rPr>
          <w:sz w:val="22"/>
        </w:rPr>
        <w:t>C. B=15</w:t>
      </w:r>
    </w:p>
    <w:p>
      <w:pPr>
        <w:pStyle w:val="ListParagraph"/>
      </w:pPr>
      <w:r>
        <w:rPr>
          <w:sz w:val="22"/>
        </w:rPr>
        <w:t>D. B=9</w:t>
      </w:r>
    </w:p>
    <w:p/>
    <w:p>
      <w:r>
        <w:rPr>
          <w:b/>
          <w:sz w:val="24"/>
        </w:rPr>
        <w:t>Câu 37: Tính giá trị của biểu thức logic E với x=15 E= (x&gt;10) XOR (x&lt;1)</w:t>
      </w:r>
    </w:p>
    <w:p>
      <w:pPr>
        <w:pStyle w:val="ListParagraph"/>
      </w:pPr>
      <w:r>
        <w:rPr>
          <w:sz w:val="22"/>
        </w:rPr>
        <w:t>A. B=True</w:t>
      </w:r>
    </w:p>
    <w:p>
      <w:pPr>
        <w:pStyle w:val="ListParagraph"/>
      </w:pPr>
      <w:r>
        <w:rPr>
          <w:sz w:val="22"/>
        </w:rPr>
        <w:t>B. B=False</w:t>
      </w:r>
    </w:p>
    <w:p>
      <w:pPr>
        <w:pStyle w:val="ListParagraph"/>
      </w:pPr>
      <w:r>
        <w:rPr>
          <w:sz w:val="22"/>
        </w:rPr>
        <w:t>C. B=15</w:t>
      </w:r>
    </w:p>
    <w:p>
      <w:pPr>
        <w:pStyle w:val="ListParagraph"/>
      </w:pPr>
      <w:r>
        <w:rPr>
          <w:sz w:val="22"/>
        </w:rPr>
        <w:t>D. B=9</w:t>
      </w:r>
    </w:p>
    <w:p/>
    <w:p>
      <w:r>
        <w:rPr>
          <w:b/>
          <w:sz w:val="24"/>
        </w:rPr>
        <w:t>Câu 38: Nhà toán học người Anh nào được xem là người đã xây dựng nên đại số lôgic, một ngành toán học liên quan đến các yếu tố "đúng", "sai"?</w:t>
      </w:r>
    </w:p>
    <w:p>
      <w:pPr>
        <w:pStyle w:val="ListParagraph"/>
      </w:pPr>
      <w:r>
        <w:rPr>
          <w:sz w:val="22"/>
        </w:rPr>
        <w:t>A. Isaac Newton</w:t>
      </w:r>
    </w:p>
    <w:p>
      <w:pPr>
        <w:pStyle w:val="ListParagraph"/>
      </w:pPr>
      <w:r>
        <w:rPr>
          <w:sz w:val="22"/>
        </w:rPr>
        <w:t>B. Alan Turing</w:t>
      </w:r>
    </w:p>
    <w:p>
      <w:pPr>
        <w:pStyle w:val="ListParagraph"/>
      </w:pPr>
      <w:r>
        <w:rPr>
          <w:sz w:val="22"/>
        </w:rPr>
        <w:t>C. George Boole</w:t>
      </w:r>
    </w:p>
    <w:p>
      <w:pPr>
        <w:pStyle w:val="ListParagraph"/>
      </w:pPr>
      <w:r>
        <w:rPr>
          <w:sz w:val="22"/>
        </w:rPr>
        <w:t>D. John von Neumann</w:t>
      </w:r>
    </w:p>
    <w:p/>
    <w:p>
      <w:r>
        <w:rPr>
          <w:b/>
          <w:sz w:val="24"/>
        </w:rPr>
        <w:t>Câu 39: Một mạch điện gồm hai công tắc K1 và K2 và mắc nối tiếp với một bóng đèn. Quy ước công tắc đóng là 1, mở là 0; đèn sáng là 1, tắt là 0. Trạng thái của đèn tương ứng với phép toán lôgic nào giữa K1 và K2?</w:t>
      </w:r>
    </w:p>
    <w:p>
      <w:pPr>
        <w:pStyle w:val="ListParagraph"/>
      </w:pPr>
      <w:r>
        <w:rPr>
          <w:sz w:val="22"/>
        </w:rPr>
        <w:t>A. K1 AND K2</w:t>
      </w:r>
    </w:p>
    <w:p>
      <w:pPr>
        <w:pStyle w:val="ListParagraph"/>
      </w:pPr>
      <w:r>
        <w:rPr>
          <w:sz w:val="22"/>
        </w:rPr>
        <w:t>B. K1 OR K2</w:t>
      </w:r>
    </w:p>
    <w:p>
      <w:pPr>
        <w:pStyle w:val="ListParagraph"/>
      </w:pPr>
      <w:r>
        <w:rPr>
          <w:sz w:val="22"/>
        </w:rPr>
        <w:t>C. K1 XOR K2</w:t>
      </w:r>
    </w:p>
    <w:p>
      <w:pPr>
        <w:pStyle w:val="ListParagraph"/>
      </w:pPr>
      <w:r>
        <w:rPr>
          <w:sz w:val="22"/>
        </w:rPr>
        <w:t>D. NOT(K2)</w:t>
      </w:r>
    </w:p>
    <w:p/>
    <w:p>
      <w:r>
        <w:rPr>
          <w:b/>
          <w:sz w:val="24"/>
        </w:rPr>
        <w:t>Câu 40: Trong các phép toán lôgic cơ bản, phép toán nào chỉ cần một toán hạng đầu vào?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OR</w:t>
      </w:r>
    </w:p>
    <w:p>
      <w:pPr>
        <w:pStyle w:val="ListParagraph"/>
      </w:pPr>
      <w:r>
        <w:rPr>
          <w:sz w:val="22"/>
        </w:rPr>
        <w:t>C. XOR</w:t>
      </w:r>
    </w:p>
    <w:p>
      <w:pPr>
        <w:pStyle w:val="ListParagraph"/>
      </w:pPr>
      <w:r>
        <w:rPr>
          <w:sz w:val="22"/>
        </w:rPr>
        <w:t>D. NOT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