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TOÁN - TUẦN 5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Rút gọn phân số $\frac{18}{24}$ ta được phân số nào?</w:t>
      </w:r>
    </w:p>
    <w:p>
      <w:pPr>
        <w:pStyle w:val="ListParagraph"/>
      </w:pPr>
      <w:r>
        <w:rPr>
          <w:sz w:val="22"/>
        </w:rPr>
        <w:t>A. $\frac{3}{4}$</w:t>
      </w:r>
    </w:p>
    <w:p>
      <w:pPr>
        <w:pStyle w:val="ListParagraph"/>
      </w:pPr>
      <w:r>
        <w:rPr>
          <w:sz w:val="22"/>
        </w:rPr>
        <w:t>B. $\frac{2}{3}$</w:t>
      </w:r>
    </w:p>
    <w:p>
      <w:pPr>
        <w:pStyle w:val="ListParagraph"/>
      </w:pPr>
      <w:r>
        <w:rPr>
          <w:sz w:val="22"/>
        </w:rPr>
        <w:t>C. $\frac{4}{5}$</w:t>
      </w:r>
    </w:p>
    <w:p>
      <w:pPr>
        <w:pStyle w:val="ListParagraph"/>
      </w:pPr>
      <w:r>
        <w:rPr>
          <w:sz w:val="22"/>
        </w:rPr>
        <w:t>D. $\frac{5}{6}$</w:t>
      </w:r>
    </w:p>
    <w:p/>
    <w:p>
      <w:r>
        <w:rPr>
          <w:b/>
          <w:sz w:val="24"/>
        </w:rPr>
        <w:t>Câu 2: So sánh $\frac{5}{8}$ và $\frac{7}{12}$, ta có:</w:t>
      </w:r>
    </w:p>
    <w:p>
      <w:pPr>
        <w:pStyle w:val="ListParagraph"/>
      </w:pPr>
      <w:r>
        <w:rPr>
          <w:sz w:val="22"/>
        </w:rPr>
        <w:t>A. $\frac{5}{8} &gt; \frac{7}{12}$</w:t>
      </w:r>
    </w:p>
    <w:p>
      <w:pPr>
        <w:pStyle w:val="ListParagraph"/>
      </w:pPr>
      <w:r>
        <w:rPr>
          <w:sz w:val="22"/>
        </w:rPr>
        <w:t>B. $\frac{5}{8} &lt; \frac{7}{12}$</w:t>
      </w:r>
    </w:p>
    <w:p>
      <w:pPr>
        <w:pStyle w:val="ListParagraph"/>
      </w:pPr>
      <w:r>
        <w:rPr>
          <w:sz w:val="22"/>
        </w:rPr>
        <w:t>C. $\frac{5}{8} = \frac{7}{12}$</w:t>
      </w:r>
    </w:p>
    <w:p>
      <w:pPr>
        <w:pStyle w:val="ListParagraph"/>
      </w:pPr>
      <w:r>
        <w:rPr>
          <w:sz w:val="22"/>
        </w:rPr>
        <w:t>D. Không so sánh được</w:t>
      </w:r>
    </w:p>
    <w:p/>
    <w:p>
      <w:r>
        <w:rPr>
          <w:b/>
          <w:sz w:val="24"/>
        </w:rPr>
        <w:t>Câu 3: Kết quả của phép tính $\frac{2}{3} + \frac{3}{4}$ là:</w:t>
      </w:r>
    </w:p>
    <w:p>
      <w:pPr>
        <w:pStyle w:val="ListParagraph"/>
      </w:pPr>
      <w:r>
        <w:rPr>
          <w:sz w:val="22"/>
        </w:rPr>
        <w:t>A. $\frac{5}{7}$</w:t>
      </w:r>
    </w:p>
    <w:p>
      <w:pPr>
        <w:pStyle w:val="ListParagraph"/>
      </w:pPr>
      <w:r>
        <w:rPr>
          <w:sz w:val="22"/>
        </w:rPr>
        <w:t>B. $\frac{17}{12}$</w:t>
      </w:r>
    </w:p>
    <w:p>
      <w:pPr>
        <w:pStyle w:val="ListParagraph"/>
      </w:pPr>
      <w:r>
        <w:rPr>
          <w:sz w:val="22"/>
        </w:rPr>
        <w:t>C. $\frac{5}{12}$</w:t>
      </w:r>
    </w:p>
    <w:p>
      <w:pPr>
        <w:pStyle w:val="ListParagraph"/>
      </w:pPr>
      <w:r>
        <w:rPr>
          <w:sz w:val="22"/>
        </w:rPr>
        <w:t>D. $\frac{1}{2}$</w:t>
      </w:r>
    </w:p>
    <w:p/>
    <w:p>
      <w:r>
        <w:rPr>
          <w:b/>
          <w:sz w:val="24"/>
        </w:rPr>
        <w:t>Câu 4: Kết quả của phép tính $\frac{5}{6} - \frac{1}{3}$ là:</w:t>
      </w:r>
    </w:p>
    <w:p>
      <w:pPr>
        <w:pStyle w:val="ListParagraph"/>
      </w:pPr>
      <w:r>
        <w:rPr>
          <w:sz w:val="22"/>
        </w:rPr>
        <w:t>A. $\frac{4}{3}$</w:t>
      </w:r>
    </w:p>
    <w:p>
      <w:pPr>
        <w:pStyle w:val="ListParagraph"/>
      </w:pPr>
      <w:r>
        <w:rPr>
          <w:sz w:val="22"/>
        </w:rPr>
        <w:t>B. $\frac{1}{2}$</w:t>
      </w:r>
    </w:p>
    <w:p>
      <w:pPr>
        <w:pStyle w:val="ListParagraph"/>
      </w:pPr>
      <w:r>
        <w:rPr>
          <w:sz w:val="22"/>
        </w:rPr>
        <w:t>C. $\frac{2}{3}$</w:t>
      </w:r>
    </w:p>
    <w:p>
      <w:pPr>
        <w:pStyle w:val="ListParagraph"/>
      </w:pPr>
      <w:r>
        <w:rPr>
          <w:sz w:val="22"/>
        </w:rPr>
        <w:t>D. $\frac{1}{6}$</w:t>
      </w:r>
    </w:p>
    <w:p/>
    <w:p>
      <w:r>
        <w:rPr>
          <w:b/>
          <w:sz w:val="24"/>
        </w:rPr>
        <w:t>Câu 5: Hỗn số $2\frac{3}{5}$ được viết dưới dạng phân số là:</w:t>
      </w:r>
    </w:p>
    <w:p>
      <w:pPr>
        <w:pStyle w:val="ListParagraph"/>
      </w:pPr>
      <w:r>
        <w:rPr>
          <w:sz w:val="22"/>
        </w:rPr>
        <w:t>A. $\frac{13}{5}$</w:t>
      </w:r>
    </w:p>
    <w:p>
      <w:pPr>
        <w:pStyle w:val="ListParagraph"/>
      </w:pPr>
      <w:r>
        <w:rPr>
          <w:sz w:val="22"/>
        </w:rPr>
        <w:t>B. $\frac{10}{5}$</w:t>
      </w:r>
    </w:p>
    <w:p>
      <w:pPr>
        <w:pStyle w:val="ListParagraph"/>
      </w:pPr>
      <w:r>
        <w:rPr>
          <w:sz w:val="22"/>
        </w:rPr>
        <w:t>C. $\frac{6}{5}$</w:t>
      </w:r>
    </w:p>
    <w:p>
      <w:pPr>
        <w:pStyle w:val="ListParagraph"/>
      </w:pPr>
      <w:r>
        <w:rPr>
          <w:sz w:val="22"/>
        </w:rPr>
        <w:t>D. $\frac{11}{5}$</w:t>
      </w:r>
    </w:p>
    <w:p/>
    <w:p>
      <w:r>
        <w:rPr>
          <w:b/>
          <w:sz w:val="24"/>
        </w:rPr>
        <w:t>Câu 6: Phân số $\frac{17}{4}$ được viết dưới dạng hỗn số là:</w:t>
      </w:r>
    </w:p>
    <w:p>
      <w:pPr>
        <w:pStyle w:val="ListParagraph"/>
      </w:pPr>
      <w:r>
        <w:rPr>
          <w:sz w:val="22"/>
        </w:rPr>
        <w:t>A. $4\frac{1}{4}$</w:t>
      </w:r>
    </w:p>
    <w:p>
      <w:pPr>
        <w:pStyle w:val="ListParagraph"/>
      </w:pPr>
      <w:r>
        <w:rPr>
          <w:sz w:val="22"/>
        </w:rPr>
        <w:t>B. $3\frac{1}{4}$</w:t>
      </w:r>
    </w:p>
    <w:p>
      <w:pPr>
        <w:pStyle w:val="ListParagraph"/>
      </w:pPr>
      <w:r>
        <w:rPr>
          <w:sz w:val="22"/>
        </w:rPr>
        <w:t>C. $4\frac{3}{4}$</w:t>
      </w:r>
    </w:p>
    <w:p>
      <w:pPr>
        <w:pStyle w:val="ListParagraph"/>
      </w:pPr>
      <w:r>
        <w:rPr>
          <w:sz w:val="22"/>
        </w:rPr>
        <w:t>D. $5\frac{1}{4}$</w:t>
      </w:r>
    </w:p>
    <w:p/>
    <w:p>
      <w:r>
        <w:rPr>
          <w:b/>
          <w:sz w:val="24"/>
        </w:rPr>
        <w:t>Câu 7: Một hình chữ nhật có chiều dài $\frac{3}{4}$ m, chiều rộng $\frac{1}{2}$ m. Diện tích hình chữ nhật đó là:</w:t>
      </w:r>
    </w:p>
    <w:p>
      <w:pPr>
        <w:pStyle w:val="ListParagraph"/>
      </w:pPr>
      <w:r>
        <w:rPr>
          <w:sz w:val="22"/>
        </w:rPr>
        <w:t>A. $\frac{3}{8}$ m$^2$</w:t>
      </w:r>
    </w:p>
    <w:p>
      <w:pPr>
        <w:pStyle w:val="ListParagraph"/>
      </w:pPr>
      <w:r>
        <w:rPr>
          <w:sz w:val="22"/>
        </w:rPr>
        <w:t>B. $\frac{4}{6}$ m$^2$</w:t>
      </w:r>
    </w:p>
    <w:p>
      <w:pPr>
        <w:pStyle w:val="ListParagraph"/>
      </w:pPr>
      <w:r>
        <w:rPr>
          <w:sz w:val="22"/>
        </w:rPr>
        <w:t>C. $\frac{1}{8}$ m$^2$</w:t>
      </w:r>
    </w:p>
    <w:p>
      <w:pPr>
        <w:pStyle w:val="ListParagraph"/>
      </w:pPr>
      <w:r>
        <w:rPr>
          <w:sz w:val="22"/>
        </w:rPr>
        <w:t>D. $\frac{3}{4}$ m$^2$</w:t>
      </w:r>
    </w:p>
    <w:p/>
    <w:p>
      <w:r>
        <w:rPr>
          <w:b/>
          <w:sz w:val="24"/>
        </w:rPr>
        <w:t>Câu 8: Tìm $x$, biết $x + \frac{2}{5} = \frac{4}{5}$.</w:t>
      </w:r>
    </w:p>
    <w:p>
      <w:pPr>
        <w:pStyle w:val="ListParagraph"/>
      </w:pPr>
      <w:r>
        <w:rPr>
          <w:sz w:val="22"/>
        </w:rPr>
        <w:t>A. $\frac{2}{5}$</w:t>
      </w:r>
    </w:p>
    <w:p>
      <w:pPr>
        <w:pStyle w:val="ListParagraph"/>
      </w:pPr>
      <w:r>
        <w:rPr>
          <w:sz w:val="22"/>
        </w:rPr>
        <w:t>B. $\frac{6}{5}$</w:t>
      </w:r>
    </w:p>
    <w:p>
      <w:pPr>
        <w:pStyle w:val="ListParagraph"/>
      </w:pPr>
      <w:r>
        <w:rPr>
          <w:sz w:val="22"/>
        </w:rPr>
        <w:t>C. $\frac{1}{5}$</w:t>
      </w:r>
    </w:p>
    <w:p>
      <w:pPr>
        <w:pStyle w:val="ListParagraph"/>
      </w:pPr>
      <w:r>
        <w:rPr>
          <w:sz w:val="22"/>
        </w:rPr>
        <w:t>D. $\frac{8}{5}$</w:t>
      </w:r>
    </w:p>
    <w:p/>
    <w:p>
      <w:r>
        <w:rPr>
          <w:b/>
          <w:sz w:val="24"/>
        </w:rPr>
        <w:t>Câu 9: Trong các phân số $\frac{3}{5}; \frac{2}{3}; \frac{5}{8}; \frac{7}{12}$, phân số nào lớn nhất?</w:t>
      </w:r>
    </w:p>
    <w:p>
      <w:pPr>
        <w:pStyle w:val="ListParagraph"/>
      </w:pPr>
      <w:r>
        <w:rPr>
          <w:sz w:val="22"/>
        </w:rPr>
        <w:t>A. $\frac{3}{5}$</w:t>
      </w:r>
    </w:p>
    <w:p>
      <w:pPr>
        <w:pStyle w:val="ListParagraph"/>
      </w:pPr>
      <w:r>
        <w:rPr>
          <w:sz w:val="22"/>
        </w:rPr>
        <w:t>B. $\frac{2}{3}$</w:t>
      </w:r>
    </w:p>
    <w:p>
      <w:pPr>
        <w:pStyle w:val="ListParagraph"/>
      </w:pPr>
      <w:r>
        <w:rPr>
          <w:sz w:val="22"/>
        </w:rPr>
        <w:t>C. $\frac{5}{8}$</w:t>
      </w:r>
    </w:p>
    <w:p>
      <w:pPr>
        <w:pStyle w:val="ListParagraph"/>
      </w:pPr>
      <w:r>
        <w:rPr>
          <w:sz w:val="22"/>
        </w:rPr>
        <w:t>D. $\frac{7}{12}$</w:t>
      </w:r>
    </w:p>
    <w:p/>
    <w:p>
      <w:r>
        <w:rPr>
          <w:b/>
          <w:sz w:val="24"/>
        </w:rPr>
        <w:t>Câu 10: Một vòi nước chảy vào bể. Giờ đầu chảy được $\frac{1}{3}$ bể, giờ thứ hai chảy được $\frac{2}{5}$ bể. Hỏi cả hai giờ vòi nước chảy được bao nhiêu phần bể?</w:t>
      </w:r>
    </w:p>
    <w:p>
      <w:pPr>
        <w:pStyle w:val="ListParagraph"/>
      </w:pPr>
      <w:r>
        <w:rPr>
          <w:sz w:val="22"/>
        </w:rPr>
        <w:t>A. $\frac{3}{8}$ bể</w:t>
      </w:r>
    </w:p>
    <w:p>
      <w:pPr>
        <w:pStyle w:val="ListParagraph"/>
      </w:pPr>
      <w:r>
        <w:rPr>
          <w:sz w:val="22"/>
        </w:rPr>
        <w:t>B. $\frac{11}{15}$ bể</w:t>
      </w:r>
    </w:p>
    <w:p>
      <w:pPr>
        <w:pStyle w:val="ListParagraph"/>
      </w:pPr>
      <w:r>
        <w:rPr>
          <w:sz w:val="22"/>
        </w:rPr>
        <w:t>C. $\frac{3}{15}$ bể</w:t>
      </w:r>
    </w:p>
    <w:p>
      <w:pPr>
        <w:pStyle w:val="ListParagraph"/>
      </w:pPr>
      <w:r>
        <w:rPr>
          <w:sz w:val="22"/>
        </w:rPr>
        <w:t>D. $\frac{2}{15}$ bể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