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NỘI DUNG 1 : TRÍ TUỆ NHÂN TẠO</w:t>
      </w:r>
    </w:p>
    <w:p>
      <w:pPr>
        <w:jc w:val="center"/>
      </w:pPr>
      <w:r>
        <w:rPr>
          <w:sz w:val="22"/>
        </w:rPr>
        <w:t>Số câu: 30    Thời gian: _____ phút    Họ và tên: _________________________</w:t>
      </w:r>
    </w:p>
    <w:p/>
    <w:p>
      <w:r>
        <w:rPr>
          <w:b/>
          <w:sz w:val="24"/>
        </w:rPr>
        <w:t>Câu 1: Phương án nào dưới đây liệt kê hai phân loại chính của Trí tuệ nhân tạo (AI)?</w:t>
      </w:r>
    </w:p>
    <w:p>
      <w:pPr>
        <w:pStyle w:val="ListParagraph"/>
      </w:pPr>
      <w:r>
        <w:rPr>
          <w:sz w:val="22"/>
        </w:rPr>
        <w:t>A. AI Hẹp (ANI) và AI Siêu thông minh (ASI).</w:t>
      </w:r>
    </w:p>
    <w:p>
      <w:pPr>
        <w:pStyle w:val="ListParagraph"/>
      </w:pPr>
      <w:r>
        <w:rPr>
          <w:sz w:val="22"/>
        </w:rPr>
        <w:t>B. AI Hẹp (ANI) và AI Tổng quát (AGI).</w:t>
      </w:r>
    </w:p>
    <w:p>
      <w:pPr>
        <w:pStyle w:val="ListParagraph"/>
      </w:pPr>
      <w:r>
        <w:rPr>
          <w:sz w:val="22"/>
        </w:rPr>
        <w:t>C. AI Tổng quát (AGI) và AI Tự học (ALI).</w:t>
      </w:r>
    </w:p>
    <w:p>
      <w:pPr>
        <w:pStyle w:val="ListParagraph"/>
      </w:pPr>
      <w:r>
        <w:rPr>
          <w:sz w:val="22"/>
        </w:rPr>
        <w:t>D. AI Tổng quát (AGI) và AI Siêu thông minh (ASI).</w:t>
      </w:r>
    </w:p>
    <w:p/>
    <w:p>
      <w:r>
        <w:rPr>
          <w:b/>
          <w:sz w:val="24"/>
        </w:rPr>
        <w:t>Câu 2: Phát biểu nào dưới đây phù hợp nhất khi nói về khả năng của Trí tuệ nhân tạo hẹp?</w:t>
      </w:r>
    </w:p>
    <w:p>
      <w:pPr>
        <w:pStyle w:val="ListParagraph"/>
      </w:pPr>
      <w:r>
        <w:rPr>
          <w:sz w:val="22"/>
        </w:rPr>
        <w:t>A. Tự chuyển đổi để giải quyết các nhiệm vụ khác nhau.</w:t>
      </w:r>
    </w:p>
    <w:p>
      <w:pPr>
        <w:pStyle w:val="ListParagraph"/>
      </w:pPr>
      <w:r>
        <w:rPr>
          <w:sz w:val="22"/>
        </w:rPr>
        <w:t>B. Suy luận và giải quyết các vấn đề phức tạp như con người.</w:t>
      </w:r>
    </w:p>
    <w:p>
      <w:pPr>
        <w:pStyle w:val="ListParagraph"/>
      </w:pPr>
      <w:r>
        <w:rPr>
          <w:sz w:val="22"/>
        </w:rPr>
        <w:t>C. Hiểu ngôn ngữ tự nhiên và tạo ra văn bản giống con người.</w:t>
      </w:r>
    </w:p>
    <w:p>
      <w:pPr>
        <w:pStyle w:val="ListParagraph"/>
      </w:pPr>
      <w:r>
        <w:rPr>
          <w:sz w:val="22"/>
        </w:rPr>
        <w:t>D. Giải quyết nhiệm vụ cụ thể theo những gì đã được học.</w:t>
      </w:r>
    </w:p>
    <w:p/>
    <w:p>
      <w:r>
        <w:rPr>
          <w:b/>
          <w:sz w:val="24"/>
        </w:rPr>
        <w:t>Câu 3: Trí tuệ nhân tạo còn nhiều hạn chế ở khả năng nào sau đây?</w:t>
      </w:r>
    </w:p>
    <w:p>
      <w:pPr>
        <w:pStyle w:val="ListParagraph"/>
      </w:pPr>
      <w:r>
        <w:rPr>
          <w:sz w:val="22"/>
        </w:rPr>
        <w:t>A. Học và tích luỹ tri thức.</w:t>
      </w:r>
    </w:p>
    <w:p>
      <w:pPr>
        <w:pStyle w:val="ListParagraph"/>
      </w:pPr>
      <w:r>
        <w:rPr>
          <w:sz w:val="22"/>
        </w:rPr>
        <w:t>B. Hiểu ngôn ngữ tự nhiên.</w:t>
      </w:r>
    </w:p>
    <w:p>
      <w:pPr>
        <w:pStyle w:val="ListParagraph"/>
      </w:pPr>
      <w:r>
        <w:rPr>
          <w:sz w:val="22"/>
        </w:rPr>
        <w:t>C. Cảm nhận cảm xúc.</w:t>
      </w:r>
    </w:p>
    <w:p>
      <w:pPr>
        <w:pStyle w:val="ListParagraph"/>
      </w:pPr>
      <w:r>
        <w:rPr>
          <w:sz w:val="22"/>
        </w:rPr>
        <w:t>D. Giải quyết vấn đề.</w:t>
      </w:r>
    </w:p>
    <w:p/>
    <w:p>
      <w:r>
        <w:rPr>
          <w:b/>
          <w:sz w:val="24"/>
        </w:rPr>
        <w:t>Câu 4: Phương án nào dưới đây nêu đúng về khả năng suy luận của AI?</w:t>
      </w:r>
    </w:p>
    <w:p>
      <w:pPr>
        <w:pStyle w:val="ListParagraph"/>
      </w:pPr>
      <w:r>
        <w:rPr>
          <w:sz w:val="22"/>
        </w:rPr>
        <w:t>A. Trích xuất thông tin từ dữ liệu để học và tích luỹ tri thức.</w:t>
      </w:r>
    </w:p>
    <w:p>
      <w:pPr>
        <w:pStyle w:val="ListParagraph"/>
      </w:pPr>
      <w:r>
        <w:rPr>
          <w:sz w:val="22"/>
        </w:rPr>
        <w:t>B. Cảm nhận và hiểu biết môi trường thông qua các cảm biến và thiết bị đầu vào.</w:t>
      </w:r>
    </w:p>
    <w:p>
      <w:pPr>
        <w:pStyle w:val="ListParagraph"/>
      </w:pPr>
      <w:r>
        <w:rPr>
          <w:sz w:val="22"/>
        </w:rPr>
        <w:t>C. Vận dụng logic và tri thức để đưa ra quyết định hoặc kết luận.</w:t>
      </w:r>
    </w:p>
    <w:p>
      <w:pPr>
        <w:pStyle w:val="ListParagraph"/>
      </w:pPr>
      <w:r>
        <w:rPr>
          <w:sz w:val="22"/>
        </w:rPr>
        <w:t>D. Tìm ra cách giải quyết các tình huống phức tạp dựa trên thông tin và tri thức.</w:t>
      </w:r>
    </w:p>
    <w:p/>
    <w:p>
      <w:r>
        <w:rPr>
          <w:b/>
          <w:sz w:val="24"/>
        </w:rPr>
        <w:t>Câu 5: Phương án nào dưới đây nêu đúng về khả năng học của AI?</w:t>
      </w:r>
    </w:p>
    <w:p>
      <w:pPr>
        <w:pStyle w:val="ListParagraph"/>
      </w:pPr>
      <w:r>
        <w:rPr>
          <w:sz w:val="22"/>
        </w:rPr>
        <w:t>A. Trích xuất thông tin từ dữ liệu để học và tích luỹ tri thức.</w:t>
      </w:r>
    </w:p>
    <w:p>
      <w:pPr>
        <w:pStyle w:val="ListParagraph"/>
      </w:pPr>
      <w:r>
        <w:rPr>
          <w:sz w:val="22"/>
        </w:rPr>
        <w:t>B. Cảm nhận và hiểu biết môi trường thông qua các cảm biến và thiết bị đầu vào.</w:t>
      </w:r>
    </w:p>
    <w:p>
      <w:pPr>
        <w:pStyle w:val="ListParagraph"/>
      </w:pPr>
      <w:r>
        <w:rPr>
          <w:sz w:val="22"/>
        </w:rPr>
        <w:t>C. Khả năng vận dụng logic và tri thức để đưa ra quyết định hoặc kết luận.</w:t>
      </w:r>
    </w:p>
    <w:p>
      <w:pPr>
        <w:pStyle w:val="ListParagraph"/>
      </w:pPr>
      <w:r>
        <w:rPr>
          <w:sz w:val="22"/>
        </w:rPr>
        <w:t>D. Khả năng tìm ra cách giải quyết các tình huống phức tạp dựa trên thông tin và tri thức.</w:t>
      </w:r>
    </w:p>
    <w:p/>
    <w:p>
      <w:r>
        <w:rPr>
          <w:b/>
          <w:sz w:val="24"/>
        </w:rPr>
        <w:t>Câu 6: YouTube được trang bị hệ thống trí tuệ nhân tạo để gợi ý cho người dùng. Hãy cho biết hệ thống này làm nhiệm vụ gì dưới đây?</w:t>
      </w:r>
    </w:p>
    <w:p>
      <w:pPr>
        <w:pStyle w:val="ListParagraph"/>
      </w:pPr>
      <w:r>
        <w:rPr>
          <w:sz w:val="22"/>
        </w:rPr>
        <w:t>A. Hiển thị các quảng cáo phù hợp với người dùng.</w:t>
      </w:r>
    </w:p>
    <w:p>
      <w:pPr>
        <w:pStyle w:val="ListParagraph"/>
      </w:pPr>
      <w:r>
        <w:rPr>
          <w:sz w:val="22"/>
        </w:rPr>
        <w:t>B. Đề xuất các video dựa trên sở thích của người dùng.</w:t>
      </w:r>
    </w:p>
    <w:p>
      <w:pPr>
        <w:pStyle w:val="ListParagraph"/>
      </w:pPr>
      <w:r>
        <w:rPr>
          <w:sz w:val="22"/>
        </w:rPr>
        <w:t>C. Đề xuất các chức năng mới của YouTube.</w:t>
      </w:r>
    </w:p>
    <w:p>
      <w:pPr>
        <w:pStyle w:val="ListParagraph"/>
      </w:pPr>
      <w:r>
        <w:rPr>
          <w:sz w:val="22"/>
        </w:rPr>
        <w:t>D. Đề xuất các video có số lượng xem nhiều.</w:t>
      </w:r>
    </w:p>
    <w:p/>
    <w:p>
      <w:r>
        <w:rPr>
          <w:b/>
          <w:sz w:val="24"/>
        </w:rPr>
        <w:t>Câu 7: Phần mềm nào dưới đây là trợ lí ảo của công ty Samsung?</w:t>
      </w:r>
    </w:p>
    <w:p>
      <w:pPr>
        <w:pStyle w:val="ListParagraph"/>
      </w:pPr>
      <w:r>
        <w:rPr>
          <w:sz w:val="22"/>
        </w:rPr>
        <w:t>A. Google Assistant.</w:t>
      </w:r>
    </w:p>
    <w:p>
      <w:pPr>
        <w:pStyle w:val="ListParagraph"/>
      </w:pPr>
      <w:r>
        <w:rPr>
          <w:sz w:val="22"/>
        </w:rPr>
        <w:t>B. Alexa.</w:t>
      </w:r>
    </w:p>
    <w:p>
      <w:pPr>
        <w:pStyle w:val="ListParagraph"/>
      </w:pPr>
      <w:r>
        <w:rPr>
          <w:sz w:val="22"/>
        </w:rPr>
        <w:t>C. Bixby.</w:t>
      </w:r>
    </w:p>
    <w:p>
      <w:pPr>
        <w:pStyle w:val="ListParagraph"/>
      </w:pPr>
      <w:r>
        <w:rPr>
          <w:sz w:val="22"/>
        </w:rPr>
        <w:t>D. Siri.</w:t>
      </w:r>
    </w:p>
    <w:p/>
    <w:p>
      <w:r>
        <w:rPr>
          <w:b/>
          <w:sz w:val="24"/>
        </w:rPr>
        <w:t>Câu 8: Phần mềm nào dưới đây là trợ lí ảo của công ty Amazon?</w:t>
      </w:r>
    </w:p>
    <w:p>
      <w:pPr>
        <w:pStyle w:val="ListParagraph"/>
      </w:pPr>
      <w:r>
        <w:rPr>
          <w:sz w:val="22"/>
        </w:rPr>
        <w:t>A. Google Assistant.</w:t>
      </w:r>
    </w:p>
    <w:p>
      <w:pPr>
        <w:pStyle w:val="ListParagraph"/>
      </w:pPr>
      <w:r>
        <w:rPr>
          <w:sz w:val="22"/>
        </w:rPr>
        <w:t>B. Alexa.</w:t>
      </w:r>
    </w:p>
    <w:p>
      <w:pPr>
        <w:pStyle w:val="ListParagraph"/>
      </w:pPr>
      <w:r>
        <w:rPr>
          <w:sz w:val="22"/>
        </w:rPr>
        <w:t>C. Bixby.</w:t>
      </w:r>
    </w:p>
    <w:p>
      <w:pPr>
        <w:pStyle w:val="ListParagraph"/>
      </w:pPr>
      <w:r>
        <w:rPr>
          <w:sz w:val="22"/>
        </w:rPr>
        <w:t>D. Siri.</w:t>
      </w:r>
    </w:p>
    <w:p/>
    <w:p>
      <w:r>
        <w:rPr>
          <w:b/>
          <w:sz w:val="24"/>
        </w:rPr>
        <w:t>Câu 9: Công nghệ nhận dạng khuôn mặt KHÔNG dùng trong công việc nào sau đây?</w:t>
      </w:r>
    </w:p>
    <w:p>
      <w:pPr>
        <w:pStyle w:val="ListParagraph"/>
      </w:pPr>
      <w:r>
        <w:rPr>
          <w:sz w:val="22"/>
        </w:rPr>
        <w:t>A. Mở khoá điện thoại thông minh.</w:t>
      </w:r>
    </w:p>
    <w:p>
      <w:pPr>
        <w:pStyle w:val="ListParagraph"/>
      </w:pPr>
      <w:r>
        <w:rPr>
          <w:sz w:val="22"/>
        </w:rPr>
        <w:t>B. Kiểm soát ra vào toà nhà.</w:t>
      </w:r>
    </w:p>
    <w:p>
      <w:pPr>
        <w:pStyle w:val="ListParagraph"/>
      </w:pPr>
      <w:r>
        <w:rPr>
          <w:sz w:val="22"/>
        </w:rPr>
        <w:t>C. Tìm kiếm ảnh khuôn mặt trên Internet.</w:t>
      </w:r>
    </w:p>
    <w:p>
      <w:pPr>
        <w:pStyle w:val="ListParagraph"/>
      </w:pPr>
      <w:r>
        <w:rPr>
          <w:sz w:val="22"/>
        </w:rPr>
        <w:t>D. Xác minh danh tính tại sân bay.</w:t>
      </w:r>
    </w:p>
    <w:p/>
    <w:p>
      <w:r>
        <w:rPr>
          <w:b/>
          <w:sz w:val="24"/>
        </w:rPr>
        <w:t>Câu 10: Hệ điều hành phổ biến nào được sử dụng trong các máy tính dùng để chia sẻ tài nguyên.</w:t>
      </w:r>
    </w:p>
    <w:p>
      <w:pPr>
        <w:pStyle w:val="ListParagraph"/>
      </w:pPr>
      <w:r>
        <w:rPr>
          <w:sz w:val="22"/>
        </w:rPr>
        <w:t>A. Windows.</w:t>
      </w:r>
    </w:p>
    <w:p>
      <w:pPr>
        <w:pStyle w:val="ListParagraph"/>
      </w:pPr>
      <w:r>
        <w:rPr>
          <w:sz w:val="22"/>
        </w:rPr>
        <w:t>B. Android.</w:t>
      </w:r>
    </w:p>
    <w:p>
      <w:pPr>
        <w:pStyle w:val="ListParagraph"/>
      </w:pPr>
      <w:r>
        <w:rPr>
          <w:sz w:val="22"/>
        </w:rPr>
        <w:t>C. Windows Phone.</w:t>
      </w:r>
    </w:p>
    <w:p>
      <w:pPr>
        <w:pStyle w:val="ListParagraph"/>
      </w:pPr>
      <w:r>
        <w:rPr>
          <w:sz w:val="22"/>
        </w:rPr>
        <w:t>D. Ios.</w:t>
      </w:r>
    </w:p>
    <w:p/>
    <w:p>
      <w:r>
        <w:rPr>
          <w:b/>
          <w:sz w:val="24"/>
        </w:rPr>
        <w:t>Câu 11: Khi kết nối máy tính để bàn với switch bằng cap Ethernet (RJ45), đèn tín hiệu tại cổng kết nối sáng lên điều gì ?</w:t>
      </w:r>
    </w:p>
    <w:p>
      <w:pPr>
        <w:pStyle w:val="ListParagraph"/>
      </w:pPr>
      <w:r>
        <w:rPr>
          <w:sz w:val="22"/>
        </w:rPr>
        <w:t>A. Kết nối giữa máy tính và switch đã thành công</w:t>
      </w:r>
    </w:p>
    <w:p>
      <w:pPr>
        <w:pStyle w:val="ListParagraph"/>
      </w:pPr>
      <w:r>
        <w:rPr>
          <w:sz w:val="22"/>
        </w:rPr>
        <w:t>B. Kết nối giữa máy tính và switch không thành công</w:t>
      </w:r>
    </w:p>
    <w:p>
      <w:pPr>
        <w:pStyle w:val="ListParagraph"/>
      </w:pPr>
      <w:r>
        <w:rPr>
          <w:sz w:val="22"/>
        </w:rPr>
        <w:t>C. Switch đã phát hiện máy tính bị lỗi</w:t>
      </w:r>
    </w:p>
    <w:p>
      <w:pPr>
        <w:pStyle w:val="ListParagraph"/>
      </w:pPr>
      <w:r>
        <w:rPr>
          <w:sz w:val="22"/>
        </w:rPr>
        <w:t>D. Máy tính đang chờ đợi đến lượt kết nối switch</w:t>
      </w:r>
    </w:p>
    <w:p/>
    <w:p>
      <w:r>
        <w:rPr>
          <w:b/>
          <w:sz w:val="24"/>
        </w:rPr>
        <w:t>Câu 12: Để chia sẻ máy in trên mạng cục bộ, thao tác đầu tiên cần thực hiện là gì?</w:t>
      </w:r>
    </w:p>
    <w:p>
      <w:pPr>
        <w:pStyle w:val="ListParagraph"/>
      </w:pPr>
      <w:r>
        <w:rPr>
          <w:sz w:val="22"/>
        </w:rPr>
        <w:t>A. Thiết lập máy cung cấp dịch vụ in.</w:t>
      </w:r>
    </w:p>
    <w:p>
      <w:pPr>
        <w:pStyle w:val="ListParagraph"/>
      </w:pPr>
      <w:r>
        <w:rPr>
          <w:sz w:val="22"/>
        </w:rPr>
        <w:t>B. Tìm kiếm máy in mạng.</w:t>
      </w:r>
    </w:p>
    <w:p>
      <w:pPr>
        <w:pStyle w:val="ListParagraph"/>
      </w:pPr>
      <w:r>
        <w:rPr>
          <w:sz w:val="22"/>
        </w:rPr>
        <w:t>C. Kết nối máy in mạng từ các máy tính khác.</w:t>
      </w:r>
    </w:p>
    <w:p>
      <w:pPr>
        <w:pStyle w:val="ListParagraph"/>
      </w:pPr>
      <w:r>
        <w:rPr>
          <w:sz w:val="22"/>
        </w:rPr>
        <w:t>D. Thiết lập chế độ chia sẻ trên máy in mạng.</w:t>
      </w:r>
    </w:p>
    <w:p/>
    <w:p>
      <w:r>
        <w:rPr>
          <w:b/>
          <w:sz w:val="24"/>
        </w:rPr>
        <w:t>Câu 13: Phương án nào sau đây hướng dẫn các bước kết nối (vật lý) máy tính để bàn với mạng bằng cáp UTP với giắc cắm RJ45?</w:t>
      </w:r>
    </w:p>
    <w:p>
      <w:pPr>
        <w:pStyle w:val="ListParagraph"/>
      </w:pPr>
      <w:r>
        <w:rPr>
          <w:sz w:val="22"/>
        </w:rPr>
        <w:t>A. Cắm một đầu của cáp UTP vào cổng RJ45 của máy tính bàn, đầu còn lại cắm vào cổng kết nối (Hub, Switch, Router...).</w:t>
      </w:r>
    </w:p>
    <w:p>
      <w:pPr>
        <w:pStyle w:val="ListParagraph"/>
      </w:pPr>
      <w:r>
        <w:rPr>
          <w:sz w:val="22"/>
        </w:rPr>
        <w:t>B. Cắm cáp UTP vào cổng RJ45 của máy tính bàn và chờ khoảng 60 giây để tín hiệu cáp UTP kết nối với mạng.</w:t>
      </w:r>
    </w:p>
    <w:p>
      <w:pPr>
        <w:pStyle w:val="ListParagraph"/>
      </w:pPr>
      <w:r>
        <w:rPr>
          <w:sz w:val="22"/>
        </w:rPr>
        <w:t>C. Cắm một đầu của cáp UTP vào cổng RJ45 của máy tính bàn, đầu kia cắm vào cổng nguồn để nhận tín hiệu của cáp UTP kết nối với mạng.</w:t>
      </w:r>
    </w:p>
    <w:p>
      <w:pPr>
        <w:pStyle w:val="ListParagraph"/>
      </w:pPr>
      <w:r>
        <w:rPr>
          <w:sz w:val="22"/>
        </w:rPr>
        <w:t>D. Cắm cáp UTP vào cổng RJ45 của máy tính bàn và máy tính sẽ được tự động nhận kết nối tín hiệu của cáp UTP kết nối với mạng.</w:t>
      </w:r>
    </w:p>
    <w:p/>
    <w:p>
      <w:r>
        <w:rPr>
          <w:b/>
          <w:sz w:val="24"/>
        </w:rPr>
        <w:t>Câu 14: Bộ định tuyến là thiết bị nào dưới đây?</w:t>
      </w:r>
    </w:p>
    <w:p>
      <w:pPr>
        <w:pStyle w:val="ListParagraph"/>
      </w:pPr>
      <w:r>
        <w:rPr>
          <w:sz w:val="22"/>
        </w:rPr>
        <w:t>A. Router.</w:t>
      </w:r>
    </w:p>
    <w:p>
      <w:pPr>
        <w:pStyle w:val="ListParagraph"/>
      </w:pPr>
      <w:r>
        <w:rPr>
          <w:sz w:val="22"/>
        </w:rPr>
        <w:t>B. WAP.</w:t>
      </w:r>
    </w:p>
    <w:p>
      <w:pPr>
        <w:pStyle w:val="ListParagraph"/>
      </w:pPr>
      <w:r>
        <w:rPr>
          <w:sz w:val="22"/>
        </w:rPr>
        <w:t>C. Modem.</w:t>
      </w:r>
    </w:p>
    <w:p>
      <w:pPr>
        <w:pStyle w:val="ListParagraph"/>
      </w:pPr>
      <w:r>
        <w:rPr>
          <w:sz w:val="22"/>
        </w:rPr>
        <w:t>D. Switch.</w:t>
      </w:r>
    </w:p>
    <w:p/>
    <w:p>
      <w:r>
        <w:rPr>
          <w:b/>
          <w:sz w:val="24"/>
        </w:rPr>
        <w:t>Câu 15: Mô tả nào dưới đây về thiết bị Access Point là đúng?</w:t>
      </w:r>
    </w:p>
    <w:p>
      <w:pPr>
        <w:pStyle w:val="ListParagraph"/>
      </w:pPr>
      <w:r>
        <w:rPr>
          <w:sz w:val="22"/>
        </w:rPr>
        <w:t>A. Access Point là thiết bị kết nối trung tâm của mạng có dây, tương tự như Switch của mạng không dây.</w:t>
      </w:r>
    </w:p>
    <w:p>
      <w:pPr>
        <w:pStyle w:val="ListParagraph"/>
      </w:pPr>
      <w:r>
        <w:rPr>
          <w:sz w:val="22"/>
        </w:rPr>
        <w:t>B. Access Point là thiết bị mà mạng LAN bắt buộc phải có.</w:t>
      </w:r>
    </w:p>
    <w:p>
      <w:pPr>
        <w:pStyle w:val="ListParagraph"/>
      </w:pPr>
      <w:r>
        <w:rPr>
          <w:sz w:val="22"/>
        </w:rPr>
        <w:t>C. Access Point có chức năng tương tự như Switch, hai thiết bị này có thể thay thế vai trò của nhau trong mạng.</w:t>
      </w:r>
    </w:p>
    <w:p>
      <w:pPr>
        <w:pStyle w:val="ListParagraph"/>
      </w:pPr>
      <w:r>
        <w:rPr>
          <w:sz w:val="22"/>
        </w:rPr>
        <w:t>D. Thông thường để phủ sóng Wi-Fi cho một tòa nhà nhiều tầng thì cần lắp đặt nhiều Access Point..</w:t>
      </w:r>
    </w:p>
    <w:p/>
    <w:p>
      <w:r>
        <w:rPr>
          <w:b/>
          <w:sz w:val="24"/>
        </w:rPr>
        <w:t>Câu 16: Khi nào có thể chia sẻ tài nguyên giữa các máy tính trong cùng một phòng?</w:t>
      </w:r>
    </w:p>
    <w:p>
      <w:pPr>
        <w:pStyle w:val="ListParagraph"/>
      </w:pPr>
      <w:r>
        <w:rPr>
          <w:sz w:val="22"/>
        </w:rPr>
        <w:t>A. Khi các máy tính kết nối với nhau thông qua cáp mạng tạo thành mạng cục bộ.</w:t>
      </w:r>
    </w:p>
    <w:p>
      <w:pPr>
        <w:pStyle w:val="ListParagraph"/>
      </w:pPr>
      <w:r>
        <w:rPr>
          <w:sz w:val="22"/>
        </w:rPr>
        <w:t>B. Khi các máy tính kết nối với nhau thông qua mạng không dây tạo thành mạng cục bộ.</w:t>
      </w:r>
    </w:p>
    <w:p>
      <w:pPr>
        <w:pStyle w:val="ListParagraph"/>
      </w:pPr>
      <w:r>
        <w:rPr>
          <w:sz w:val="22"/>
        </w:rPr>
        <w:t>C. Khi các máy tính kết nối với nhau bằng nhiều hình thức tạo thành mạng cục bộ.</w:t>
      </w:r>
    </w:p>
    <w:p>
      <w:pPr>
        <w:pStyle w:val="ListParagraph"/>
      </w:pPr>
      <w:r>
        <w:rPr>
          <w:sz w:val="22"/>
        </w:rPr>
        <w:t>D. Khi máy tính chạy hệ điều hành Windows thì chia sẻ được trong cùng một phòng.</w:t>
      </w:r>
    </w:p>
    <w:p/>
    <w:p>
      <w:r>
        <w:rPr>
          <w:b/>
          <w:sz w:val="24"/>
        </w:rPr>
        <w:t>Câu 17: Chức năng chia sẻ tài nguyên của hệ điều hành Windows từ phiên bản 10 trở về sau:</w:t>
      </w:r>
    </w:p>
    <w:p>
      <w:pPr>
        <w:pStyle w:val="ListParagraph"/>
      </w:pPr>
      <w:r>
        <w:rPr>
          <w:sz w:val="22"/>
        </w:rPr>
        <w:t>A. Muốn thực hiện chức năng này phải tải về và cài đặt thêm.</w:t>
      </w:r>
    </w:p>
    <w:p>
      <w:pPr>
        <w:pStyle w:val="ListParagraph"/>
      </w:pPr>
      <w:r>
        <w:rPr>
          <w:sz w:val="22"/>
        </w:rPr>
        <w:t>B. Chức năng này chỉ cho phép chia sẻ tài nguyên trong mạng LAN.</w:t>
      </w:r>
    </w:p>
    <w:p>
      <w:pPr>
        <w:pStyle w:val="ListParagraph"/>
      </w:pPr>
      <w:r>
        <w:rPr>
          <w:sz w:val="22"/>
        </w:rPr>
        <w:t>C. Đây là chức năng được tích hợp sẵn của hệ điều hành.</w:t>
      </w:r>
    </w:p>
    <w:p>
      <w:pPr>
        <w:pStyle w:val="ListParagraph"/>
      </w:pPr>
      <w:r>
        <w:rPr>
          <w:sz w:val="22"/>
        </w:rPr>
        <w:t>D. Chức năng này được hệ điều hành thiết lập sẵn, không cần phải thao tác cấu hình.</w:t>
      </w:r>
    </w:p>
    <w:p/>
    <w:p>
      <w:r>
        <w:rPr>
          <w:b/>
          <w:sz w:val="24"/>
        </w:rPr>
        <w:t>Câu 18: Khi kết nối máy tính với router qua cáp mạng, cổng nào sau đây của router được dùng để kết nối với máy tính?</w:t>
      </w:r>
    </w:p>
    <w:p>
      <w:pPr>
        <w:pStyle w:val="ListParagraph"/>
      </w:pPr>
      <w:r>
        <w:rPr>
          <w:sz w:val="22"/>
        </w:rPr>
        <w:t>A. Cổng WAN.</w:t>
      </w:r>
    </w:p>
    <w:p>
      <w:pPr>
        <w:pStyle w:val="ListParagraph"/>
      </w:pPr>
      <w:r>
        <w:rPr>
          <w:sz w:val="22"/>
        </w:rPr>
        <w:t>B. Cổng LAN.</w:t>
      </w:r>
    </w:p>
    <w:p>
      <w:pPr>
        <w:pStyle w:val="ListParagraph"/>
      </w:pPr>
      <w:r>
        <w:rPr>
          <w:sz w:val="22"/>
        </w:rPr>
        <w:t>C. Cổng USB.</w:t>
      </w:r>
    </w:p>
    <w:p>
      <w:pPr>
        <w:pStyle w:val="ListParagraph"/>
      </w:pPr>
      <w:r>
        <w:rPr>
          <w:sz w:val="22"/>
        </w:rPr>
        <w:t>D. Cổng HDMI.</w:t>
      </w:r>
    </w:p>
    <w:p/>
    <w:p>
      <w:r>
        <w:rPr>
          <w:b/>
          <w:sz w:val="24"/>
        </w:rPr>
        <w:t>Câu 19: Bước kiểm tra biểu tượng Wi-Fi trên thanh trạng thái của máy tính hoặc thiết bị di động là một bước quan trọng sau khi kết nối không dây vì bước này giúp</w:t>
      </w:r>
    </w:p>
    <w:p>
      <w:pPr>
        <w:pStyle w:val="ListParagraph"/>
      </w:pPr>
      <w:r>
        <w:rPr>
          <w:sz w:val="22"/>
        </w:rPr>
        <w:t>A. xác nhận rằng thiết bị đã kết nối với mạng Wi-Fi thành công.</w:t>
      </w:r>
    </w:p>
    <w:p>
      <w:pPr>
        <w:pStyle w:val="ListParagraph"/>
      </w:pPr>
      <w:r>
        <w:rPr>
          <w:sz w:val="22"/>
        </w:rPr>
        <w:t>B. kiểm tra tốc độ kết nối Internet cao hay thấp.</w:t>
      </w:r>
    </w:p>
    <w:p>
      <w:pPr>
        <w:pStyle w:val="ListParagraph"/>
      </w:pPr>
      <w:r>
        <w:rPr>
          <w:sz w:val="22"/>
        </w:rPr>
        <w:t>C. cho bạn biết nhập mật khẩu Wi-Fi chính xác hay không.</w:t>
      </w:r>
    </w:p>
    <w:p>
      <w:pPr>
        <w:pStyle w:val="ListParagraph"/>
      </w:pPr>
      <w:r>
        <w:rPr>
          <w:sz w:val="22"/>
        </w:rPr>
        <w:t>D. xác nhận rằng cáp mạng không bị hỏng vẫn hoạt động bình thường.</w:t>
      </w:r>
    </w:p>
    <w:p/>
    <w:p>
      <w:r>
        <w:rPr>
          <w:b/>
          <w:sz w:val="24"/>
        </w:rPr>
        <w:t>Câu 20: Phương án nào sau đây chỉ ra đúng cụm từ viết tắt của từ HTML?</w:t>
      </w:r>
    </w:p>
    <w:p>
      <w:pPr>
        <w:pStyle w:val="ListParagraph"/>
      </w:pPr>
      <w:r>
        <w:rPr>
          <w:sz w:val="22"/>
        </w:rPr>
        <w:t>A. HyperText Markup Language</w:t>
      </w:r>
    </w:p>
    <w:p>
      <w:pPr>
        <w:pStyle w:val="ListParagraph"/>
      </w:pPr>
      <w:r>
        <w:rPr>
          <w:sz w:val="22"/>
        </w:rPr>
        <w:t>B. Home Testing Mixed Language</w:t>
      </w:r>
    </w:p>
    <w:p>
      <w:pPr>
        <w:pStyle w:val="ListParagraph"/>
      </w:pPr>
      <w:r>
        <w:rPr>
          <w:sz w:val="22"/>
        </w:rPr>
        <w:t>C. Home Typing Modern Language</w:t>
      </w:r>
    </w:p>
    <w:p>
      <w:pPr>
        <w:pStyle w:val="ListParagraph"/>
      </w:pPr>
      <w:r>
        <w:rPr>
          <w:sz w:val="22"/>
        </w:rPr>
        <w:t>D. Hot Typing Markup Language</w:t>
      </w:r>
    </w:p>
    <w:p/>
    <w:p>
      <w:r>
        <w:rPr>
          <w:b/>
          <w:sz w:val="24"/>
        </w:rPr>
        <w:t>Câu 21: Phương án nào sau đây nêu đúng các thành phần của một phần tử (element) HTML?</w:t>
      </w:r>
    </w:p>
    <w:p>
      <w:pPr>
        <w:pStyle w:val="ListParagraph"/>
      </w:pPr>
      <w:r>
        <w:rPr>
          <w:sz w:val="22"/>
        </w:rPr>
        <w:t>A. Thẻ mở, thuộc tính và thẻ đóng (nếu có).</w:t>
      </w:r>
    </w:p>
    <w:p>
      <w:pPr>
        <w:pStyle w:val="ListParagraph"/>
      </w:pPr>
      <w:r>
        <w:rPr>
          <w:sz w:val="22"/>
        </w:rPr>
        <w:t>B. Thẻ mở, thuộc tính và nội dung...</w:t>
      </w:r>
    </w:p>
    <w:p>
      <w:pPr>
        <w:pStyle w:val="ListParagraph"/>
      </w:pPr>
      <w:r>
        <w:rPr>
          <w:sz w:val="22"/>
        </w:rPr>
        <w:t>C. Nội dung, định dạng và liên kết ngoài.</w:t>
      </w:r>
    </w:p>
    <w:p>
      <w:pPr>
        <w:pStyle w:val="ListParagraph"/>
      </w:pPr>
      <w:r>
        <w:rPr>
          <w:sz w:val="22"/>
        </w:rPr>
        <w:t>D. Thẻ mở, thuộc tính, nội dung và thẻ đóng (nếu có).</w:t>
      </w:r>
    </w:p>
    <w:p/>
    <w:p>
      <w:r>
        <w:rPr>
          <w:b/>
          <w:sz w:val="24"/>
        </w:rPr>
        <w:t>Câu 22: Thẻ HTML nào sau đây được sử dụng để thiết lập tiêu đề xuất hiện trên thanh tên của trình duyệt?</w:t>
      </w:r>
    </w:p>
    <w:p>
      <w:pPr>
        <w:pStyle w:val="ListParagraph"/>
      </w:pPr>
      <w:r>
        <w:rPr>
          <w:sz w:val="22"/>
        </w:rPr>
        <w:t>A. &lt;meta&gt;</w:t>
      </w:r>
    </w:p>
    <w:p>
      <w:pPr>
        <w:pStyle w:val="ListParagraph"/>
      </w:pPr>
      <w:r>
        <w:rPr>
          <w:sz w:val="22"/>
        </w:rPr>
        <w:t>B. &lt;header&gt;</w:t>
      </w:r>
    </w:p>
    <w:p>
      <w:pPr>
        <w:pStyle w:val="ListParagraph"/>
      </w:pPr>
      <w:r>
        <w:rPr>
          <w:sz w:val="22"/>
        </w:rPr>
        <w:t>C. &lt;title&gt;</w:t>
      </w:r>
    </w:p>
    <w:p>
      <w:pPr>
        <w:pStyle w:val="ListParagraph"/>
      </w:pPr>
      <w:r>
        <w:rPr>
          <w:sz w:val="22"/>
        </w:rPr>
        <w:t>D. &lt;head&gt;</w:t>
      </w:r>
    </w:p>
    <w:p/>
    <w:p>
      <w:r>
        <w:rPr>
          <w:b/>
          <w:sz w:val="24"/>
        </w:rPr>
        <w:t>Câu 23: Kí hiệu nào sau đây được dùng cho thẻ đóng trong HTML?</w:t>
      </w:r>
    </w:p>
    <w:p>
      <w:pPr>
        <w:pStyle w:val="ListParagraph"/>
      </w:pPr>
      <w:r>
        <w:rPr>
          <w:sz w:val="22"/>
        </w:rPr>
        <w:t>A. /</w:t>
      </w:r>
    </w:p>
    <w:p>
      <w:pPr>
        <w:pStyle w:val="ListParagraph"/>
      </w:pPr>
      <w:r>
        <w:rPr>
          <w:sz w:val="22"/>
        </w:rPr>
        <w:t>B. |</w:t>
      </w:r>
    </w:p>
    <w:p>
      <w:pPr>
        <w:pStyle w:val="ListParagraph"/>
      </w:pPr>
      <w:r>
        <w:rPr>
          <w:sz w:val="22"/>
        </w:rPr>
        <w:t>C. !</w:t>
      </w:r>
    </w:p>
    <w:p>
      <w:pPr>
        <w:pStyle w:val="ListParagraph"/>
      </w:pPr>
      <w:r>
        <w:rPr>
          <w:sz w:val="22"/>
        </w:rPr>
        <w:t>D. //</w:t>
      </w:r>
    </w:p>
    <w:p/>
    <w:p>
      <w:r>
        <w:rPr>
          <w:b/>
          <w:sz w:val="24"/>
        </w:rPr>
        <w:t>Câu 24: Thẻ &lt;th&gt; thường được sử dụng để:</w:t>
      </w:r>
    </w:p>
    <w:p>
      <w:pPr>
        <w:pStyle w:val="ListParagraph"/>
      </w:pPr>
      <w:r>
        <w:rPr>
          <w:sz w:val="22"/>
        </w:rPr>
        <w:t>A. Tạo ô tiêu đề của bảng</w:t>
      </w:r>
    </w:p>
    <w:p>
      <w:pPr>
        <w:pStyle w:val="ListParagraph"/>
      </w:pPr>
      <w:r>
        <w:rPr>
          <w:sz w:val="22"/>
        </w:rPr>
        <w:t>B. Tạo một hàng</w:t>
      </w:r>
    </w:p>
    <w:p>
      <w:pPr>
        <w:pStyle w:val="ListParagraph"/>
      </w:pPr>
      <w:r>
        <w:rPr>
          <w:sz w:val="22"/>
        </w:rPr>
        <w:t>C. Tạo danh sách</w:t>
      </w:r>
    </w:p>
    <w:p>
      <w:pPr>
        <w:pStyle w:val="ListParagraph"/>
      </w:pPr>
      <w:r>
        <w:rPr>
          <w:sz w:val="22"/>
        </w:rPr>
        <w:t>D. Gộp ô</w:t>
      </w:r>
    </w:p>
    <w:p/>
    <w:p>
      <w:r>
        <w:rPr>
          <w:b/>
          <w:sz w:val="24"/>
        </w:rPr>
        <w:t>Câu 25: Đoạn code nào gộp 3 hàng?</w:t>
      </w:r>
    </w:p>
    <w:p>
      <w:pPr>
        <w:pStyle w:val="ListParagraph"/>
      </w:pPr>
      <w:r>
        <w:rPr>
          <w:sz w:val="22"/>
        </w:rPr>
        <w:t>A. &lt;td colspan="3"&gt;A&lt;/td&gt;</w:t>
      </w:r>
    </w:p>
    <w:p>
      <w:pPr>
        <w:pStyle w:val="ListParagraph"/>
      </w:pPr>
      <w:r>
        <w:rPr>
          <w:sz w:val="22"/>
        </w:rPr>
        <w:t>B. &lt;td rowspan="3"&gt;A&lt;/td&gt;</w:t>
      </w:r>
    </w:p>
    <w:p>
      <w:pPr>
        <w:pStyle w:val="ListParagraph"/>
      </w:pPr>
      <w:r>
        <w:rPr>
          <w:sz w:val="22"/>
        </w:rPr>
        <w:t>C. &lt;td row="3"&gt;A&lt;/td&gt;</w:t>
      </w:r>
    </w:p>
    <w:p>
      <w:pPr>
        <w:pStyle w:val="ListParagraph"/>
      </w:pPr>
      <w:r>
        <w:rPr>
          <w:sz w:val="22"/>
        </w:rPr>
        <w:t>D. &lt;td merge="3"&gt;A&lt;/td&gt;</w:t>
      </w:r>
    </w:p>
    <w:p/>
    <w:p>
      <w:r>
        <w:rPr>
          <w:b/>
          <w:sz w:val="24"/>
        </w:rPr>
        <w:t>Câu 26: Các thẻ nào sau đây là các thẻ để bắt đầu và kết thúc một hàng ( dòng ) trong bảng ?</w:t>
      </w:r>
    </w:p>
    <w:p>
      <w:pPr>
        <w:pStyle w:val="ListParagraph"/>
      </w:pPr>
      <w:r>
        <w:rPr>
          <w:sz w:val="22"/>
        </w:rPr>
        <w:t>A. &lt;table&gt;&lt;/table&gt;</w:t>
      </w:r>
    </w:p>
    <w:p>
      <w:pPr>
        <w:pStyle w:val="ListParagraph"/>
      </w:pPr>
      <w:r>
        <w:rPr>
          <w:sz w:val="22"/>
        </w:rPr>
        <w:t>B. &lt;th&gt;&lt;/th&gt;</w:t>
      </w:r>
    </w:p>
    <w:p>
      <w:pPr>
        <w:pStyle w:val="ListParagraph"/>
      </w:pPr>
      <w:r>
        <w:rPr>
          <w:sz w:val="22"/>
        </w:rPr>
        <w:t>C. &lt;tr&gt;&lt;/tr&gt;</w:t>
      </w:r>
    </w:p>
    <w:p>
      <w:pPr>
        <w:pStyle w:val="ListParagraph"/>
      </w:pPr>
      <w:r>
        <w:rPr>
          <w:sz w:val="22"/>
        </w:rPr>
        <w:t>D. &lt;td&gt;&lt;/td&lt;</w:t>
      </w:r>
    </w:p>
    <w:p/>
    <w:p>
      <w:r>
        <w:rPr>
          <w:b/>
          <w:sz w:val="24"/>
        </w:rPr>
        <w:t>Câu 27: Thẻ nào dùng để tạo danh sách không có thứ tự?</w:t>
      </w:r>
    </w:p>
    <w:p>
      <w:pPr>
        <w:pStyle w:val="ListParagraph"/>
      </w:pPr>
      <w:r>
        <w:rPr>
          <w:sz w:val="22"/>
        </w:rPr>
        <w:t>A. &lt;ol&gt;</w:t>
      </w:r>
    </w:p>
    <w:p>
      <w:pPr>
        <w:pStyle w:val="ListParagraph"/>
      </w:pPr>
      <w:r>
        <w:rPr>
          <w:sz w:val="22"/>
        </w:rPr>
        <w:t>B. &lt;ul&gt;</w:t>
      </w:r>
    </w:p>
    <w:p>
      <w:pPr>
        <w:pStyle w:val="ListParagraph"/>
      </w:pPr>
      <w:r>
        <w:rPr>
          <w:sz w:val="22"/>
        </w:rPr>
        <w:t>C. &lt;li&gt;</w:t>
      </w:r>
    </w:p>
    <w:p>
      <w:pPr>
        <w:pStyle w:val="ListParagraph"/>
      </w:pPr>
      <w:r>
        <w:rPr>
          <w:sz w:val="22"/>
        </w:rPr>
        <w:t>D. &lt;dl&gt;</w:t>
      </w:r>
    </w:p>
    <w:p/>
    <w:p>
      <w:r>
        <w:rPr>
          <w:b/>
          <w:sz w:val="24"/>
        </w:rPr>
        <w:t>Câu 28: Cho câu lệnh HTML: &lt;video src = “video.mp4” height = “150” width = “100” autoplay &gt; &lt;/video&gt;. Phát biểu nào sau đây về cách hoạt động của video là sai</w:t>
      </w:r>
    </w:p>
    <w:p>
      <w:pPr>
        <w:pStyle w:val="ListParagraph"/>
      </w:pPr>
      <w:r>
        <w:rPr>
          <w:sz w:val="22"/>
        </w:rPr>
        <w:t>A. Video có tên là “video.mp4” sẽ được chèn vào trang web</w:t>
      </w:r>
    </w:p>
    <w:p>
      <w:pPr>
        <w:pStyle w:val="ListParagraph"/>
      </w:pPr>
      <w:r>
        <w:rPr>
          <w:sz w:val="22"/>
        </w:rPr>
        <w:t>B. Chiều cao của video là 150px</w:t>
      </w:r>
    </w:p>
    <w:p>
      <w:pPr>
        <w:pStyle w:val="ListParagraph"/>
      </w:pPr>
      <w:r>
        <w:rPr>
          <w:sz w:val="22"/>
        </w:rPr>
        <w:t>C. Video sẽ tự động phát khi trang được tải</w:t>
      </w:r>
    </w:p>
    <w:p>
      <w:pPr>
        <w:pStyle w:val="ListParagraph"/>
      </w:pPr>
      <w:r>
        <w:rPr>
          <w:sz w:val="22"/>
        </w:rPr>
        <w:t>D. Video sẽ hiển thị thông báo lỗi nếu không phát được</w:t>
      </w:r>
    </w:p>
    <w:p/>
    <w:p>
      <w:r>
        <w:rPr>
          <w:b/>
          <w:sz w:val="24"/>
        </w:rPr>
        <w:t>Câu 29: Đoạn mã HTML nào sau đây là đúng để tạo siêu liên kết dẫn đến trang services.html?</w:t>
      </w:r>
    </w:p>
    <w:p>
      <w:pPr>
        <w:pStyle w:val="ListParagraph"/>
      </w:pPr>
      <w:r>
        <w:rPr>
          <w:sz w:val="22"/>
        </w:rPr>
        <w:t>A. &lt;a&gt;Trang dịch vụ&lt;/a&gt;</w:t>
      </w:r>
    </w:p>
    <w:p>
      <w:pPr>
        <w:pStyle w:val="ListParagraph"/>
      </w:pPr>
      <w:r>
        <w:rPr>
          <w:sz w:val="22"/>
        </w:rPr>
        <w:t>B. &lt;a href="services.html"&gt;Trang dịch vụ&lt;/a&gt;</w:t>
      </w:r>
    </w:p>
    <w:p>
      <w:pPr>
        <w:pStyle w:val="ListParagraph"/>
      </w:pPr>
      <w:r>
        <w:rPr>
          <w:sz w:val="22"/>
        </w:rPr>
        <w:t>C. &lt;a src="services.html"&gt;Trang dịch vụ&lt;/a&gt;</w:t>
      </w:r>
    </w:p>
    <w:p>
      <w:pPr>
        <w:pStyle w:val="ListParagraph"/>
      </w:pPr>
      <w:r>
        <w:rPr>
          <w:sz w:val="22"/>
        </w:rPr>
        <w:t>D. &lt;a target="services.html"&gt;Trang dịch vụ&lt;/a&gt;</w:t>
      </w:r>
    </w:p>
    <w:p/>
    <w:p>
      <w:r>
        <w:rPr>
          <w:b/>
          <w:sz w:val="24"/>
        </w:rPr>
        <w:t>Câu 30: Khi muốn học sinh lựa chọn Giới tính (chỉ chọn Nam hoặc Nữ), loại type nào của thẻ &lt;input&gt; là phù hợp nhất?</w:t>
      </w:r>
    </w:p>
    <w:p>
      <w:pPr>
        <w:pStyle w:val="ListParagraph"/>
      </w:pPr>
      <w:r>
        <w:rPr>
          <w:sz w:val="22"/>
        </w:rPr>
        <w:t>A. type="radio"</w:t>
      </w:r>
    </w:p>
    <w:p>
      <w:pPr>
        <w:pStyle w:val="ListParagraph"/>
      </w:pPr>
      <w:r>
        <w:rPr>
          <w:sz w:val="22"/>
        </w:rPr>
        <w:t>B. type="checkbox"</w:t>
      </w:r>
    </w:p>
    <w:p>
      <w:pPr>
        <w:pStyle w:val="ListParagraph"/>
      </w:pPr>
      <w:r>
        <w:rPr>
          <w:sz w:val="22"/>
        </w:rPr>
        <w:t>C. type="text"</w:t>
      </w:r>
    </w:p>
    <w:p>
      <w:pPr>
        <w:pStyle w:val="ListParagraph"/>
      </w:pPr>
      <w:r>
        <w:rPr>
          <w:sz w:val="22"/>
        </w:rPr>
        <w:t>D. type="file"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D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D</w:t>
      </w:r>
    </w:p>
    <w:p>
      <w:r>
        <w:rPr>
          <w:b/>
        </w:rPr>
        <w:t>Câu 16: Đáp án đúng: C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D</w:t>
      </w:r>
    </w:p>
    <w:p>
      <w:r>
        <w:rPr>
          <w:b/>
        </w:rPr>
        <w:t>Câu 22: Đáp án đúng: C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B</w:t>
      </w:r>
    </w:p>
    <w:p>
      <w:r>
        <w:rPr>
          <w:b/>
        </w:rPr>
        <w:t>Câu 26: Đáp án đúng: C</w:t>
      </w:r>
    </w:p>
    <w:p>
      <w:r>
        <w:rPr>
          <w:b/>
        </w:rPr>
        <w:t>Câu 27: Đáp án đúng: B</w:t>
      </w:r>
    </w:p>
    <w:p>
      <w:r>
        <w:rPr>
          <w:b/>
        </w:rPr>
        <w:t>Câu 28: Đáp án đúng: D</w:t>
      </w:r>
    </w:p>
    <w:p>
      <w:r>
        <w:rPr>
          <w:b/>
        </w:rPr>
        <w:t>Câu 29: Đáp án đúng: B</w:t>
      </w:r>
    </w:p>
    <w:p>
      <w:r>
        <w:rPr>
          <w:b/>
        </w:rPr>
        <w:t>Câu 30: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