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TEST-15 MINUTES-ENGLISH 8</w:t>
      </w:r>
    </w:p>
    <w:p>
      <w:pPr>
        <w:jc w:val="center"/>
      </w:pPr>
      <w:r>
        <w:rPr>
          <w:sz w:val="22"/>
        </w:rPr>
        <w:t>Số câu: 9    Thời gian: _____ phút    Họ và tên: _________________________</w:t>
      </w:r>
    </w:p>
    <w:p/>
    <w:p>
      <w:r>
        <w:rPr>
          <w:b/>
          <w:sz w:val="24"/>
        </w:rPr>
        <w:t>Câu 1: I like ______ to music in my free time.</w:t>
      </w:r>
    </w:p>
    <w:p>
      <w:pPr>
        <w:pStyle w:val="ListParagraph"/>
      </w:pPr>
      <w:r>
        <w:rPr>
          <w:sz w:val="22"/>
        </w:rPr>
        <w:t>A. listen</w:t>
      </w:r>
    </w:p>
    <w:p>
      <w:pPr>
        <w:pStyle w:val="ListParagraph"/>
      </w:pPr>
      <w:r>
        <w:rPr>
          <w:sz w:val="22"/>
        </w:rPr>
        <w:t>B. to listen</w:t>
      </w:r>
    </w:p>
    <w:p>
      <w:pPr>
        <w:pStyle w:val="ListParagraph"/>
      </w:pPr>
      <w:r>
        <w:rPr>
          <w:sz w:val="22"/>
        </w:rPr>
        <w:t>C. listening</w:t>
      </w:r>
    </w:p>
    <w:p>
      <w:pPr>
        <w:pStyle w:val="ListParagraph"/>
      </w:pPr>
      <w:r>
        <w:rPr>
          <w:sz w:val="22"/>
        </w:rPr>
        <w:t>D. listened</w:t>
      </w:r>
    </w:p>
    <w:p/>
    <w:p>
      <w:r>
        <w:rPr>
          <w:b/>
          <w:sz w:val="24"/>
        </w:rPr>
        <w:t>Câu 2: She likes ______ books before going to bed.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to read</w:t>
      </w:r>
    </w:p>
    <w:p>
      <w:pPr>
        <w:pStyle w:val="ListParagraph"/>
      </w:pPr>
      <w:r>
        <w:rPr>
          <w:sz w:val="22"/>
        </w:rPr>
        <w:t>C. reading</w:t>
      </w:r>
    </w:p>
    <w:p>
      <w:pPr>
        <w:pStyle w:val="ListParagraph"/>
      </w:pPr>
      <w:r>
        <w:rPr>
          <w:sz w:val="22"/>
        </w:rPr>
        <w:t>D. reads</w:t>
      </w:r>
    </w:p>
    <w:p/>
    <w:p>
      <w:r>
        <w:rPr>
          <w:b/>
          <w:sz w:val="24"/>
        </w:rPr>
        <w:t>Câu 3: He detests ______ the same thing every day.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to do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4: They detest ______ up early on weekends.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to get</w:t>
      </w:r>
    </w:p>
    <w:p>
      <w:pPr>
        <w:pStyle w:val="ListParagraph"/>
      </w:pPr>
      <w:r>
        <w:rPr>
          <w:sz w:val="22"/>
        </w:rPr>
        <w:t>C. getting</w:t>
      </w:r>
    </w:p>
    <w:p>
      <w:pPr>
        <w:pStyle w:val="ListParagraph"/>
      </w:pPr>
      <w:r>
        <w:rPr>
          <w:sz w:val="22"/>
        </w:rPr>
        <w:t>D. got</w:t>
      </w:r>
    </w:p>
    <w:p/>
    <w:p>
      <w:r>
        <w:rPr>
          <w:b/>
          <w:sz w:val="24"/>
        </w:rPr>
        <w:t>Câu 5: My brother is crazy ______ playing video games.</w:t>
      </w:r>
    </w:p>
    <w:p>
      <w:pPr>
        <w:pStyle w:val="ListParagraph"/>
      </w:pPr>
      <w:r>
        <w:rPr>
          <w:sz w:val="22"/>
        </w:rPr>
        <w:t>A. about</w:t>
      </w:r>
    </w:p>
    <w:p>
      <w:pPr>
        <w:pStyle w:val="ListParagraph"/>
      </w:pPr>
      <w:r>
        <w:rPr>
          <w:sz w:val="22"/>
        </w:rPr>
        <w:t>B. with</w:t>
      </w:r>
    </w:p>
    <w:p>
      <w:pPr>
        <w:pStyle w:val="ListParagraph"/>
      </w:pPr>
      <w:r>
        <w:rPr>
          <w:sz w:val="22"/>
        </w:rPr>
        <w:t>C. of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6: She runs ______ than her sister.</w:t>
      </w:r>
    </w:p>
    <w:p>
      <w:pPr>
        <w:pStyle w:val="ListParagraph"/>
      </w:pPr>
      <w:r>
        <w:rPr>
          <w:sz w:val="22"/>
        </w:rPr>
        <w:t>A. fast</w:t>
      </w:r>
    </w:p>
    <w:p>
      <w:pPr>
        <w:pStyle w:val="ListParagraph"/>
      </w:pPr>
      <w:r>
        <w:rPr>
          <w:sz w:val="22"/>
        </w:rPr>
        <w:t>B. faster</w:t>
      </w:r>
    </w:p>
    <w:p>
      <w:pPr>
        <w:pStyle w:val="ListParagraph"/>
      </w:pPr>
      <w:r>
        <w:rPr>
          <w:sz w:val="22"/>
        </w:rPr>
        <w:t>C. fastest</w:t>
      </w:r>
    </w:p>
    <w:p>
      <w:pPr>
        <w:pStyle w:val="ListParagraph"/>
      </w:pPr>
      <w:r>
        <w:rPr>
          <w:sz w:val="22"/>
        </w:rPr>
        <w:t>D. more fast</w:t>
      </w:r>
    </w:p>
    <w:p/>
    <w:p>
      <w:r>
        <w:rPr>
          <w:b/>
          <w:sz w:val="24"/>
        </w:rPr>
        <w:t>Câu 7: He speaks English ______ than his friend.</w:t>
      </w:r>
    </w:p>
    <w:p>
      <w:pPr>
        <w:pStyle w:val="ListParagraph"/>
      </w:pPr>
      <w:r>
        <w:rPr>
          <w:sz w:val="22"/>
        </w:rPr>
        <w:t>A. fluent</w:t>
      </w:r>
    </w:p>
    <w:p>
      <w:pPr>
        <w:pStyle w:val="ListParagraph"/>
      </w:pPr>
      <w:r>
        <w:rPr>
          <w:sz w:val="22"/>
        </w:rPr>
        <w:t>B. more fluently</w:t>
      </w:r>
    </w:p>
    <w:p>
      <w:pPr>
        <w:pStyle w:val="ListParagraph"/>
      </w:pPr>
      <w:r>
        <w:rPr>
          <w:sz w:val="22"/>
        </w:rPr>
        <w:t>C. fluently</w:t>
      </w:r>
    </w:p>
    <w:p>
      <w:pPr>
        <w:pStyle w:val="ListParagraph"/>
      </w:pPr>
      <w:r>
        <w:rPr>
          <w:sz w:val="22"/>
        </w:rPr>
        <w:t>D. most fluently</w:t>
      </w:r>
    </w:p>
    <w:p/>
    <w:p>
      <w:r>
        <w:rPr>
          <w:b/>
          <w:sz w:val="24"/>
        </w:rPr>
        <w:t>Câu 8: In my leisure time, I enjoy ______ with my friends.</w:t>
      </w:r>
    </w:p>
    <w:p>
      <w:pPr>
        <w:pStyle w:val="ListParagraph"/>
      </w:pPr>
      <w:r>
        <w:rPr>
          <w:sz w:val="22"/>
        </w:rPr>
        <w:t>A. hang out</w:t>
      </w:r>
    </w:p>
    <w:p>
      <w:pPr>
        <w:pStyle w:val="ListParagraph"/>
      </w:pPr>
      <w:r>
        <w:rPr>
          <w:sz w:val="22"/>
        </w:rPr>
        <w:t>B. hanging out</w:t>
      </w:r>
    </w:p>
    <w:p>
      <w:pPr>
        <w:pStyle w:val="ListParagraph"/>
      </w:pPr>
      <w:r>
        <w:rPr>
          <w:sz w:val="22"/>
        </w:rPr>
        <w:t>C. to hang out</w:t>
      </w:r>
    </w:p>
    <w:p>
      <w:pPr>
        <w:pStyle w:val="ListParagraph"/>
      </w:pPr>
      <w:r>
        <w:rPr>
          <w:sz w:val="22"/>
        </w:rPr>
        <w:t>D. hung out</w:t>
      </w:r>
    </w:p>
    <w:p/>
    <w:p>
      <w:r>
        <w:rPr>
          <w:b/>
          <w:sz w:val="24"/>
        </w:rPr>
        <w:t>Câu 9: Many students feel ______ before exams.</w:t>
      </w:r>
    </w:p>
    <w:p>
      <w:pPr>
        <w:pStyle w:val="ListParagraph"/>
      </w:pPr>
      <w:r>
        <w:rPr>
          <w:sz w:val="22"/>
        </w:rPr>
        <w:t>A. relaxed</w:t>
      </w:r>
    </w:p>
    <w:p>
      <w:pPr>
        <w:pStyle w:val="ListParagraph"/>
      </w:pPr>
      <w:r>
        <w:rPr>
          <w:sz w:val="22"/>
        </w:rPr>
        <w:t>B. excited</w:t>
      </w:r>
    </w:p>
    <w:p>
      <w:pPr>
        <w:pStyle w:val="ListParagraph"/>
      </w:pPr>
      <w:r>
        <w:rPr>
          <w:sz w:val="22"/>
        </w:rPr>
        <w:t>C. stressed</w:t>
      </w:r>
    </w:p>
    <w:p>
      <w:pPr>
        <w:pStyle w:val="ListParagraph"/>
      </w:pPr>
      <w:r>
        <w:rPr>
          <w:sz w:val="22"/>
        </w:rPr>
        <w:t>D. bored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