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KHỞI ĐỘNG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Dưới thời Minh Mạng, cơ quan nào sau đây làm lịch, xem ngày giờ, quan sát và dự báo các hiện tượng thiên văn, thời tiết: Hàn lâm viện, Quốc Tử Giám, Thái y viện hay Khâm thiên giám?</w:t>
      </w:r>
    </w:p>
    <w:p>
      <w:pPr>
        <w:pStyle w:val="ListParagraph"/>
      </w:pPr>
      <w:r>
        <w:rPr>
          <w:sz w:val="22"/>
        </w:rPr>
        <w:t>A. Hàn lâm viện</w:t>
      </w:r>
    </w:p>
    <w:p>
      <w:pPr>
        <w:pStyle w:val="ListParagraph"/>
      </w:pPr>
      <w:r>
        <w:rPr>
          <w:sz w:val="22"/>
        </w:rPr>
        <w:t>B. Quốc Tử Giám</w:t>
      </w:r>
    </w:p>
    <w:p>
      <w:pPr>
        <w:pStyle w:val="ListParagraph"/>
      </w:pPr>
      <w:r>
        <w:rPr>
          <w:sz w:val="22"/>
        </w:rPr>
        <w:t>C. Thái y viện</w:t>
      </w:r>
    </w:p>
    <w:p>
      <w:pPr>
        <w:pStyle w:val="ListParagraph"/>
      </w:pPr>
      <w:r>
        <w:rPr>
          <w:sz w:val="22"/>
        </w:rPr>
        <w:t>D. Khâm thiên giám</w:t>
      </w:r>
    </w:p>
    <w:p/>
    <w:p>
      <w:r>
        <w:rPr>
          <w:b/>
          <w:sz w:val="24"/>
        </w:rPr>
        <w:t>Câu 2: Luật nào có hiệu lực từ ngày 01/07/2026 nhằm quy định vị trí, vai trò của Thành phố Hà Nội hiện nay; cơ chế, chính sách, thẩm quyền, trách nhiệm xây dựng, phát triển và bảo vệ Hà Nội trong tương lai?</w:t>
      </w:r>
    </w:p>
    <w:p/>
    <w:p>
      <w:r>
        <w:rPr>
          <w:b/>
          <w:sz w:val="24"/>
        </w:rPr>
        <w:t>Câu 3: Fibonacci là nhà toán học nổi tiếng người nước nào?</w:t>
      </w:r>
    </w:p>
    <w:p/>
    <w:p>
      <w:r>
        <w:rPr>
          <w:b/>
          <w:sz w:val="24"/>
        </w:rPr>
        <w:t>Câu 4: Từ nào còn thiếu trong những câu thơ sau: "Tôi hôm nay sống trong lòng miền Bắc/ Sờ lên ngực nghe ... thầm nhắc/ Hai tiếng thiêng liêng, hai tiếng "miền Nam"" (Nhớ con sông quê hương - Tế Hanh)?</w:t>
      </w:r>
    </w:p>
    <w:p/>
    <w:p>
      <w:r>
        <w:rPr>
          <w:b/>
          <w:sz w:val="24"/>
        </w:rPr>
        <w:t>Câu 5: What is the sum of the first two prime numbers?</w:t>
      </w:r>
    </w:p>
    <w:p/>
    <w:p>
      <w:r>
        <w:rPr>
          <w:b/>
          <w:sz w:val="24"/>
        </w:rPr>
        <w:t>Câu 6: 1 Newton là độ lớn của một lực gây ra gia tốc $1 m/s^2$ cho vật có khối lượng ...</w:t>
      </w:r>
    </w:p>
    <w:p/>
    <w:p>
      <w:r>
        <w:rPr>
          <w:b/>
          <w:sz w:val="24"/>
        </w:rPr>
        <w:t>Câu 7: Lipoprotein là cấu trúc hình thành từ sự liên kết giữa các phân tử protein và ...</w:t>
      </w:r>
    </w:p>
    <w:p/>
    <w:p>
      <w:r>
        <w:rPr>
          <w:b/>
          <w:sz w:val="24"/>
        </w:rPr>
        <w:t>Câu 8: Hiện tượng rễ cây phát triển làm nứt vỡ các tảng đá xung quanh là biểu hiện của quá trình phong hóa vật lí, hóa học hay sinh học?</w:t>
      </w:r>
    </w:p>
    <w:p>
      <w:pPr>
        <w:pStyle w:val="ListParagraph"/>
      </w:pPr>
      <w:r>
        <w:rPr>
          <w:sz w:val="22"/>
        </w:rPr>
        <w:t>A. vật lí</w:t>
      </w:r>
    </w:p>
    <w:p>
      <w:pPr>
        <w:pStyle w:val="ListParagraph"/>
      </w:pPr>
      <w:r>
        <w:rPr>
          <w:sz w:val="22"/>
        </w:rPr>
        <w:t>B. hóa học</w:t>
      </w:r>
    </w:p>
    <w:p>
      <w:pPr>
        <w:pStyle w:val="ListParagraph"/>
      </w:pPr>
      <w:r>
        <w:rPr>
          <w:sz w:val="22"/>
        </w:rPr>
        <w:t>C. sinh học</w:t>
      </w:r>
    </w:p>
    <w:p/>
    <w:p>
      <w:r>
        <w:rPr>
          <w:b/>
          <w:sz w:val="24"/>
        </w:rPr>
        <w:t>Câu 9: What is the term for the point at which a substance changes from solid to liquid when heated: Boiling point, Melting point or Freezing point?</w:t>
      </w:r>
    </w:p>
    <w:p>
      <w:pPr>
        <w:pStyle w:val="ListParagraph"/>
      </w:pPr>
      <w:r>
        <w:rPr>
          <w:sz w:val="22"/>
        </w:rPr>
        <w:t>A. Boiling point</w:t>
      </w:r>
    </w:p>
    <w:p>
      <w:pPr>
        <w:pStyle w:val="ListParagraph"/>
      </w:pPr>
      <w:r>
        <w:rPr>
          <w:sz w:val="22"/>
        </w:rPr>
        <w:t>B. Melting point</w:t>
      </w:r>
    </w:p>
    <w:p>
      <w:pPr>
        <w:pStyle w:val="ListParagraph"/>
      </w:pPr>
      <w:r>
        <w:rPr>
          <w:sz w:val="22"/>
        </w:rPr>
        <w:t>C. Freezing point</w:t>
      </w:r>
    </w:p>
    <w:p/>
    <w:p>
      <w:r>
        <w:rPr>
          <w:b/>
          <w:sz w:val="24"/>
        </w:rPr>
        <w:t>Câu 10: Thang pH trong hóa học được xây dựng dựa trên thang logarithm cơ số mấy?</w:t>
      </w:r>
    </w:p>
    <w:p/>
    <w:p>
      <w:r>
        <w:rPr>
          <w:b/>
          <w:sz w:val="24"/>
        </w:rPr>
        <w:t>Câu 11: Hãy điền những từ chỉ màu sắc lần lượt còn thiếu trong đoạn thơ sau: "Da trời ai nhuộm mà ... ngắt/ Mắt lão không vầy cũng ... hoe" (Thu ẩm, Nguyễn Khuyến).</w:t>
      </w:r>
    </w:p>
    <w:p/>
    <w:p>
      <w:r>
        <w:rPr>
          <w:b/>
          <w:sz w:val="24"/>
        </w:rPr>
        <w:t>Câu 12: Hồ nào ở Bắc Ninh là nguồn cảm hứng để nhạc sĩ Phó Đức Phương sáng tác ca khúc "Hồ trên núi"?</w:t>
      </w:r>
    </w:p>
    <w:p/>
    <w:p>
      <w:r>
        <w:rPr>
          <w:b/>
          <w:sz w:val="24"/>
        </w:rPr>
        <w:t>Câu 13: Ngôi làng hư cấu Macondo là bối cảnh chính trong tiểu thuyết nào của nhà văn Gabriel García Márquez - chủ nhân giải Nobel Văn học năm 1982?</w:t>
      </w:r>
    </w:p>
    <w:p/>
    <w:p>
      <w:r>
        <w:rPr>
          <w:b/>
          <w:sz w:val="24"/>
        </w:rPr>
        <w:t>Câu 14: Trong lí thuyết đồ thị, mọi đồ thị hữu hạn và vô hướng đều có số đỉnh bậc lẻ là một số ...</w:t>
      </w:r>
    </w:p>
    <w:p/>
    <w:p>
      <w:r>
        <w:rPr>
          <w:b/>
          <w:sz w:val="24"/>
        </w:rPr>
        <w:t>Câu 15: $343/4$ is equal to ... percent.</w:t>
      </w:r>
    </w:p>
    <w:p/>
    <w:p>
      <w:r>
        <w:rPr>
          <w:b/>
          <w:sz w:val="24"/>
        </w:rPr>
        <w:t>Câu 16: Công trình nào nằm trong Khu Di tích lịch sử Đền thờ Chủ tịch Hồ Chí Minh ở Vĩnh Long được xây dựng với tỷ lệ 97% so với nguyên bản tại Khu Di tích Chủ tịch Hồ Chí Minh tại Phủ Chủ tịch?</w:t>
      </w:r>
    </w:p>
    <w:p/>
    <w:p>
      <w:r>
        <w:rPr>
          <w:b/>
          <w:sz w:val="24"/>
        </w:rPr>
        <w:t>Câu 17: Nhiệt độ sôi của các ester ... nhiệt độ sôi của các alcohol và carboxylic acid có cùng số nguyên tố carbon trong phân tử.</w:t>
      </w:r>
    </w:p>
    <w:p/>
    <w:p>
      <w:r>
        <w:rPr>
          <w:b/>
          <w:sz w:val="24"/>
        </w:rPr>
        <w:t>Câu 18: “Chiếm lấy phố Wall” hay còn gọi là phong trào “99 chống lại 1” là phong trào lịch sử xuất hiện ở quốc gia nào?</w:t>
      </w:r>
    </w:p>
    <w:p/>
    <w:p>
      <w:r>
        <w:rPr>
          <w:b/>
          <w:sz w:val="24"/>
        </w:rPr>
        <w:t>Câu 19: Thời gian hình thành đất còn được gọi là ... đất.</w:t>
      </w:r>
    </w:p>
    <w:p/>
    <w:p>
      <w:r>
        <w:rPr>
          <w:b/>
          <w:sz w:val="24"/>
        </w:rPr>
        <w:t>Câu 20: Hai đường chéo đồng thời là đường ... các góc của hình thoi.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Thủ đô</w:t>
      </w:r>
    </w:p>
    <w:p>
      <w:r>
        <w:rPr>
          <w:b/>
        </w:rPr>
        <w:t>Câu 3: Đáp án đúng: Ý / Italia</w:t>
      </w:r>
    </w:p>
    <w:p>
      <w:r>
        <w:rPr>
          <w:b/>
        </w:rPr>
        <w:t>Câu 4: Đáp án đúng: trái tim</w:t>
      </w:r>
    </w:p>
    <w:p>
      <w:r>
        <w:rPr>
          <w:b/>
        </w:rPr>
        <w:t>Câu 5: Đáp án đúng: Five</w:t>
      </w:r>
    </w:p>
    <w:p>
      <w:r>
        <w:rPr>
          <w:b/>
        </w:rPr>
        <w:t>Câu 6: Đáp án đúng: 1 kg</w:t>
      </w:r>
    </w:p>
    <w:p>
      <w:r>
        <w:rPr>
          <w:b/>
        </w:rPr>
        <w:t>Câu 7: Đáp án đúng: lipid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10</w:t>
      </w:r>
    </w:p>
    <w:p>
      <w:r>
        <w:rPr>
          <w:b/>
        </w:rPr>
        <w:t>Câu 11: Đáp án đúng: xanh, đỏ</w:t>
      </w:r>
    </w:p>
    <w:p>
      <w:r>
        <w:rPr>
          <w:b/>
        </w:rPr>
        <w:t>Câu 12: Đáp án đúng: Cấm Sơn</w:t>
      </w:r>
    </w:p>
    <w:p>
      <w:r>
        <w:rPr>
          <w:b/>
        </w:rPr>
        <w:t>Câu 13: Đáp án đúng: Trăm năm cô đơn</w:t>
      </w:r>
    </w:p>
    <w:p>
      <w:r>
        <w:rPr>
          <w:b/>
        </w:rPr>
        <w:t>Câu 14: Đáp án đúng: chẵn</w:t>
      </w:r>
    </w:p>
    <w:p>
      <w:r>
        <w:rPr>
          <w:b/>
        </w:rPr>
        <w:t>Câu 15: Đáp án đúng: seventy-five</w:t>
      </w:r>
    </w:p>
    <w:p>
      <w:r>
        <w:rPr>
          <w:b/>
        </w:rPr>
        <w:t>Câu 16: Đáp án đúng: Nhà sàn Bác Hồ</w:t>
      </w:r>
    </w:p>
    <w:p>
      <w:r>
        <w:rPr>
          <w:b/>
        </w:rPr>
        <w:t>Câu 17: Đáp án đúng: thấp hơn</w:t>
      </w:r>
    </w:p>
    <w:p>
      <w:r>
        <w:rPr>
          <w:b/>
        </w:rPr>
        <w:t>Câu 18: Đáp án đúng: Mỹ</w:t>
      </w:r>
    </w:p>
    <w:p>
      <w:r>
        <w:rPr>
          <w:b/>
        </w:rPr>
        <w:t>Câu 19: Đáp án đúng: tuổi</w:t>
      </w:r>
    </w:p>
    <w:p>
      <w:r>
        <w:rPr>
          <w:b/>
        </w:rPr>
        <w:t>Câu 20: Đáp án đúng: phân giác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