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Question 1. The school encourages all student...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The school encourages all students to _______ extracurricular activities to develop their soft skills.</w:t>
      </w:r>
    </w:p>
    <w:p>
      <w:pPr>
        <w:pStyle w:val="ListParagraph"/>
      </w:pPr>
      <w:r>
        <w:rPr>
          <w:sz w:val="22"/>
        </w:rPr>
        <w:t>A. drop out of</w:t>
      </w:r>
    </w:p>
    <w:p>
      <w:pPr>
        <w:pStyle w:val="ListParagraph"/>
      </w:pPr>
      <w:r>
        <w:rPr>
          <w:sz w:val="22"/>
        </w:rPr>
        <w:t>B. take part in</w:t>
      </w:r>
    </w:p>
    <w:p>
      <w:pPr>
        <w:pStyle w:val="ListParagraph"/>
      </w:pPr>
      <w:r>
        <w:rPr>
          <w:sz w:val="22"/>
        </w:rPr>
        <w:t>C. pass away</w:t>
      </w:r>
    </w:p>
    <w:p>
      <w:pPr>
        <w:pStyle w:val="ListParagraph"/>
      </w:pPr>
      <w:r>
        <w:rPr>
          <w:sz w:val="22"/>
        </w:rPr>
        <w:t>D. carry out</w:t>
      </w:r>
    </w:p>
    <w:p/>
    <w:p>
      <w:r>
        <w:rPr>
          <w:b/>
          <w:sz w:val="24"/>
        </w:rPr>
        <w:t>Câu 2: Albert Einstein's incredible intellectual capacity proved that he was an undisputed _______.</w:t>
      </w:r>
    </w:p>
    <w:p>
      <w:pPr>
        <w:pStyle w:val="ListParagraph"/>
      </w:pPr>
      <w:r>
        <w:rPr>
          <w:sz w:val="22"/>
        </w:rPr>
        <w:t>A. surgeon</w:t>
      </w:r>
    </w:p>
    <w:p>
      <w:pPr>
        <w:pStyle w:val="ListParagraph"/>
      </w:pPr>
      <w:r>
        <w:rPr>
          <w:sz w:val="22"/>
        </w:rPr>
        <w:t>B. character</w:t>
      </w:r>
    </w:p>
    <w:p>
      <w:pPr>
        <w:pStyle w:val="ListParagraph"/>
      </w:pPr>
      <w:r>
        <w:rPr>
          <w:sz w:val="22"/>
        </w:rPr>
        <w:t>C. enemy</w:t>
      </w:r>
    </w:p>
    <w:p>
      <w:pPr>
        <w:pStyle w:val="ListParagraph"/>
      </w:pPr>
      <w:r>
        <w:rPr>
          <w:sz w:val="22"/>
        </w:rPr>
        <w:t>D. genius</w:t>
      </w:r>
    </w:p>
    <w:p/>
    <w:p>
      <w:r>
        <w:rPr>
          <w:b/>
          <w:sz w:val="24"/>
        </w:rPr>
        <w:t>Câu 3: You should always show deep _______ for the cultural traditions of the places you visit.</w:t>
      </w:r>
    </w:p>
    <w:p>
      <w:pPr>
        <w:pStyle w:val="ListParagraph"/>
      </w:pPr>
      <w:r>
        <w:rPr>
          <w:sz w:val="22"/>
        </w:rPr>
        <w:t>A. surgery</w:t>
      </w:r>
    </w:p>
    <w:p>
      <w:pPr>
        <w:pStyle w:val="ListParagraph"/>
      </w:pPr>
      <w:r>
        <w:rPr>
          <w:sz w:val="22"/>
        </w:rPr>
        <w:t>B. respect</w:t>
      </w:r>
    </w:p>
    <w:p>
      <w:pPr>
        <w:pStyle w:val="ListParagraph"/>
      </w:pPr>
      <w:r>
        <w:rPr>
          <w:sz w:val="22"/>
        </w:rPr>
        <w:t>C. jungle</w:t>
      </w:r>
    </w:p>
    <w:p>
      <w:pPr>
        <w:pStyle w:val="ListParagraph"/>
      </w:pPr>
      <w:r>
        <w:rPr>
          <w:sz w:val="22"/>
        </w:rPr>
        <w:t>D. account</w:t>
      </w:r>
    </w:p>
    <w:p/>
    <w:p>
      <w:r>
        <w:rPr>
          <w:b/>
          <w:sz w:val="24"/>
        </w:rPr>
        <w:t>Câu 4: We highly appreciate the volunteers who tirelessly _______ the community development programs.</w:t>
      </w:r>
    </w:p>
    <w:p>
      <w:pPr>
        <w:pStyle w:val="ListParagraph"/>
      </w:pPr>
      <w:r>
        <w:rPr>
          <w:sz w:val="22"/>
        </w:rPr>
        <w:t>A. contribute to</w:t>
      </w:r>
    </w:p>
    <w:p>
      <w:pPr>
        <w:pStyle w:val="ListParagraph"/>
      </w:pPr>
      <w:r>
        <w:rPr>
          <w:sz w:val="22"/>
        </w:rPr>
        <w:t>B. drop out of</w:t>
      </w:r>
    </w:p>
    <w:p>
      <w:pPr>
        <w:pStyle w:val="ListParagraph"/>
      </w:pPr>
      <w:r>
        <w:rPr>
          <w:sz w:val="22"/>
        </w:rPr>
        <w:t>C. operate on</w:t>
      </w:r>
    </w:p>
    <w:p>
      <w:pPr>
        <w:pStyle w:val="ListParagraph"/>
      </w:pPr>
      <w:r>
        <w:rPr>
          <w:sz w:val="22"/>
        </w:rPr>
        <w:t>D. bond over</w:t>
      </w:r>
    </w:p>
    <w:p/>
    <w:p>
      <w:r>
        <w:rPr>
          <w:b/>
          <w:sz w:val="24"/>
        </w:rPr>
        <w:t>Câu 5: Malala Yousafzai was shot for defending girls' education _______ just fifteen, but she survived and continued her fight.</w:t>
      </w:r>
    </w:p>
    <w:p>
      <w:pPr>
        <w:pStyle w:val="ListParagraph"/>
      </w:pPr>
      <w:r>
        <w:rPr>
          <w:sz w:val="22"/>
        </w:rPr>
        <w:t>A. at the age of</w:t>
      </w:r>
    </w:p>
    <w:p>
      <w:pPr>
        <w:pStyle w:val="ListParagraph"/>
      </w:pPr>
      <w:r>
        <w:rPr>
          <w:sz w:val="22"/>
        </w:rPr>
        <w:t>B. with respect to</w:t>
      </w:r>
    </w:p>
    <w:p>
      <w:pPr>
        <w:pStyle w:val="ListParagraph"/>
      </w:pPr>
      <w:r>
        <w:rPr>
          <w:sz w:val="22"/>
        </w:rPr>
        <w:t>C. in collaboration with</w:t>
      </w:r>
    </w:p>
    <w:p>
      <w:pPr>
        <w:pStyle w:val="ListParagraph"/>
      </w:pPr>
      <w:r>
        <w:rPr>
          <w:sz w:val="22"/>
        </w:rPr>
        <w:t>D. on behalf of</w:t>
      </w:r>
    </w:p>
    <w:p/>
    <w:p>
      <w:r>
        <w:rPr>
          <w:b/>
          <w:sz w:val="24"/>
        </w:rPr>
        <w:t>Câu 6: He was a _______ husband who stayed by his wife’s side throughout her long battle with illness.</w:t>
      </w:r>
    </w:p>
    <w:p>
      <w:pPr>
        <w:pStyle w:val="ListParagraph"/>
      </w:pPr>
      <w:r>
        <w:rPr>
          <w:sz w:val="22"/>
        </w:rPr>
        <w:t>A. pancreatic</w:t>
      </w:r>
    </w:p>
    <w:p>
      <w:pPr>
        <w:pStyle w:val="ListParagraph"/>
      </w:pPr>
      <w:r>
        <w:rPr>
          <w:sz w:val="22"/>
        </w:rPr>
        <w:t>B. resistant</w:t>
      </w:r>
    </w:p>
    <w:p>
      <w:pPr>
        <w:pStyle w:val="ListParagraph"/>
      </w:pPr>
      <w:r>
        <w:rPr>
          <w:sz w:val="22"/>
        </w:rPr>
        <w:t>C. devoted</w:t>
      </w:r>
    </w:p>
    <w:p>
      <w:pPr>
        <w:pStyle w:val="ListParagraph"/>
      </w:pPr>
      <w:r>
        <w:rPr>
          <w:sz w:val="22"/>
        </w:rPr>
        <w:t>D. computer-animated</w:t>
      </w:r>
    </w:p>
    <w:p/>
    <w:p>
      <w:r>
        <w:rPr>
          <w:b/>
          <w:sz w:val="24"/>
        </w:rPr>
        <w:t>Câu 7: The independent director finally raised enough funds to shoot his very first _______ feature film.</w:t>
      </w:r>
    </w:p>
    <w:p>
      <w:pPr>
        <w:pStyle w:val="ListParagraph"/>
      </w:pPr>
      <w:r>
        <w:rPr>
          <w:sz w:val="22"/>
        </w:rPr>
        <w:t>A. full-length</w:t>
      </w:r>
    </w:p>
    <w:p>
      <w:pPr>
        <w:pStyle w:val="ListParagraph"/>
      </w:pPr>
      <w:r>
        <w:rPr>
          <w:sz w:val="22"/>
        </w:rPr>
        <w:t>B. pancreatic</w:t>
      </w:r>
    </w:p>
    <w:p>
      <w:pPr>
        <w:pStyle w:val="ListParagraph"/>
      </w:pPr>
      <w:r>
        <w:rPr>
          <w:sz w:val="22"/>
        </w:rPr>
        <w:t>C. poetic</w:t>
      </w:r>
    </w:p>
    <w:p>
      <w:pPr>
        <w:pStyle w:val="ListParagraph"/>
      </w:pPr>
      <w:r>
        <w:rPr>
          <w:sz w:val="22"/>
        </w:rPr>
        <w:t>D. heroic</w:t>
      </w:r>
    </w:p>
    <w:p/>
    <w:p>
      <w:r>
        <w:rPr>
          <w:b/>
          <w:sz w:val="24"/>
        </w:rPr>
        <w:t>Câu 8: The two combat veterans managed to _______ their shared wartime experiences during their retirement years.</w:t>
      </w:r>
    </w:p>
    <w:p>
      <w:pPr>
        <w:pStyle w:val="ListParagraph"/>
      </w:pPr>
      <w:r>
        <w:rPr>
          <w:sz w:val="22"/>
        </w:rPr>
        <w:t>A. take part in</w:t>
      </w:r>
    </w:p>
    <w:p>
      <w:pPr>
        <w:pStyle w:val="ListParagraph"/>
      </w:pPr>
      <w:r>
        <w:rPr>
          <w:sz w:val="22"/>
        </w:rPr>
        <w:t>B. bond over</w:t>
      </w:r>
    </w:p>
    <w:p>
      <w:pPr>
        <w:pStyle w:val="ListParagraph"/>
      </w:pPr>
      <w:r>
        <w:rPr>
          <w:sz w:val="22"/>
        </w:rPr>
        <w:t>C. drop out of</w:t>
      </w:r>
    </w:p>
    <w:p>
      <w:pPr>
        <w:pStyle w:val="ListParagraph"/>
      </w:pPr>
      <w:r>
        <w:rPr>
          <w:sz w:val="22"/>
        </w:rPr>
        <w:t>D. carry out</w:t>
      </w:r>
    </w:p>
    <w:p/>
    <w:p>
      <w:r>
        <w:rPr>
          <w:b/>
          <w:sz w:val="24"/>
        </w:rPr>
        <w:t>Câu 9: When the war broke out, thousands of young citizens decided to _______ join the army and defend the borders.</w:t>
      </w:r>
    </w:p>
    <w:p>
      <w:pPr>
        <w:pStyle w:val="ListParagraph"/>
      </w:pPr>
      <w:r>
        <w:rPr>
          <w:sz w:val="22"/>
        </w:rPr>
        <w:t>A. refuse to</w:t>
      </w:r>
    </w:p>
    <w:p>
      <w:pPr>
        <w:pStyle w:val="ListParagraph"/>
      </w:pPr>
      <w:r>
        <w:rPr>
          <w:sz w:val="22"/>
        </w:rPr>
        <w:t>B. drop out of</w:t>
      </w:r>
    </w:p>
    <w:p>
      <w:pPr>
        <w:pStyle w:val="ListParagraph"/>
      </w:pPr>
      <w:r>
        <w:rPr>
          <w:sz w:val="22"/>
        </w:rPr>
        <w:t>C. finish doing</w:t>
      </w:r>
    </w:p>
    <w:p>
      <w:pPr>
        <w:pStyle w:val="ListParagraph"/>
      </w:pPr>
      <w:r>
        <w:rPr>
          <w:sz w:val="22"/>
        </w:rPr>
        <w:t>D. volunteer to</w:t>
      </w:r>
    </w:p>
    <w:p/>
    <w:p>
      <w:r>
        <w:rPr>
          <w:b/>
          <w:sz w:val="24"/>
        </w:rPr>
        <w:t>Câu 10: Although it is _______ believed that carrots improve night vision, they actually just maintain overall eye health.</w:t>
      </w:r>
    </w:p>
    <w:p>
      <w:pPr>
        <w:pStyle w:val="ListParagraph"/>
      </w:pPr>
      <w:r>
        <w:rPr>
          <w:sz w:val="22"/>
        </w:rPr>
        <w:t>A. heroically</w:t>
      </w:r>
    </w:p>
    <w:p>
      <w:pPr>
        <w:pStyle w:val="ListParagraph"/>
      </w:pPr>
      <w:r>
        <w:rPr>
          <w:sz w:val="22"/>
        </w:rPr>
        <w:t>B. poetically</w:t>
      </w:r>
    </w:p>
    <w:p>
      <w:pPr>
        <w:pStyle w:val="ListParagraph"/>
      </w:pPr>
      <w:r>
        <w:rPr>
          <w:sz w:val="22"/>
        </w:rPr>
        <w:t>C. popularly</w:t>
      </w:r>
    </w:p>
    <w:p>
      <w:pPr>
        <w:pStyle w:val="ListParagraph"/>
      </w:pPr>
      <w:r>
        <w:rPr>
          <w:sz w:val="22"/>
        </w:rPr>
        <w:t>D. surprisingly</w:t>
      </w:r>
    </w:p>
    <w:p/>
    <w:p>
      <w:r>
        <w:rPr>
          <w:b/>
          <w:sz w:val="24"/>
        </w:rPr>
        <w:t>Câu 11: The doctors never _______ the patient, working tirelessly through the night until he finally regained consciousness.</w:t>
      </w:r>
    </w:p>
    <w:p>
      <w:pPr>
        <w:pStyle w:val="ListParagraph"/>
      </w:pPr>
      <w:r>
        <w:rPr>
          <w:sz w:val="22"/>
        </w:rPr>
        <w:t>A. took part in</w:t>
      </w:r>
    </w:p>
    <w:p>
      <w:pPr>
        <w:pStyle w:val="ListParagraph"/>
      </w:pPr>
      <w:r>
        <w:rPr>
          <w:sz w:val="22"/>
        </w:rPr>
        <w:t>B. gave up on</w:t>
      </w:r>
    </w:p>
    <w:p>
      <w:pPr>
        <w:pStyle w:val="ListParagraph"/>
      </w:pPr>
      <w:r>
        <w:rPr>
          <w:sz w:val="22"/>
        </w:rPr>
        <w:t>C. bonded over</w:t>
      </w:r>
    </w:p>
    <w:p>
      <w:pPr>
        <w:pStyle w:val="ListParagraph"/>
      </w:pPr>
      <w:r>
        <w:rPr>
          <w:sz w:val="22"/>
        </w:rPr>
        <w:t>D. contributed to</w:t>
      </w:r>
    </w:p>
    <w:p/>
    <w:p>
      <w:r>
        <w:rPr>
          <w:b/>
          <w:sz w:val="24"/>
        </w:rPr>
        <w:t>Câu 12: The local charity managed to raise a _______ large sum of money during the one-day food drive.</w:t>
      </w:r>
    </w:p>
    <w:p>
      <w:pPr>
        <w:pStyle w:val="ListParagraph"/>
      </w:pPr>
      <w:r>
        <w:rPr>
          <w:sz w:val="22"/>
        </w:rPr>
        <w:t>A. popularly</w:t>
      </w:r>
    </w:p>
    <w:p>
      <w:pPr>
        <w:pStyle w:val="ListParagraph"/>
      </w:pPr>
      <w:r>
        <w:rPr>
          <w:sz w:val="22"/>
        </w:rPr>
        <w:t>B. poetically</w:t>
      </w:r>
    </w:p>
    <w:p>
      <w:pPr>
        <w:pStyle w:val="ListParagraph"/>
      </w:pPr>
      <w:r>
        <w:rPr>
          <w:sz w:val="22"/>
        </w:rPr>
        <w:t>C. heroically</w:t>
      </w:r>
    </w:p>
    <w:p>
      <w:pPr>
        <w:pStyle w:val="ListParagraph"/>
      </w:pPr>
      <w:r>
        <w:rPr>
          <w:sz w:val="22"/>
        </w:rPr>
        <w:t>D. surprisingly</w:t>
      </w:r>
    </w:p>
    <w:p/>
    <w:p>
      <w:r>
        <w:rPr>
          <w:b/>
          <w:sz w:val="24"/>
        </w:rPr>
        <w:t>Câu 13: The company employs a skilled technician to _______ the heavy machinery safely and efficiently.</w:t>
      </w:r>
    </w:p>
    <w:p>
      <w:pPr>
        <w:pStyle w:val="ListParagraph"/>
      </w:pPr>
      <w:r>
        <w:rPr>
          <w:sz w:val="22"/>
        </w:rPr>
        <w:t>A. operate</w:t>
      </w:r>
    </w:p>
    <w:p>
      <w:pPr>
        <w:pStyle w:val="ListParagraph"/>
      </w:pPr>
      <w:r>
        <w:rPr>
          <w:sz w:val="22"/>
        </w:rPr>
        <w:t>B. resist</w:t>
      </w:r>
    </w:p>
    <w:p>
      <w:pPr>
        <w:pStyle w:val="ListParagraph"/>
      </w:pPr>
      <w:r>
        <w:rPr>
          <w:sz w:val="22"/>
        </w:rPr>
        <w:t>C. base</w:t>
      </w:r>
    </w:p>
    <w:p>
      <w:pPr>
        <w:pStyle w:val="ListParagraph"/>
      </w:pPr>
      <w:r>
        <w:rPr>
          <w:sz w:val="22"/>
        </w:rPr>
        <w:t>D. admire</w:t>
      </w:r>
    </w:p>
    <w:p/>
    <w:p>
      <w:r>
        <w:rPr>
          <w:b/>
          <w:sz w:val="24"/>
        </w:rPr>
        <w:t>Câu 14: The famous author often attributes his rich imagination to having _______ in the countryside.</w:t>
      </w:r>
    </w:p>
    <w:p>
      <w:pPr>
        <w:pStyle w:val="ListParagraph"/>
      </w:pPr>
      <w:r>
        <w:rPr>
          <w:sz w:val="22"/>
        </w:rPr>
        <w:t>A. set the record for sth</w:t>
      </w:r>
    </w:p>
    <w:p>
      <w:pPr>
        <w:pStyle w:val="ListParagraph"/>
      </w:pPr>
      <w:r>
        <w:rPr>
          <w:sz w:val="22"/>
        </w:rPr>
        <w:t>B. done his duty</w:t>
      </w:r>
    </w:p>
    <w:p>
      <w:pPr>
        <w:pStyle w:val="ListParagraph"/>
      </w:pPr>
      <w:r>
        <w:rPr>
          <w:sz w:val="22"/>
        </w:rPr>
        <w:t>C. been adopted by sb</w:t>
      </w:r>
    </w:p>
    <w:p>
      <w:pPr>
        <w:pStyle w:val="ListParagraph"/>
      </w:pPr>
      <w:r>
        <w:rPr>
          <w:sz w:val="22"/>
        </w:rPr>
        <w:t>D. had a happy childhood</w:t>
      </w:r>
    </w:p>
    <w:p/>
    <w:p>
      <w:r>
        <w:rPr>
          <w:b/>
          <w:sz w:val="24"/>
        </w:rPr>
        <w:t>Câu 15: The integration of artificial intelligence in healthcare is a major _______ that improves diagnostic accuracy.</w:t>
      </w:r>
    </w:p>
    <w:p>
      <w:pPr>
        <w:pStyle w:val="ListParagraph"/>
      </w:pPr>
      <w:r>
        <w:rPr>
          <w:sz w:val="22"/>
        </w:rPr>
        <w:t>A. popularity</w:t>
      </w:r>
    </w:p>
    <w:p>
      <w:pPr>
        <w:pStyle w:val="ListParagraph"/>
      </w:pPr>
      <w:r>
        <w:rPr>
          <w:sz w:val="22"/>
        </w:rPr>
        <w:t>B. innovation</w:t>
      </w:r>
    </w:p>
    <w:p>
      <w:pPr>
        <w:pStyle w:val="ListParagraph"/>
      </w:pPr>
      <w:r>
        <w:rPr>
          <w:sz w:val="22"/>
        </w:rPr>
        <w:t>C. account</w:t>
      </w:r>
    </w:p>
    <w:p>
      <w:pPr>
        <w:pStyle w:val="ListParagraph"/>
      </w:pPr>
      <w:r>
        <w:rPr>
          <w:sz w:val="22"/>
        </w:rPr>
        <w:t>D. defeat</w:t>
      </w:r>
    </w:p>
    <w:p/>
    <w:p>
      <w:r>
        <w:rPr>
          <w:b/>
          <w:sz w:val="24"/>
        </w:rPr>
        <w:t>Câu 16: Professor Hawking remained deeply _______ his scientific research despite his severe physical limitations.</w:t>
      </w:r>
    </w:p>
    <w:p>
      <w:pPr>
        <w:pStyle w:val="ListParagraph"/>
      </w:pPr>
      <w:r>
        <w:rPr>
          <w:sz w:val="22"/>
        </w:rPr>
        <w:t>A. famous for</w:t>
      </w:r>
    </w:p>
    <w:p>
      <w:pPr>
        <w:pStyle w:val="ListParagraph"/>
      </w:pPr>
      <w:r>
        <w:rPr>
          <w:sz w:val="22"/>
        </w:rPr>
        <w:t>B. successful in</w:t>
      </w:r>
    </w:p>
    <w:p>
      <w:pPr>
        <w:pStyle w:val="ListParagraph"/>
      </w:pPr>
      <w:r>
        <w:rPr>
          <w:sz w:val="22"/>
        </w:rPr>
        <w:t>C. accessible to</w:t>
      </w:r>
    </w:p>
    <w:p>
      <w:pPr>
        <w:pStyle w:val="ListParagraph"/>
      </w:pPr>
      <w:r>
        <w:rPr>
          <w:sz w:val="22"/>
        </w:rPr>
        <w:t>D. devoted to</w:t>
      </w:r>
    </w:p>
    <w:p/>
    <w:p>
      <w:r>
        <w:rPr>
          <w:b/>
          <w:sz w:val="24"/>
        </w:rPr>
        <w:t>Câu 17: The legendary _______ mesmerized the crowd with a flawless and energetic five-minute solo on stage.</w:t>
      </w:r>
    </w:p>
    <w:p>
      <w:pPr>
        <w:pStyle w:val="ListParagraph"/>
      </w:pPr>
      <w:r>
        <w:rPr>
          <w:sz w:val="22"/>
        </w:rPr>
        <w:t>A. surgeon</w:t>
      </w:r>
    </w:p>
    <w:p>
      <w:pPr>
        <w:pStyle w:val="ListParagraph"/>
      </w:pPr>
      <w:r>
        <w:rPr>
          <w:sz w:val="22"/>
        </w:rPr>
        <w:t>B. soldier</w:t>
      </w:r>
    </w:p>
    <w:p>
      <w:pPr>
        <w:pStyle w:val="ListParagraph"/>
      </w:pPr>
      <w:r>
        <w:rPr>
          <w:sz w:val="22"/>
        </w:rPr>
        <w:t>C. guitarist</w:t>
      </w:r>
    </w:p>
    <w:p>
      <w:pPr>
        <w:pStyle w:val="ListParagraph"/>
      </w:pPr>
      <w:r>
        <w:rPr>
          <w:sz w:val="22"/>
        </w:rPr>
        <w:t>D. poetess</w:t>
      </w:r>
    </w:p>
    <w:p/>
    <w:p>
      <w:r>
        <w:rPr>
          <w:b/>
          <w:sz w:val="24"/>
        </w:rPr>
        <w:t>Câu 18: She is a highly _______ individual who refuses to let any obstacle prevent her from reaching her goals.</w:t>
      </w:r>
    </w:p>
    <w:p>
      <w:pPr>
        <w:pStyle w:val="ListParagraph"/>
      </w:pPr>
      <w:r>
        <w:rPr>
          <w:sz w:val="22"/>
        </w:rPr>
        <w:t>A. cutting-edge</w:t>
      </w:r>
    </w:p>
    <w:p>
      <w:pPr>
        <w:pStyle w:val="ListParagraph"/>
      </w:pPr>
      <w:r>
        <w:rPr>
          <w:sz w:val="22"/>
        </w:rPr>
        <w:t>B. determined</w:t>
      </w:r>
    </w:p>
    <w:p>
      <w:pPr>
        <w:pStyle w:val="ListParagraph"/>
      </w:pPr>
      <w:r>
        <w:rPr>
          <w:sz w:val="22"/>
        </w:rPr>
        <w:t>C. poetic</w:t>
      </w:r>
    </w:p>
    <w:p>
      <w:pPr>
        <w:pStyle w:val="ListParagraph"/>
      </w:pPr>
      <w:r>
        <w:rPr>
          <w:sz w:val="22"/>
        </w:rPr>
        <w:t>D. biological</w:t>
      </w:r>
    </w:p>
    <w:p/>
    <w:p>
      <w:r>
        <w:rPr>
          <w:b/>
          <w:sz w:val="24"/>
        </w:rPr>
        <w:t>Câu 19: The studio specializes in 3D _______, creating visually stunning films for children worldwide.</w:t>
      </w:r>
    </w:p>
    <w:p>
      <w:pPr>
        <w:pStyle w:val="ListParagraph"/>
      </w:pPr>
      <w:r>
        <w:rPr>
          <w:sz w:val="22"/>
        </w:rPr>
        <w:t>A. collaboration</w:t>
      </w:r>
    </w:p>
    <w:p>
      <w:pPr>
        <w:pStyle w:val="ListParagraph"/>
      </w:pPr>
      <w:r>
        <w:rPr>
          <w:sz w:val="22"/>
        </w:rPr>
        <w:t>B. surgery</w:t>
      </w:r>
    </w:p>
    <w:p>
      <w:pPr>
        <w:pStyle w:val="ListParagraph"/>
      </w:pPr>
      <w:r>
        <w:rPr>
          <w:sz w:val="22"/>
        </w:rPr>
        <w:t>C. animation</w:t>
      </w:r>
    </w:p>
    <w:p>
      <w:pPr>
        <w:pStyle w:val="ListParagraph"/>
      </w:pPr>
      <w:r>
        <w:rPr>
          <w:sz w:val="22"/>
        </w:rPr>
        <w:t>D. determination</w:t>
      </w:r>
    </w:p>
    <w:p/>
    <w:p>
      <w:r>
        <w:rPr>
          <w:b/>
          <w:sz w:val="24"/>
        </w:rPr>
        <w:t>Câu 20: General Vo Nguyen Giap is widely revered as a _______ who led his nation to historic victories.</w:t>
      </w:r>
    </w:p>
    <w:p>
      <w:pPr>
        <w:pStyle w:val="ListParagraph"/>
      </w:pPr>
      <w:r>
        <w:rPr>
          <w:sz w:val="22"/>
        </w:rPr>
        <w:t>A. personal account</w:t>
      </w:r>
    </w:p>
    <w:p>
      <w:pPr>
        <w:pStyle w:val="ListParagraph"/>
      </w:pPr>
      <w:r>
        <w:rPr>
          <w:sz w:val="22"/>
        </w:rPr>
        <w:t>B. field hospital</w:t>
      </w:r>
    </w:p>
    <w:p>
      <w:pPr>
        <w:pStyle w:val="ListParagraph"/>
      </w:pPr>
      <w:r>
        <w:rPr>
          <w:sz w:val="22"/>
        </w:rPr>
        <w:t>C. biological parent</w:t>
      </w:r>
    </w:p>
    <w:p>
      <w:pPr>
        <w:pStyle w:val="ListParagraph"/>
      </w:pPr>
      <w:r>
        <w:rPr>
          <w:sz w:val="22"/>
        </w:rPr>
        <w:t>D. national hero</w:t>
      </w:r>
    </w:p>
    <w:p/>
    <w:p>
      <w:r>
        <w:rPr>
          <w:b/>
          <w:sz w:val="24"/>
        </w:rPr>
        <w:t>Câu 21: The young scientist is widely _______ her groundbreaking discoveries in genetic engineering.</w:t>
      </w:r>
    </w:p>
    <w:p>
      <w:pPr>
        <w:pStyle w:val="ListParagraph"/>
      </w:pPr>
      <w:r>
        <w:rPr>
          <w:sz w:val="22"/>
        </w:rPr>
        <w:t>A. based on</w:t>
      </w:r>
    </w:p>
    <w:p>
      <w:pPr>
        <w:pStyle w:val="ListParagraph"/>
      </w:pPr>
      <w:r>
        <w:rPr>
          <w:sz w:val="22"/>
        </w:rPr>
        <w:t>B. translated into</w:t>
      </w:r>
    </w:p>
    <w:p>
      <w:pPr>
        <w:pStyle w:val="ListParagraph"/>
      </w:pPr>
      <w:r>
        <w:rPr>
          <w:sz w:val="22"/>
        </w:rPr>
        <w:t>C. famous for</w:t>
      </w:r>
    </w:p>
    <w:p>
      <w:pPr>
        <w:pStyle w:val="ListParagraph"/>
      </w:pPr>
      <w:r>
        <w:rPr>
          <w:sz w:val="22"/>
        </w:rPr>
        <w:t>D. admired for</w:t>
      </w:r>
    </w:p>
    <w:p/>
    <w:p>
      <w:r>
        <w:rPr>
          <w:b/>
          <w:sz w:val="24"/>
        </w:rPr>
        <w:t>Câu 22: Due to the sudden outbreak of the virus, the military quickly set up a temporary _______ to treat patients.</w:t>
      </w:r>
    </w:p>
    <w:p>
      <w:pPr>
        <w:pStyle w:val="ListParagraph"/>
      </w:pPr>
      <w:r>
        <w:rPr>
          <w:sz w:val="22"/>
        </w:rPr>
        <w:t>A. field hospital</w:t>
      </w:r>
    </w:p>
    <w:p>
      <w:pPr>
        <w:pStyle w:val="ListParagraph"/>
      </w:pPr>
      <w:r>
        <w:rPr>
          <w:sz w:val="22"/>
        </w:rPr>
        <w:t>B. film industry</w:t>
      </w:r>
    </w:p>
    <w:p>
      <w:pPr>
        <w:pStyle w:val="ListParagraph"/>
      </w:pPr>
      <w:r>
        <w:rPr>
          <w:sz w:val="22"/>
        </w:rPr>
        <w:t>C. theme park</w:t>
      </w:r>
    </w:p>
    <w:p>
      <w:pPr>
        <w:pStyle w:val="ListParagraph"/>
      </w:pPr>
      <w:r>
        <w:rPr>
          <w:sz w:val="22"/>
        </w:rPr>
        <w:t>D. Roman Empire</w:t>
      </w:r>
    </w:p>
    <w:p/>
    <w:p>
      <w:r>
        <w:rPr>
          <w:b/>
          <w:sz w:val="24"/>
        </w:rPr>
        <w:t>Câu 23: Because her biological parents were unable to raise her, they decided to _______ her _______.</w:t>
      </w:r>
    </w:p>
    <w:p>
      <w:pPr>
        <w:pStyle w:val="ListParagraph"/>
      </w:pPr>
      <w:r>
        <w:rPr>
          <w:sz w:val="22"/>
        </w:rPr>
        <w:t>A. operate - on time</w:t>
      </w:r>
    </w:p>
    <w:p>
      <w:pPr>
        <w:pStyle w:val="ListParagraph"/>
      </w:pPr>
      <w:r>
        <w:rPr>
          <w:sz w:val="22"/>
        </w:rPr>
        <w:t>B. devote - to science</w:t>
      </w:r>
    </w:p>
    <w:p>
      <w:pPr>
        <w:pStyle w:val="ListParagraph"/>
      </w:pPr>
      <w:r>
        <w:rPr>
          <w:sz w:val="22"/>
        </w:rPr>
        <w:t>C. save - from danger</w:t>
      </w:r>
    </w:p>
    <w:p>
      <w:pPr>
        <w:pStyle w:val="ListParagraph"/>
      </w:pPr>
      <w:r>
        <w:rPr>
          <w:sz w:val="22"/>
        </w:rPr>
        <w:t>D. give - up for adoption</w:t>
      </w:r>
    </w:p>
    <w:p/>
    <w:p>
      <w:r>
        <w:rPr>
          <w:b/>
          <w:sz w:val="24"/>
        </w:rPr>
        <w:t>Câu 24: The quick thinking of the bystander who performed CPR managed to _______ the heart attack victim's _______.</w:t>
      </w:r>
    </w:p>
    <w:p>
      <w:pPr>
        <w:pStyle w:val="ListParagraph"/>
      </w:pPr>
      <w:r>
        <w:rPr>
          <w:sz w:val="22"/>
        </w:rPr>
        <w:t>A. show - love</w:t>
      </w:r>
    </w:p>
    <w:p>
      <w:pPr>
        <w:pStyle w:val="ListParagraph"/>
      </w:pPr>
      <w:r>
        <w:rPr>
          <w:sz w:val="22"/>
        </w:rPr>
        <w:t>B. save - life</w:t>
      </w:r>
    </w:p>
    <w:p>
      <w:pPr>
        <w:pStyle w:val="ListParagraph"/>
      </w:pPr>
      <w:r>
        <w:rPr>
          <w:sz w:val="22"/>
        </w:rPr>
        <w:t>C. set - record</w:t>
      </w:r>
    </w:p>
    <w:p>
      <w:pPr>
        <w:pStyle w:val="ListParagraph"/>
      </w:pPr>
      <w:r>
        <w:rPr>
          <w:sz w:val="22"/>
        </w:rPr>
        <w:t>D. do - duty</w:t>
      </w:r>
    </w:p>
    <w:p/>
    <w:p>
      <w:r>
        <w:rPr>
          <w:b/>
          <w:sz w:val="24"/>
        </w:rPr>
        <w:t>Câu 25: The French city of Grasse is _______ its historic perfume industry and beautiful lavender fields.</w:t>
      </w:r>
    </w:p>
    <w:p>
      <w:pPr>
        <w:pStyle w:val="ListParagraph"/>
      </w:pPr>
      <w:r>
        <w:rPr>
          <w:sz w:val="22"/>
        </w:rPr>
        <w:t>A. accessible to</w:t>
      </w:r>
    </w:p>
    <w:p>
      <w:pPr>
        <w:pStyle w:val="ListParagraph"/>
      </w:pPr>
      <w:r>
        <w:rPr>
          <w:sz w:val="22"/>
        </w:rPr>
        <w:t>B. successful in</w:t>
      </w:r>
    </w:p>
    <w:p>
      <w:pPr>
        <w:pStyle w:val="ListParagraph"/>
      </w:pPr>
      <w:r>
        <w:rPr>
          <w:sz w:val="22"/>
        </w:rPr>
        <w:t>C. admired for</w:t>
      </w:r>
    </w:p>
    <w:p>
      <w:pPr>
        <w:pStyle w:val="ListParagraph"/>
      </w:pPr>
      <w:r>
        <w:rPr>
          <w:sz w:val="22"/>
        </w:rPr>
        <w:t>D. famous for</w:t>
      </w:r>
    </w:p>
    <w:p/>
    <w:p>
      <w:r>
        <w:rPr>
          <w:b/>
          <w:sz w:val="24"/>
        </w:rPr>
        <w:t>Câu 26: The tech company is famous for investing millions of dollars into developing _______ software.</w:t>
      </w:r>
    </w:p>
    <w:p>
      <w:pPr>
        <w:pStyle w:val="ListParagraph"/>
      </w:pPr>
      <w:r>
        <w:rPr>
          <w:sz w:val="22"/>
        </w:rPr>
        <w:t>A. full-length</w:t>
      </w:r>
    </w:p>
    <w:p>
      <w:pPr>
        <w:pStyle w:val="ListParagraph"/>
      </w:pPr>
      <w:r>
        <w:rPr>
          <w:sz w:val="22"/>
        </w:rPr>
        <w:t>B. resistant</w:t>
      </w:r>
    </w:p>
    <w:p>
      <w:pPr>
        <w:pStyle w:val="ListParagraph"/>
      </w:pPr>
      <w:r>
        <w:rPr>
          <w:sz w:val="22"/>
        </w:rPr>
        <w:t>C. computer-animated</w:t>
      </w:r>
    </w:p>
    <w:p>
      <w:pPr>
        <w:pStyle w:val="ListParagraph"/>
      </w:pPr>
      <w:r>
        <w:rPr>
          <w:sz w:val="22"/>
        </w:rPr>
        <w:t>D. cutting-edge</w:t>
      </w:r>
    </w:p>
    <w:p/>
    <w:p>
      <w:r>
        <w:rPr>
          <w:b/>
          <w:sz w:val="24"/>
        </w:rPr>
        <w:t>Câu 27: The military _______ was executed perfectly, resulting in the liberation of the captured territory.</w:t>
      </w:r>
    </w:p>
    <w:p>
      <w:pPr>
        <w:pStyle w:val="ListParagraph"/>
      </w:pPr>
      <w:r>
        <w:rPr>
          <w:sz w:val="22"/>
        </w:rPr>
        <w:t>A. presentation</w:t>
      </w:r>
    </w:p>
    <w:p>
      <w:pPr>
        <w:pStyle w:val="ListParagraph"/>
      </w:pPr>
      <w:r>
        <w:rPr>
          <w:sz w:val="22"/>
        </w:rPr>
        <w:t>B. animation</w:t>
      </w:r>
    </w:p>
    <w:p>
      <w:pPr>
        <w:pStyle w:val="ListParagraph"/>
      </w:pPr>
      <w:r>
        <w:rPr>
          <w:sz w:val="22"/>
        </w:rPr>
        <w:t>C. surgery</w:t>
      </w:r>
    </w:p>
    <w:p>
      <w:pPr>
        <w:pStyle w:val="ListParagraph"/>
      </w:pPr>
      <w:r>
        <w:rPr>
          <w:sz w:val="22"/>
        </w:rPr>
        <w:t>D. operation</w:t>
      </w:r>
    </w:p>
    <w:p/>
    <w:p>
      <w:r>
        <w:rPr>
          <w:b/>
          <w:sz w:val="24"/>
        </w:rPr>
        <w:t>Câu 28: The research lab is planning to _______ a series of experiments to test the effectiveness of the new vaccine.</w:t>
      </w:r>
    </w:p>
    <w:p>
      <w:pPr>
        <w:pStyle w:val="ListParagraph"/>
      </w:pPr>
      <w:r>
        <w:rPr>
          <w:sz w:val="22"/>
        </w:rPr>
        <w:t>A. pass away</w:t>
      </w:r>
    </w:p>
    <w:p>
      <w:pPr>
        <w:pStyle w:val="ListParagraph"/>
      </w:pPr>
      <w:r>
        <w:rPr>
          <w:sz w:val="22"/>
        </w:rPr>
        <w:t>B. give up</w:t>
      </w:r>
    </w:p>
    <w:p>
      <w:pPr>
        <w:pStyle w:val="ListParagraph"/>
      </w:pPr>
      <w:r>
        <w:rPr>
          <w:sz w:val="22"/>
        </w:rPr>
        <w:t>C. bond over</w:t>
      </w:r>
    </w:p>
    <w:p>
      <w:pPr>
        <w:pStyle w:val="ListParagraph"/>
      </w:pPr>
      <w:r>
        <w:rPr>
          <w:sz w:val="22"/>
        </w:rPr>
        <w:t>D. carry out</w:t>
      </w:r>
    </w:p>
    <w:p/>
    <w:p>
      <w:r>
        <w:rPr>
          <w:b/>
          <w:sz w:val="24"/>
        </w:rPr>
        <w:t>Câu 29: During the war, the courageous _______ worked around the clock in improvised operating rooms to save wounded soldiers.</w:t>
      </w:r>
    </w:p>
    <w:p>
      <w:pPr>
        <w:pStyle w:val="ListParagraph"/>
      </w:pPr>
      <w:r>
        <w:rPr>
          <w:sz w:val="22"/>
        </w:rPr>
        <w:t>A. soldier</w:t>
      </w:r>
    </w:p>
    <w:p>
      <w:pPr>
        <w:pStyle w:val="ListParagraph"/>
      </w:pPr>
      <w:r>
        <w:rPr>
          <w:sz w:val="22"/>
        </w:rPr>
        <w:t>B. surgeon</w:t>
      </w:r>
    </w:p>
    <w:p>
      <w:pPr>
        <w:pStyle w:val="ListParagraph"/>
      </w:pPr>
      <w:r>
        <w:rPr>
          <w:sz w:val="22"/>
        </w:rPr>
        <w:t>C. poet</w:t>
      </w:r>
    </w:p>
    <w:p>
      <w:pPr>
        <w:pStyle w:val="ListParagraph"/>
      </w:pPr>
      <w:r>
        <w:rPr>
          <w:sz w:val="22"/>
        </w:rPr>
        <w:t>D. genius</w:t>
      </w:r>
    </w:p>
    <w:p/>
    <w:p>
      <w:r>
        <w:rPr>
          <w:b/>
          <w:sz w:val="24"/>
        </w:rPr>
        <w:t>Câu 30: The peace treaty was finally signed after years of bloody conflicts, turning a former _______ into an ally.</w:t>
      </w:r>
    </w:p>
    <w:p>
      <w:pPr>
        <w:pStyle w:val="ListParagraph"/>
      </w:pPr>
      <w:r>
        <w:rPr>
          <w:sz w:val="22"/>
        </w:rPr>
        <w:t>A. enemy</w:t>
      </w:r>
    </w:p>
    <w:p>
      <w:pPr>
        <w:pStyle w:val="ListParagraph"/>
      </w:pPr>
      <w:r>
        <w:rPr>
          <w:sz w:val="22"/>
        </w:rPr>
        <w:t>B. soldier</w:t>
      </w:r>
    </w:p>
    <w:p>
      <w:pPr>
        <w:pStyle w:val="ListParagraph"/>
      </w:pPr>
      <w:r>
        <w:rPr>
          <w:sz w:val="22"/>
        </w:rPr>
        <w:t>C. genius</w:t>
      </w:r>
    </w:p>
    <w:p>
      <w:pPr>
        <w:pStyle w:val="ListParagraph"/>
      </w:pPr>
      <w:r>
        <w:rPr>
          <w:sz w:val="22"/>
        </w:rPr>
        <w:t>D. guitarist</w:t>
      </w:r>
    </w:p>
    <w:p/>
    <w:p>
      <w:r>
        <w:rPr>
          <w:b/>
          <w:sz w:val="24"/>
        </w:rPr>
        <w:t>Câu 31: The mayor’s decision to cut funding for public parks was highly _______ among local residents.</w:t>
      </w:r>
    </w:p>
    <w:p>
      <w:pPr>
        <w:pStyle w:val="ListParagraph"/>
      </w:pPr>
      <w:r>
        <w:rPr>
          <w:sz w:val="22"/>
        </w:rPr>
        <w:t>A. heroic</w:t>
      </w:r>
    </w:p>
    <w:p>
      <w:pPr>
        <w:pStyle w:val="ListParagraph"/>
      </w:pPr>
      <w:r>
        <w:rPr>
          <w:sz w:val="22"/>
        </w:rPr>
        <w:t>B. successful</w:t>
      </w:r>
    </w:p>
    <w:p>
      <w:pPr>
        <w:pStyle w:val="ListParagraph"/>
      </w:pPr>
      <w:r>
        <w:rPr>
          <w:sz w:val="22"/>
        </w:rPr>
        <w:t>C. magical</w:t>
      </w:r>
    </w:p>
    <w:p>
      <w:pPr>
        <w:pStyle w:val="ListParagraph"/>
      </w:pPr>
      <w:r>
        <w:rPr>
          <w:sz w:val="22"/>
        </w:rPr>
        <w:t>D. unpopular</w:t>
      </w:r>
    </w:p>
    <w:p/>
    <w:p>
      <w:r>
        <w:rPr>
          <w:b/>
          <w:sz w:val="24"/>
        </w:rPr>
        <w:t>Câu 32: Many historical accounts detail the immense sacrifices made by ordinary people during the national _______.</w:t>
      </w:r>
    </w:p>
    <w:p>
      <w:pPr>
        <w:pStyle w:val="ListParagraph"/>
      </w:pPr>
      <w:r>
        <w:rPr>
          <w:sz w:val="22"/>
        </w:rPr>
        <w:t>A. Roman Empire</w:t>
      </w:r>
    </w:p>
    <w:p>
      <w:pPr>
        <w:pStyle w:val="ListParagraph"/>
      </w:pPr>
      <w:r>
        <w:rPr>
          <w:sz w:val="22"/>
        </w:rPr>
        <w:t>B. resistance war</w:t>
      </w:r>
    </w:p>
    <w:p>
      <w:pPr>
        <w:pStyle w:val="ListParagraph"/>
      </w:pPr>
      <w:r>
        <w:rPr>
          <w:sz w:val="22"/>
        </w:rPr>
        <w:t>C. theme park</w:t>
      </w:r>
    </w:p>
    <w:p>
      <w:pPr>
        <w:pStyle w:val="ListParagraph"/>
      </w:pPr>
      <w:r>
        <w:rPr>
          <w:sz w:val="22"/>
        </w:rPr>
        <w:t>D. film industry</w:t>
      </w:r>
    </w:p>
    <w:p/>
    <w:p>
      <w:r>
        <w:rPr>
          <w:b/>
          <w:sz w:val="24"/>
        </w:rPr>
        <w:t>Câu 33: The young activist hopes her speech will _______ teenagers to take immediate action against climate change.</w:t>
      </w:r>
    </w:p>
    <w:p>
      <w:pPr>
        <w:pStyle w:val="ListParagraph"/>
      </w:pPr>
      <w:r>
        <w:rPr>
          <w:sz w:val="22"/>
        </w:rPr>
        <w:t>A. base</w:t>
      </w:r>
    </w:p>
    <w:p>
      <w:pPr>
        <w:pStyle w:val="ListParagraph"/>
      </w:pPr>
      <w:r>
        <w:rPr>
          <w:sz w:val="22"/>
        </w:rPr>
        <w:t>B. characterize</w:t>
      </w:r>
    </w:p>
    <w:p>
      <w:pPr>
        <w:pStyle w:val="ListParagraph"/>
      </w:pPr>
      <w:r>
        <w:rPr>
          <w:sz w:val="22"/>
        </w:rPr>
        <w:t>C. inspire</w:t>
      </w:r>
    </w:p>
    <w:p>
      <w:pPr>
        <w:pStyle w:val="ListParagraph"/>
      </w:pPr>
      <w:r>
        <w:rPr>
          <w:sz w:val="22"/>
        </w:rPr>
        <w:t>D. operate</w:t>
      </w:r>
    </w:p>
    <w:p/>
    <w:p>
      <w:r>
        <w:rPr>
          <w:b/>
          <w:sz w:val="24"/>
        </w:rPr>
        <w:t>Câu 34: The human body is often able to _______ minor infections without the immediate need for heavy antibiotics.</w:t>
      </w:r>
    </w:p>
    <w:p>
      <w:pPr>
        <w:pStyle w:val="ListParagraph"/>
      </w:pPr>
      <w:r>
        <w:rPr>
          <w:sz w:val="22"/>
        </w:rPr>
        <w:t>A. resist</w:t>
      </w:r>
    </w:p>
    <w:p>
      <w:pPr>
        <w:pStyle w:val="ListParagraph"/>
      </w:pPr>
      <w:r>
        <w:rPr>
          <w:sz w:val="22"/>
        </w:rPr>
        <w:t>B. animate</w:t>
      </w:r>
    </w:p>
    <w:p>
      <w:pPr>
        <w:pStyle w:val="ListParagraph"/>
      </w:pPr>
      <w:r>
        <w:rPr>
          <w:sz w:val="22"/>
        </w:rPr>
        <w:t>C. determine</w:t>
      </w:r>
    </w:p>
    <w:p>
      <w:pPr>
        <w:pStyle w:val="ListParagraph"/>
      </w:pPr>
      <w:r>
        <w:rPr>
          <w:sz w:val="22"/>
        </w:rPr>
        <w:t>D. collaborate</w:t>
      </w:r>
    </w:p>
    <w:p/>
    <w:p>
      <w:r>
        <w:rPr>
          <w:b/>
          <w:sz w:val="24"/>
        </w:rPr>
        <w:t>Câu 35: It is often difficult to _______ the exact cause of a complex psychological disorder without extensive evaluation.</w:t>
      </w:r>
    </w:p>
    <w:p>
      <w:pPr>
        <w:pStyle w:val="ListParagraph"/>
      </w:pPr>
      <w:r>
        <w:rPr>
          <w:sz w:val="22"/>
        </w:rPr>
        <w:t>A. operate</w:t>
      </w:r>
    </w:p>
    <w:p>
      <w:pPr>
        <w:pStyle w:val="ListParagraph"/>
      </w:pPr>
      <w:r>
        <w:rPr>
          <w:sz w:val="22"/>
        </w:rPr>
        <w:t>B. determine</w:t>
      </w:r>
    </w:p>
    <w:p>
      <w:pPr>
        <w:pStyle w:val="ListParagraph"/>
      </w:pPr>
      <w:r>
        <w:rPr>
          <w:sz w:val="22"/>
        </w:rPr>
        <w:t>C. admire</w:t>
      </w:r>
    </w:p>
    <w:p>
      <w:pPr>
        <w:pStyle w:val="ListParagraph"/>
      </w:pPr>
      <w:r>
        <w:rPr>
          <w:sz w:val="22"/>
        </w:rPr>
        <w:t>D. defeat</w:t>
      </w:r>
    </w:p>
    <w:p/>
    <w:p>
      <w:r>
        <w:rPr>
          <w:b/>
          <w:sz w:val="24"/>
        </w:rPr>
        <w:t>Câu 36: The launch of the new product was a massive _______, generating millions in revenue within the first week.</w:t>
      </w:r>
    </w:p>
    <w:p>
      <w:pPr>
        <w:pStyle w:val="ListParagraph"/>
      </w:pPr>
      <w:r>
        <w:rPr>
          <w:sz w:val="22"/>
        </w:rPr>
        <w:t>A. defeat</w:t>
      </w:r>
    </w:p>
    <w:p>
      <w:pPr>
        <w:pStyle w:val="ListParagraph"/>
      </w:pPr>
      <w:r>
        <w:rPr>
          <w:sz w:val="22"/>
        </w:rPr>
        <w:t>B. innovation</w:t>
      </w:r>
    </w:p>
    <w:p>
      <w:pPr>
        <w:pStyle w:val="ListParagraph"/>
      </w:pPr>
      <w:r>
        <w:rPr>
          <w:sz w:val="22"/>
        </w:rPr>
        <w:t>C. success</w:t>
      </w:r>
    </w:p>
    <w:p>
      <w:pPr>
        <w:pStyle w:val="ListParagraph"/>
      </w:pPr>
      <w:r>
        <w:rPr>
          <w:sz w:val="22"/>
        </w:rPr>
        <w:t>D. presentation</w:t>
      </w:r>
    </w:p>
    <w:p/>
    <w:p>
      <w:r>
        <w:rPr>
          <w:b/>
          <w:sz w:val="24"/>
        </w:rPr>
        <w:t>Câu 37: The biography offers a fascinating _______ of the innovator’s early struggles and eventual rise to fame.</w:t>
      </w:r>
    </w:p>
    <w:p>
      <w:pPr>
        <w:pStyle w:val="ListParagraph"/>
      </w:pPr>
      <w:r>
        <w:rPr>
          <w:sz w:val="22"/>
        </w:rPr>
        <w:t>A. surgery</w:t>
      </w:r>
    </w:p>
    <w:p>
      <w:pPr>
        <w:pStyle w:val="ListParagraph"/>
      </w:pPr>
      <w:r>
        <w:rPr>
          <w:sz w:val="22"/>
        </w:rPr>
        <w:t>B. account</w:t>
      </w:r>
    </w:p>
    <w:p>
      <w:pPr>
        <w:pStyle w:val="ListParagraph"/>
      </w:pPr>
      <w:r>
        <w:rPr>
          <w:sz w:val="22"/>
        </w:rPr>
        <w:t>C. guitar</w:t>
      </w:r>
    </w:p>
    <w:p>
      <w:pPr>
        <w:pStyle w:val="ListParagraph"/>
      </w:pPr>
      <w:r>
        <w:rPr>
          <w:sz w:val="22"/>
        </w:rPr>
        <w:t>D. poem</w:t>
      </w:r>
    </w:p>
    <w:p/>
    <w:p>
      <w:r>
        <w:rPr>
          <w:b/>
          <w:sz w:val="24"/>
        </w:rPr>
        <w:t>Câu 38: Living abroad for five years was a profound _______ that completely changed his perspective on life.</w:t>
      </w:r>
    </w:p>
    <w:p>
      <w:pPr>
        <w:pStyle w:val="ListParagraph"/>
      </w:pPr>
      <w:r>
        <w:rPr>
          <w:sz w:val="22"/>
        </w:rPr>
        <w:t>A. defeat</w:t>
      </w:r>
    </w:p>
    <w:p>
      <w:pPr>
        <w:pStyle w:val="ListParagraph"/>
      </w:pPr>
      <w:r>
        <w:rPr>
          <w:sz w:val="22"/>
        </w:rPr>
        <w:t>B. innovation</w:t>
      </w:r>
    </w:p>
    <w:p>
      <w:pPr>
        <w:pStyle w:val="ListParagraph"/>
      </w:pPr>
      <w:r>
        <w:rPr>
          <w:sz w:val="22"/>
        </w:rPr>
        <w:t>C. surgeon</w:t>
      </w:r>
    </w:p>
    <w:p>
      <w:pPr>
        <w:pStyle w:val="ListParagraph"/>
      </w:pPr>
      <w:r>
        <w:rPr>
          <w:sz w:val="22"/>
        </w:rPr>
        <w:t>D. experience</w:t>
      </w:r>
    </w:p>
    <w:p/>
    <w:p>
      <w:r>
        <w:rPr>
          <w:b/>
          <w:sz w:val="24"/>
        </w:rPr>
        <w:t>Câu 39: The new sci-fi movie became an instant _______, breaking all box office records within its first weekend.</w:t>
      </w:r>
    </w:p>
    <w:p>
      <w:pPr>
        <w:pStyle w:val="ListParagraph"/>
      </w:pPr>
      <w:r>
        <w:rPr>
          <w:sz w:val="22"/>
        </w:rPr>
        <w:t>A. account</w:t>
      </w:r>
    </w:p>
    <w:p>
      <w:pPr>
        <w:pStyle w:val="ListParagraph"/>
      </w:pPr>
      <w:r>
        <w:rPr>
          <w:sz w:val="22"/>
        </w:rPr>
        <w:t>B. character</w:t>
      </w:r>
    </w:p>
    <w:p>
      <w:pPr>
        <w:pStyle w:val="ListParagraph"/>
      </w:pPr>
      <w:r>
        <w:rPr>
          <w:sz w:val="22"/>
        </w:rPr>
        <w:t>C. blockbuster</w:t>
      </w:r>
    </w:p>
    <w:p>
      <w:pPr>
        <w:pStyle w:val="ListParagraph"/>
      </w:pPr>
      <w:r>
        <w:rPr>
          <w:sz w:val="22"/>
        </w:rPr>
        <w:t>D. presentation</w:t>
      </w:r>
    </w:p>
    <w:p/>
    <w:p>
      <w:r>
        <w:rPr>
          <w:b/>
          <w:sz w:val="24"/>
        </w:rPr>
        <w:t>Câu 40: The legendary swimmer managed to _______ the most gold medals won in a single Olympic Games event.</w:t>
      </w:r>
    </w:p>
    <w:p>
      <w:pPr>
        <w:pStyle w:val="ListParagraph"/>
      </w:pPr>
      <w:r>
        <w:rPr>
          <w:sz w:val="22"/>
        </w:rPr>
        <w:t>A. do his duty</w:t>
      </w:r>
    </w:p>
    <w:p>
      <w:pPr>
        <w:pStyle w:val="ListParagraph"/>
      </w:pPr>
      <w:r>
        <w:rPr>
          <w:sz w:val="22"/>
        </w:rPr>
        <w:t>B. set the record for</w:t>
      </w:r>
    </w:p>
    <w:p>
      <w:pPr>
        <w:pStyle w:val="ListParagraph"/>
      </w:pPr>
      <w:r>
        <w:rPr>
          <w:sz w:val="22"/>
        </w:rPr>
        <w:t>C. express love for</w:t>
      </w:r>
    </w:p>
    <w:p>
      <w:pPr>
        <w:pStyle w:val="ListParagraph"/>
      </w:pPr>
      <w:r>
        <w:rPr>
          <w:sz w:val="22"/>
        </w:rPr>
        <w:t>D. drop out of</w:t>
      </w:r>
    </w:p>
    <w:p/>
    <w:p>
      <w:r>
        <w:rPr>
          <w:b/>
          <w:sz w:val="24"/>
        </w:rPr>
        <w:t>Câu 41: Scientists from different universities decided to _______ on a study to find a cure for the rare disease.</w:t>
      </w:r>
    </w:p>
    <w:p>
      <w:pPr>
        <w:pStyle w:val="ListParagraph"/>
      </w:pPr>
      <w:r>
        <w:rPr>
          <w:sz w:val="22"/>
        </w:rPr>
        <w:t>A. determine</w:t>
      </w:r>
    </w:p>
    <w:p>
      <w:pPr>
        <w:pStyle w:val="ListParagraph"/>
      </w:pPr>
      <w:r>
        <w:rPr>
          <w:sz w:val="22"/>
        </w:rPr>
        <w:t>B. characterize</w:t>
      </w:r>
    </w:p>
    <w:p>
      <w:pPr>
        <w:pStyle w:val="ListParagraph"/>
      </w:pPr>
      <w:r>
        <w:rPr>
          <w:sz w:val="22"/>
        </w:rPr>
        <w:t>C. collaborate</w:t>
      </w:r>
    </w:p>
    <w:p>
      <w:pPr>
        <w:pStyle w:val="ListParagraph"/>
      </w:pPr>
      <w:r>
        <w:rPr>
          <w:sz w:val="22"/>
        </w:rPr>
        <w:t>D. animate</w:t>
      </w:r>
    </w:p>
    <w:p/>
    <w:p>
      <w:r>
        <w:rPr>
          <w:b/>
          <w:sz w:val="24"/>
        </w:rPr>
        <w:t>Câu 42: Despite facing numerous financial hardships, his _______ to finish his medical degree never wavered.</w:t>
      </w:r>
    </w:p>
    <w:p>
      <w:pPr>
        <w:pStyle w:val="ListParagraph"/>
      </w:pPr>
      <w:r>
        <w:rPr>
          <w:sz w:val="22"/>
        </w:rPr>
        <w:t>A. blockbuster</w:t>
      </w:r>
    </w:p>
    <w:p>
      <w:pPr>
        <w:pStyle w:val="ListParagraph"/>
      </w:pPr>
      <w:r>
        <w:rPr>
          <w:sz w:val="22"/>
        </w:rPr>
        <w:t>B. guitar</w:t>
      </w:r>
    </w:p>
    <w:p>
      <w:pPr>
        <w:pStyle w:val="ListParagraph"/>
      </w:pPr>
      <w:r>
        <w:rPr>
          <w:sz w:val="22"/>
        </w:rPr>
        <w:t>C. experience</w:t>
      </w:r>
    </w:p>
    <w:p>
      <w:pPr>
        <w:pStyle w:val="ListParagraph"/>
      </w:pPr>
      <w:r>
        <w:rPr>
          <w:sz w:val="22"/>
        </w:rPr>
        <w:t>D. determination</w:t>
      </w:r>
    </w:p>
    <w:p/>
    <w:p>
      <w:r>
        <w:rPr>
          <w:b/>
          <w:sz w:val="24"/>
        </w:rPr>
        <w:t>Câu 43: The professor gave a lecture on 19th-century British _______, focusing on the works of John Keats.</w:t>
      </w:r>
    </w:p>
    <w:p>
      <w:pPr>
        <w:pStyle w:val="ListParagraph"/>
      </w:pPr>
      <w:r>
        <w:rPr>
          <w:sz w:val="22"/>
        </w:rPr>
        <w:t>A. surgery</w:t>
      </w:r>
    </w:p>
    <w:p>
      <w:pPr>
        <w:pStyle w:val="ListParagraph"/>
      </w:pPr>
      <w:r>
        <w:rPr>
          <w:sz w:val="22"/>
        </w:rPr>
        <w:t>B. animation</w:t>
      </w:r>
    </w:p>
    <w:p>
      <w:pPr>
        <w:pStyle w:val="ListParagraph"/>
      </w:pPr>
      <w:r>
        <w:rPr>
          <w:sz w:val="22"/>
        </w:rPr>
        <w:t>C. poetry</w:t>
      </w:r>
    </w:p>
    <w:p>
      <w:pPr>
        <w:pStyle w:val="ListParagraph"/>
      </w:pPr>
      <w:r>
        <w:rPr>
          <w:sz w:val="22"/>
        </w:rPr>
        <w:t>D. determination</w:t>
      </w:r>
    </w:p>
    <w:p/>
    <w:p>
      <w:r>
        <w:rPr>
          <w:b/>
          <w:sz w:val="24"/>
        </w:rPr>
        <w:t>Câu 44: Steve Jobs is remembered as a true tech _______ who completely redefined how we use mobile devices.</w:t>
      </w:r>
    </w:p>
    <w:p>
      <w:pPr>
        <w:pStyle w:val="ListParagraph"/>
      </w:pPr>
      <w:r>
        <w:rPr>
          <w:sz w:val="22"/>
        </w:rPr>
        <w:t>A. poetess</w:t>
      </w:r>
    </w:p>
    <w:p>
      <w:pPr>
        <w:pStyle w:val="ListParagraph"/>
      </w:pPr>
      <w:r>
        <w:rPr>
          <w:sz w:val="22"/>
        </w:rPr>
        <w:t>B. guitarist</w:t>
      </w:r>
    </w:p>
    <w:p>
      <w:pPr>
        <w:pStyle w:val="ListParagraph"/>
      </w:pPr>
      <w:r>
        <w:rPr>
          <w:sz w:val="22"/>
        </w:rPr>
        <w:t>C. soldier</w:t>
      </w:r>
    </w:p>
    <w:p>
      <w:pPr>
        <w:pStyle w:val="ListParagraph"/>
      </w:pPr>
      <w:r>
        <w:rPr>
          <w:sz w:val="22"/>
        </w:rPr>
        <w:t>D. visionary</w:t>
      </w:r>
    </w:p>
    <w:p/>
    <w:p>
      <w:r>
        <w:rPr>
          <w:b/>
          <w:sz w:val="24"/>
        </w:rPr>
        <w:t>Câu 45: The committee will _______ the prestigious award to the scientist whose research has saved millions of lives.</w:t>
      </w:r>
    </w:p>
    <w:p>
      <w:pPr>
        <w:pStyle w:val="ListParagraph"/>
      </w:pPr>
      <w:r>
        <w:rPr>
          <w:sz w:val="22"/>
        </w:rPr>
        <w:t>A. resist</w:t>
      </w:r>
    </w:p>
    <w:p>
      <w:pPr>
        <w:pStyle w:val="ListParagraph"/>
      </w:pPr>
      <w:r>
        <w:rPr>
          <w:sz w:val="22"/>
        </w:rPr>
        <w:t>B. animate</w:t>
      </w:r>
    </w:p>
    <w:p>
      <w:pPr>
        <w:pStyle w:val="ListParagraph"/>
      </w:pPr>
      <w:r>
        <w:rPr>
          <w:sz w:val="22"/>
        </w:rPr>
        <w:t>C. succeed</w:t>
      </w:r>
    </w:p>
    <w:p>
      <w:pPr>
        <w:pStyle w:val="ListParagraph"/>
      </w:pPr>
      <w:r>
        <w:rPr>
          <w:sz w:val="22"/>
        </w:rPr>
        <w:t>D. present</w:t>
      </w:r>
    </w:p>
    <w:p/>
    <w:p>
      <w:r>
        <w:rPr>
          <w:b/>
          <w:sz w:val="24"/>
        </w:rPr>
        <w:t>Câu 46: Social media platforms have helped to _______ independent music, allowing indie artists to reach global audiences without a major label.</w:t>
      </w:r>
    </w:p>
    <w:p>
      <w:pPr>
        <w:pStyle w:val="ListParagraph"/>
      </w:pPr>
      <w:r>
        <w:rPr>
          <w:sz w:val="22"/>
        </w:rPr>
        <w:t>A. operate</w:t>
      </w:r>
    </w:p>
    <w:p>
      <w:pPr>
        <w:pStyle w:val="ListParagraph"/>
      </w:pPr>
      <w:r>
        <w:rPr>
          <w:sz w:val="22"/>
        </w:rPr>
        <w:t>B. inspire</w:t>
      </w:r>
    </w:p>
    <w:p>
      <w:pPr>
        <w:pStyle w:val="ListParagraph"/>
      </w:pPr>
      <w:r>
        <w:rPr>
          <w:sz w:val="22"/>
        </w:rPr>
        <w:t>C. popularize</w:t>
      </w:r>
    </w:p>
    <w:p>
      <w:pPr>
        <w:pStyle w:val="ListParagraph"/>
      </w:pPr>
      <w:r>
        <w:rPr>
          <w:sz w:val="22"/>
        </w:rPr>
        <w:t>D. defeat</w:t>
      </w:r>
    </w:p>
    <w:p/>
    <w:p>
      <w:r>
        <w:rPr>
          <w:b/>
          <w:sz w:val="24"/>
        </w:rPr>
        <w:t>Câu 47: The nation fell into deep mourning when the heroic leader _______ peacefully at his home last night.</w:t>
      </w:r>
    </w:p>
    <w:p>
      <w:pPr>
        <w:pStyle w:val="ListParagraph"/>
      </w:pPr>
      <w:r>
        <w:rPr>
          <w:sz w:val="22"/>
        </w:rPr>
        <w:t>A. passed away</w:t>
      </w:r>
    </w:p>
    <w:p>
      <w:pPr>
        <w:pStyle w:val="ListParagraph"/>
      </w:pPr>
      <w:r>
        <w:rPr>
          <w:sz w:val="22"/>
        </w:rPr>
        <w:t>B. dropped out</w:t>
      </w:r>
    </w:p>
    <w:p>
      <w:pPr>
        <w:pStyle w:val="ListParagraph"/>
      </w:pPr>
      <w:r>
        <w:rPr>
          <w:sz w:val="22"/>
        </w:rPr>
        <w:t>C. carried out</w:t>
      </w:r>
    </w:p>
    <w:p>
      <w:pPr>
        <w:pStyle w:val="ListParagraph"/>
      </w:pPr>
      <w:r>
        <w:rPr>
          <w:sz w:val="22"/>
        </w:rPr>
        <w:t>D. gave up</w:t>
      </w:r>
    </w:p>
    <w:p/>
    <w:p>
      <w:r>
        <w:rPr>
          <w:b/>
          <w:sz w:val="24"/>
        </w:rPr>
        <w:t>Câu 48: When her elderly parents grew weak, she decided to reduce her working hours to _______ them.</w:t>
      </w:r>
    </w:p>
    <w:p>
      <w:pPr>
        <w:pStyle w:val="ListParagraph"/>
      </w:pPr>
      <w:r>
        <w:rPr>
          <w:sz w:val="22"/>
        </w:rPr>
        <w:t>A. bond over</w:t>
      </w:r>
    </w:p>
    <w:p>
      <w:pPr>
        <w:pStyle w:val="ListParagraph"/>
      </w:pPr>
      <w:r>
        <w:rPr>
          <w:sz w:val="22"/>
        </w:rPr>
        <w:t>B. operate on</w:t>
      </w:r>
    </w:p>
    <w:p>
      <w:pPr>
        <w:pStyle w:val="ListParagraph"/>
      </w:pPr>
      <w:r>
        <w:rPr>
          <w:sz w:val="22"/>
        </w:rPr>
        <w:t>C. contribute to</w:t>
      </w:r>
    </w:p>
    <w:p>
      <w:pPr>
        <w:pStyle w:val="ListParagraph"/>
      </w:pPr>
      <w:r>
        <w:rPr>
          <w:sz w:val="22"/>
        </w:rPr>
        <w:t>D. take care of</w:t>
      </w:r>
    </w:p>
    <w:p/>
    <w:p>
      <w:r>
        <w:rPr>
          <w:b/>
          <w:sz w:val="24"/>
        </w:rPr>
        <w:t>Câu 49: Every decorated _______ at the memorial service had a unique story of bravery and survival to share.</w:t>
      </w:r>
    </w:p>
    <w:p>
      <w:pPr>
        <w:pStyle w:val="ListParagraph"/>
      </w:pPr>
      <w:r>
        <w:rPr>
          <w:sz w:val="22"/>
        </w:rPr>
        <w:t>A. character</w:t>
      </w:r>
    </w:p>
    <w:p>
      <w:pPr>
        <w:pStyle w:val="ListParagraph"/>
      </w:pPr>
      <w:r>
        <w:rPr>
          <w:sz w:val="22"/>
        </w:rPr>
        <w:t>B. soldier</w:t>
      </w:r>
    </w:p>
    <w:p>
      <w:pPr>
        <w:pStyle w:val="ListParagraph"/>
      </w:pPr>
      <w:r>
        <w:rPr>
          <w:sz w:val="22"/>
        </w:rPr>
        <w:t>C. poet</w:t>
      </w:r>
    </w:p>
    <w:p>
      <w:pPr>
        <w:pStyle w:val="ListParagraph"/>
      </w:pPr>
      <w:r>
        <w:rPr>
          <w:sz w:val="22"/>
        </w:rPr>
        <w:t>D. visionary</w:t>
      </w:r>
    </w:p>
    <w:p/>
    <w:p>
      <w:r>
        <w:rPr>
          <w:b/>
          <w:sz w:val="24"/>
        </w:rPr>
        <w:t>Câu 50: The patient was rushed to the oncology department after the biopsy revealed a malignant _______ tumor.</w:t>
      </w:r>
    </w:p>
    <w:p>
      <w:pPr>
        <w:pStyle w:val="ListParagraph"/>
      </w:pPr>
      <w:r>
        <w:rPr>
          <w:sz w:val="22"/>
        </w:rPr>
        <w:t>A. pancreatic</w:t>
      </w:r>
    </w:p>
    <w:p>
      <w:pPr>
        <w:pStyle w:val="ListParagraph"/>
      </w:pPr>
      <w:r>
        <w:rPr>
          <w:sz w:val="22"/>
        </w:rPr>
        <w:t>B. biological</w:t>
      </w:r>
    </w:p>
    <w:p>
      <w:pPr>
        <w:pStyle w:val="ListParagraph"/>
      </w:pPr>
      <w:r>
        <w:rPr>
          <w:sz w:val="22"/>
        </w:rPr>
        <w:t>C. innovative</w:t>
      </w:r>
    </w:p>
    <w:p>
      <w:pPr>
        <w:pStyle w:val="ListParagraph"/>
      </w:pPr>
      <w:r>
        <w:rPr>
          <w:sz w:val="22"/>
        </w:rPr>
        <w:t>D. operational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