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blob:https://www.facebook.com/5e684b70-8eda-471b-9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