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Đo khối lượng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Thủ đô của Việt Nam là gì?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Đà Nẵng</w:t>
      </w:r>
    </w:p>
    <w:p>
      <w:pPr>
        <w:pStyle w:val="ListParagraph"/>
      </w:pPr>
      <w:r>
        <w:rPr>
          <w:sz w:val="22"/>
        </w:rPr>
        <w:t>C. Hải Phòng</w:t>
      </w:r>
    </w:p>
    <w:p>
      <w:pPr>
        <w:pStyle w:val="ListParagraph"/>
      </w:pPr>
      <w:r>
        <w:rPr>
          <w:sz w:val="22"/>
        </w:rPr>
        <w:t>D. TP. Hồ Chí Minh</w:t>
      </w:r>
    </w:p>
    <w:p/>
    <w:p>
      <w:r>
        <w:rPr>
          <w:b/>
          <w:sz w:val="24"/>
        </w:rPr>
        <w:t>Câu 2: Số nguyên tố nhỏ nhất là số nào?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3: Trong tiếng Anh, từ "book" có nghĩa là gì?</w:t>
      </w:r>
    </w:p>
    <w:p>
      <w:pPr>
        <w:pStyle w:val="ListParagraph"/>
      </w:pPr>
      <w:r>
        <w:rPr>
          <w:sz w:val="22"/>
        </w:rPr>
        <w:t>A. Cái bàn</w:t>
      </w:r>
    </w:p>
    <w:p>
      <w:pPr>
        <w:pStyle w:val="ListParagraph"/>
      </w:pPr>
      <w:r>
        <w:rPr>
          <w:sz w:val="22"/>
        </w:rPr>
        <w:t>B. Quyển sách</w:t>
      </w:r>
    </w:p>
    <w:p>
      <w:pPr>
        <w:pStyle w:val="ListParagraph"/>
      </w:pPr>
      <w:r>
        <w:rPr>
          <w:sz w:val="22"/>
        </w:rPr>
        <w:t>C. Cái ghế</w:t>
      </w:r>
    </w:p>
    <w:p>
      <w:pPr>
        <w:pStyle w:val="ListParagraph"/>
      </w:pPr>
      <w:r>
        <w:rPr>
          <w:sz w:val="22"/>
        </w:rPr>
        <w:t>D. Cây bút</w:t>
      </w:r>
    </w:p>
    <w:p/>
    <w:p>
      <w:r>
        <w:rPr>
          <w:b/>
          <w:sz w:val="24"/>
        </w:rPr>
        <w:t>Câu 4: Hành tinh nào gần Mặt Trời nhất?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Thủy</w:t>
      </w:r>
    </w:p>
    <w:p>
      <w:pPr>
        <w:pStyle w:val="ListParagraph"/>
      </w:pPr>
      <w:r>
        <w:rPr>
          <w:sz w:val="22"/>
        </w:rPr>
        <w:t>D. Sao Kim</w:t>
      </w:r>
    </w:p>
    <w:p/>
    <w:p>
      <w:r>
        <w:rPr>
          <w:b/>
          <w:sz w:val="24"/>
        </w:rPr>
        <w:t>Câu 5: Quốc gia nào có diện tích lớn nhất thế giới?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Hoa Kỳ</w:t>
      </w:r>
    </w:p>
    <w:p>
      <w:pPr>
        <w:pStyle w:val="ListParagraph"/>
      </w:pPr>
      <w:r>
        <w:rPr>
          <w:sz w:val="22"/>
        </w:rPr>
        <w:t>C. Nga</w:t>
      </w:r>
    </w:p>
    <w:p>
      <w:pPr>
        <w:pStyle w:val="ListParagraph"/>
      </w:pPr>
      <w:r>
        <w:rPr>
          <w:sz w:val="22"/>
        </w:rPr>
        <w:t>D. Canada</w:t>
      </w:r>
    </w:p>
    <w:p/>
    <w:p>
      <w:r>
        <w:rPr>
          <w:b/>
          <w:sz w:val="24"/>
        </w:rPr>
        <w:t>Câu 6: Kết quả của $7 \times 8$ là:</w:t>
      </w:r>
    </w:p>
    <w:p>
      <w:pPr>
        <w:pStyle w:val="ListParagraph"/>
      </w:pPr>
      <w:r>
        <w:rPr>
          <w:sz w:val="22"/>
        </w:rPr>
        <w:t>A. 48</w:t>
      </w:r>
    </w:p>
    <w:p>
      <w:pPr>
        <w:pStyle w:val="ListParagraph"/>
      </w:pPr>
      <w:r>
        <w:rPr>
          <w:sz w:val="22"/>
        </w:rPr>
        <w:t>B. 54</w:t>
      </w:r>
    </w:p>
    <w:p>
      <w:pPr>
        <w:pStyle w:val="ListParagraph"/>
      </w:pPr>
      <w:r>
        <w:rPr>
          <w:sz w:val="22"/>
        </w:rPr>
        <w:t>C. 56</w:t>
      </w:r>
    </w:p>
    <w:p>
      <w:pPr>
        <w:pStyle w:val="ListParagraph"/>
      </w:pPr>
      <w:r>
        <w:rPr>
          <w:sz w:val="22"/>
        </w:rPr>
        <w:t>D. 64</w:t>
      </w:r>
    </w:p>
    <w:p/>
    <w:p>
      <w:r>
        <w:rPr>
          <w:b/>
          <w:sz w:val="24"/>
        </w:rPr>
        <w:t>Câu 7: Ai là tác giả của "Truyện Kiều"?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Cao Bá Quát</w:t>
      </w:r>
    </w:p>
    <w:p/>
    <w:p>
      <w:r>
        <w:rPr>
          <w:b/>
          <w:sz w:val="24"/>
        </w:rPr>
        <w:t>Câu 8: Đơn vị đo cường độ dòng điện là gì?</w:t>
      </w:r>
    </w:p>
    <w:p>
      <w:pPr>
        <w:pStyle w:val="ListParagraph"/>
      </w:pPr>
      <w:r>
        <w:rPr>
          <w:sz w:val="22"/>
        </w:rPr>
        <w:t>A. Vôn (V)</w:t>
      </w:r>
    </w:p>
    <w:p>
      <w:pPr>
        <w:pStyle w:val="ListParagraph"/>
      </w:pPr>
      <w:r>
        <w:rPr>
          <w:sz w:val="22"/>
        </w:rPr>
        <w:t>B. Ampe (A)</w:t>
      </w:r>
    </w:p>
    <w:p>
      <w:pPr>
        <w:pStyle w:val="ListParagraph"/>
      </w:pPr>
      <w:r>
        <w:rPr>
          <w:sz w:val="22"/>
        </w:rPr>
        <w:t>C. Oát (W)</w:t>
      </w:r>
    </w:p>
    <w:p>
      <w:pPr>
        <w:pStyle w:val="ListParagraph"/>
      </w:pPr>
      <w:r>
        <w:rPr>
          <w:sz w:val="22"/>
        </w:rPr>
        <w:t>D. Ôm (Ω)</w:t>
      </w:r>
    </w:p>
    <w:p/>
    <w:p>
      <w:r>
        <w:rPr>
          <w:b/>
          <w:sz w:val="24"/>
        </w:rPr>
        <w:t>Câu 9: Quốc gia nào ở Đông Nam Á có thủ đô là Bangkok?</w:t>
      </w:r>
    </w:p>
    <w:p>
      <w:pPr>
        <w:pStyle w:val="ListParagraph"/>
      </w:pPr>
      <w:r>
        <w:rPr>
          <w:sz w:val="22"/>
        </w:rPr>
        <w:t>A. Thái Lan</w:t>
      </w:r>
    </w:p>
    <w:p>
      <w:pPr>
        <w:pStyle w:val="ListParagraph"/>
      </w:pPr>
      <w:r>
        <w:rPr>
          <w:sz w:val="22"/>
        </w:rPr>
        <w:t>B. Việt Nam</w:t>
      </w:r>
    </w:p>
    <w:p>
      <w:pPr>
        <w:pStyle w:val="ListParagraph"/>
      </w:pPr>
      <w:r>
        <w:rPr>
          <w:sz w:val="22"/>
        </w:rPr>
        <w:t>C. Malaysia</w:t>
      </w:r>
    </w:p>
    <w:p>
      <w:pPr>
        <w:pStyle w:val="ListParagraph"/>
      </w:pPr>
      <w:r>
        <w:rPr>
          <w:sz w:val="22"/>
        </w:rPr>
        <w:t>D. Philippines</w:t>
      </w:r>
    </w:p>
    <w:p/>
    <w:p>
      <w:r>
        <w:rPr>
          <w:b/>
          <w:sz w:val="24"/>
        </w:rPr>
        <w:t>Câu 10: Trong toán học, giá trị của $\pi$ xấp xỉ bằng:</w:t>
      </w:r>
    </w:p>
    <w:p>
      <w:pPr>
        <w:pStyle w:val="ListParagraph"/>
      </w:pPr>
      <w:r>
        <w:rPr>
          <w:sz w:val="22"/>
        </w:rPr>
        <w:t>A. 2,14</w:t>
      </w:r>
    </w:p>
    <w:p>
      <w:pPr>
        <w:pStyle w:val="ListParagraph"/>
      </w:pPr>
      <w:r>
        <w:rPr>
          <w:sz w:val="22"/>
        </w:rPr>
        <w:t>B. 3,14</w:t>
      </w:r>
    </w:p>
    <w:p>
      <w:pPr>
        <w:pStyle w:val="ListParagraph"/>
      </w:pPr>
      <w:r>
        <w:rPr>
          <w:sz w:val="22"/>
        </w:rPr>
        <w:t>C. 4,14</w:t>
      </w:r>
    </w:p>
    <w:p>
      <w:pPr>
        <w:pStyle w:val="ListParagraph"/>
      </w:pPr>
      <w:r>
        <w:rPr>
          <w:sz w:val="22"/>
        </w:rPr>
        <w:t>D. 1,14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