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luyện tập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Which of the following is a renewable energy source?</w:t>
      </w:r>
    </w:p>
    <w:p>
      <w:pPr>
        <w:pStyle w:val="ListParagraph"/>
      </w:pPr>
      <w:r>
        <w:rPr>
          <w:sz w:val="22"/>
        </w:rPr>
        <w:t>A. coal</w:t>
      </w:r>
    </w:p>
    <w:p>
      <w:pPr>
        <w:pStyle w:val="ListParagraph"/>
      </w:pPr>
      <w:r>
        <w:rPr>
          <w:sz w:val="22"/>
        </w:rPr>
        <w:t>B. solar power</w:t>
      </w:r>
    </w:p>
    <w:p>
      <w:pPr>
        <w:pStyle w:val="ListParagraph"/>
      </w:pPr>
      <w:r>
        <w:rPr>
          <w:sz w:val="22"/>
        </w:rPr>
        <w:t>C. natural gas</w:t>
      </w:r>
    </w:p>
    <w:p>
      <w:pPr>
        <w:pStyle w:val="ListParagraph"/>
      </w:pPr>
      <w:r>
        <w:rPr>
          <w:sz w:val="22"/>
        </w:rPr>
        <w:t>D. oil</w:t>
      </w:r>
    </w:p>
    <w:p/>
    <w:p>
      <w:r>
        <w:rPr>
          <w:b/>
          <w:sz w:val="24"/>
        </w:rPr>
        <w:t>Câu 2: The word 'deforestation' means the cutting down or removal of ___.</w:t>
      </w:r>
    </w:p>
    <w:p>
      <w:pPr>
        <w:pStyle w:val="ListParagraph"/>
      </w:pPr>
      <w:r>
        <w:rPr>
          <w:sz w:val="22"/>
        </w:rPr>
        <w:t>A. forests</w:t>
      </w:r>
    </w:p>
    <w:p>
      <w:pPr>
        <w:pStyle w:val="ListParagraph"/>
      </w:pPr>
      <w:r>
        <w:rPr>
          <w:sz w:val="22"/>
        </w:rPr>
        <w:t>B. oceans</w:t>
      </w:r>
    </w:p>
    <w:p>
      <w:pPr>
        <w:pStyle w:val="ListParagraph"/>
      </w:pPr>
      <w:r>
        <w:rPr>
          <w:sz w:val="22"/>
        </w:rPr>
        <w:t>C. mountains</w:t>
      </w:r>
    </w:p>
    <w:p>
      <w:pPr>
        <w:pStyle w:val="ListParagraph"/>
      </w:pPr>
      <w:r>
        <w:rPr>
          <w:sz w:val="22"/>
        </w:rPr>
        <w:t>D. rivers</w:t>
      </w:r>
    </w:p>
    <w:p/>
    <w:p>
      <w:r>
        <w:rPr>
          <w:b/>
          <w:sz w:val="24"/>
        </w:rPr>
        <w:t>Câu 3: Which activity helps reduce air pollution?</w:t>
      </w:r>
    </w:p>
    <w:p>
      <w:pPr>
        <w:pStyle w:val="ListParagraph"/>
      </w:pPr>
      <w:r>
        <w:rPr>
          <w:sz w:val="22"/>
        </w:rPr>
        <w:t>A. Burning more coal</w:t>
      </w:r>
    </w:p>
    <w:p>
      <w:pPr>
        <w:pStyle w:val="ListParagraph"/>
      </w:pPr>
      <w:r>
        <w:rPr>
          <w:sz w:val="22"/>
        </w:rPr>
        <w:t>B. Driving everywhere</w:t>
      </w:r>
    </w:p>
    <w:p>
      <w:pPr>
        <w:pStyle w:val="ListParagraph"/>
      </w:pPr>
      <w:r>
        <w:rPr>
          <w:sz w:val="22"/>
        </w:rPr>
        <w:t>C. Using public transport</w:t>
      </w:r>
    </w:p>
    <w:p>
      <w:pPr>
        <w:pStyle w:val="ListParagraph"/>
      </w:pPr>
      <w:r>
        <w:rPr>
          <w:sz w:val="22"/>
        </w:rPr>
        <w:t>D. Throwing rubbish into rivers</w:t>
      </w:r>
    </w:p>
    <w:p/>
    <w:p>
      <w:r>
        <w:rPr>
          <w:b/>
          <w:sz w:val="24"/>
        </w:rPr>
        <w:t>Câu 4: A carbon footprint is the amount of carbon dioxide released by ___.</w:t>
      </w:r>
    </w:p>
    <w:p>
      <w:pPr>
        <w:pStyle w:val="ListParagraph"/>
      </w:pPr>
      <w:r>
        <w:rPr>
          <w:sz w:val="22"/>
        </w:rPr>
        <w:t>A. a person or organization's activities</w:t>
      </w:r>
    </w:p>
    <w:p>
      <w:pPr>
        <w:pStyle w:val="ListParagraph"/>
      </w:pPr>
      <w:r>
        <w:rPr>
          <w:sz w:val="22"/>
        </w:rPr>
        <w:t>B. a plant's leaves</w:t>
      </w:r>
    </w:p>
    <w:p>
      <w:pPr>
        <w:pStyle w:val="ListParagraph"/>
      </w:pPr>
      <w:r>
        <w:rPr>
          <w:sz w:val="22"/>
        </w:rPr>
        <w:t>C. a computer's screen</w:t>
      </w:r>
    </w:p>
    <w:p>
      <w:pPr>
        <w:pStyle w:val="ListParagraph"/>
      </w:pPr>
      <w:r>
        <w:rPr>
          <w:sz w:val="22"/>
        </w:rPr>
        <w:t>D. a country's population only</w:t>
      </w:r>
    </w:p>
    <w:p/>
    <w:p>
      <w:r>
        <w:rPr>
          <w:b/>
          <w:sz w:val="24"/>
        </w:rPr>
        <w:t>Câu 5: Many animals are becoming extinct because their natural ___ are being destroyed.</w:t>
      </w:r>
    </w:p>
    <w:p>
      <w:pPr>
        <w:pStyle w:val="ListParagraph"/>
      </w:pPr>
      <w:r>
        <w:rPr>
          <w:sz w:val="22"/>
        </w:rPr>
        <w:t>A. habitats</w:t>
      </w:r>
    </w:p>
    <w:p>
      <w:pPr>
        <w:pStyle w:val="ListParagraph"/>
      </w:pPr>
      <w:r>
        <w:rPr>
          <w:sz w:val="22"/>
        </w:rPr>
        <w:t>B. products</w:t>
      </w:r>
    </w:p>
    <w:p>
      <w:pPr>
        <w:pStyle w:val="ListParagraph"/>
      </w:pPr>
      <w:r>
        <w:rPr>
          <w:sz w:val="22"/>
        </w:rPr>
        <w:t>C. resources</w:t>
      </w:r>
    </w:p>
    <w:p>
      <w:pPr>
        <w:pStyle w:val="ListParagraph"/>
      </w:pPr>
      <w:r>
        <w:rPr>
          <w:sz w:val="22"/>
        </w:rPr>
        <w:t>D. climates</w:t>
      </w:r>
    </w:p>
    <w:p/>
    <w:p>
      <w:r>
        <w:rPr>
          <w:b/>
          <w:sz w:val="24"/>
        </w:rPr>
        <w:t>Câu 6: Choose the word whose underlined part is pronounced differently: A. clean B. class C. clock D. place</w:t>
      </w:r>
    </w:p>
    <w:p>
      <w:pPr>
        <w:pStyle w:val="ListParagraph"/>
      </w:pPr>
      <w:r>
        <w:rPr>
          <w:sz w:val="22"/>
        </w:rPr>
        <w:t>A. clean</w:t>
      </w:r>
    </w:p>
    <w:p>
      <w:pPr>
        <w:pStyle w:val="ListParagraph"/>
      </w:pPr>
      <w:r>
        <w:rPr>
          <w:sz w:val="22"/>
        </w:rPr>
        <w:t>B. class</w:t>
      </w:r>
    </w:p>
    <w:p>
      <w:pPr>
        <w:pStyle w:val="ListParagraph"/>
      </w:pPr>
      <w:r>
        <w:rPr>
          <w:sz w:val="22"/>
        </w:rPr>
        <w:t>C. clock</w:t>
      </w:r>
    </w:p>
    <w:p>
      <w:pPr>
        <w:pStyle w:val="ListParagraph"/>
      </w:pPr>
      <w:r>
        <w:rPr>
          <w:sz w:val="22"/>
        </w:rPr>
        <w:t>D. place</w:t>
      </w:r>
    </w:p>
    <w:p/>
    <w:p>
      <w:r>
        <w:rPr>
          <w:b/>
          <w:sz w:val="24"/>
        </w:rPr>
        <w:t>Câu 7: Choose the word whose underlined part is pronounced differently: A. plastic B. planet C. problem D. please</w:t>
      </w:r>
    </w:p>
    <w:p>
      <w:pPr>
        <w:pStyle w:val="ListParagraph"/>
      </w:pPr>
      <w:r>
        <w:rPr>
          <w:sz w:val="22"/>
        </w:rPr>
        <w:t>A. plastic</w:t>
      </w:r>
    </w:p>
    <w:p>
      <w:pPr>
        <w:pStyle w:val="ListParagraph"/>
      </w:pPr>
      <w:r>
        <w:rPr>
          <w:sz w:val="22"/>
        </w:rPr>
        <w:t>B. planet</w:t>
      </w:r>
    </w:p>
    <w:p>
      <w:pPr>
        <w:pStyle w:val="ListParagraph"/>
      </w:pPr>
      <w:r>
        <w:rPr>
          <w:sz w:val="22"/>
        </w:rPr>
        <w:t>C. problem</w:t>
      </w:r>
    </w:p>
    <w:p>
      <w:pPr>
        <w:pStyle w:val="ListParagraph"/>
      </w:pPr>
      <w:r>
        <w:rPr>
          <w:sz w:val="22"/>
        </w:rPr>
        <w:t>D. please</w:t>
      </w:r>
    </w:p>
    <w:p/>
    <w:p>
      <w:r>
        <w:rPr>
          <w:b/>
          <w:sz w:val="24"/>
        </w:rPr>
        <w:t>Câu 8: Look at those dark clouds! It ___ rain.</w:t>
      </w:r>
    </w:p>
    <w:p>
      <w:pPr>
        <w:pStyle w:val="ListParagraph"/>
      </w:pPr>
      <w:r>
        <w:rPr>
          <w:sz w:val="22"/>
        </w:rPr>
        <w:t>A. will</w:t>
      </w:r>
    </w:p>
    <w:p>
      <w:pPr>
        <w:pStyle w:val="ListParagraph"/>
      </w:pPr>
      <w:r>
        <w:rPr>
          <w:sz w:val="22"/>
        </w:rPr>
        <w:t>B. is going to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would</w:t>
      </w:r>
    </w:p>
    <w:p/>
    <w:p>
      <w:r>
        <w:rPr>
          <w:b/>
          <w:sz w:val="24"/>
        </w:rPr>
        <w:t>Câu 9: I think I ___ join the environmental club this summer.</w:t>
      </w:r>
    </w:p>
    <w:p>
      <w:pPr>
        <w:pStyle w:val="ListParagraph"/>
      </w:pPr>
      <w:r>
        <w:rPr>
          <w:sz w:val="22"/>
        </w:rPr>
        <w:t>A. will</w:t>
      </w:r>
    </w:p>
    <w:p>
      <w:pPr>
        <w:pStyle w:val="ListParagraph"/>
      </w:pPr>
      <w:r>
        <w:rPr>
          <w:sz w:val="22"/>
        </w:rPr>
        <w:t>B. am going to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should</w:t>
      </w:r>
    </w:p>
    <w:p/>
    <w:p>
      <w:r>
        <w:rPr>
          <w:b/>
          <w:sz w:val="24"/>
        </w:rPr>
        <w:t>Câu 10: We have a plan. We ___ plant trees in the school garden next weekend.</w:t>
      </w:r>
    </w:p>
    <w:p>
      <w:pPr>
        <w:pStyle w:val="ListParagraph"/>
      </w:pPr>
      <w:r>
        <w:rPr>
          <w:sz w:val="22"/>
        </w:rPr>
        <w:t>A. will</w:t>
      </w:r>
    </w:p>
    <w:p>
      <w:pPr>
        <w:pStyle w:val="ListParagraph"/>
      </w:pPr>
      <w:r>
        <w:rPr>
          <w:sz w:val="22"/>
        </w:rPr>
        <w:t>B. are going to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would</w:t>
      </w:r>
    </w:p>
    <w:p/>
    <w:p>
      <w:r>
        <w:rPr>
          <w:b/>
          <w:sz w:val="24"/>
        </w:rPr>
        <w:t>Câu 11: A lot of trees ___ down to make paper.</w:t>
      </w:r>
    </w:p>
    <w:p>
      <w:pPr>
        <w:pStyle w:val="ListParagraph"/>
      </w:pPr>
      <w:r>
        <w:rPr>
          <w:sz w:val="22"/>
        </w:rPr>
        <w:t>A. cut</w:t>
      </w:r>
    </w:p>
    <w:p>
      <w:pPr>
        <w:pStyle w:val="ListParagraph"/>
      </w:pPr>
      <w:r>
        <w:rPr>
          <w:sz w:val="22"/>
        </w:rPr>
        <w:t>B. are cut</w:t>
      </w:r>
    </w:p>
    <w:p>
      <w:pPr>
        <w:pStyle w:val="ListParagraph"/>
      </w:pPr>
      <w:r>
        <w:rPr>
          <w:sz w:val="22"/>
        </w:rPr>
        <w:t>C. is cut</w:t>
      </w:r>
    </w:p>
    <w:p>
      <w:pPr>
        <w:pStyle w:val="ListParagraph"/>
      </w:pPr>
      <w:r>
        <w:rPr>
          <w:sz w:val="22"/>
        </w:rPr>
        <w:t>D. cutting</w:t>
      </w:r>
    </w:p>
    <w:p/>
    <w:p>
      <w:r>
        <w:rPr>
          <w:b/>
          <w:sz w:val="24"/>
        </w:rPr>
        <w:t>Câu 12: The new recycling centre ___ next month.</w:t>
      </w:r>
    </w:p>
    <w:p>
      <w:pPr>
        <w:pStyle w:val="ListParagraph"/>
      </w:pPr>
      <w:r>
        <w:rPr>
          <w:sz w:val="22"/>
        </w:rPr>
        <w:t>A. will open</w:t>
      </w:r>
    </w:p>
    <w:p>
      <w:pPr>
        <w:pStyle w:val="ListParagraph"/>
      </w:pPr>
      <w:r>
        <w:rPr>
          <w:sz w:val="22"/>
        </w:rPr>
        <w:t>B. will be opened</w:t>
      </w:r>
    </w:p>
    <w:p>
      <w:pPr>
        <w:pStyle w:val="ListParagraph"/>
      </w:pPr>
      <w:r>
        <w:rPr>
          <w:sz w:val="22"/>
        </w:rPr>
        <w:t>C. is opening</w:t>
      </w:r>
    </w:p>
    <w:p>
      <w:pPr>
        <w:pStyle w:val="ListParagraph"/>
      </w:pPr>
      <w:r>
        <w:rPr>
          <w:sz w:val="22"/>
        </w:rPr>
        <w:t>D. opens</w:t>
      </w:r>
    </w:p>
    <w:p/>
    <w:p>
      <w:r>
        <w:rPr>
          <w:b/>
          <w:sz w:val="24"/>
        </w:rPr>
        <w:t>Câu 13: Plastic bags ___ to protect the environment.</w:t>
      </w:r>
    </w:p>
    <w:p>
      <w:pPr>
        <w:pStyle w:val="ListParagraph"/>
      </w:pPr>
      <w:r>
        <w:rPr>
          <w:sz w:val="22"/>
        </w:rPr>
        <w:t>A. should reduce</w:t>
      </w:r>
    </w:p>
    <w:p>
      <w:pPr>
        <w:pStyle w:val="ListParagraph"/>
      </w:pPr>
      <w:r>
        <w:rPr>
          <w:sz w:val="22"/>
        </w:rPr>
        <w:t>B. should be reduced</w:t>
      </w:r>
    </w:p>
    <w:p>
      <w:pPr>
        <w:pStyle w:val="ListParagraph"/>
      </w:pPr>
      <w:r>
        <w:rPr>
          <w:sz w:val="22"/>
        </w:rPr>
        <w:t>C. should be reducing</w:t>
      </w:r>
    </w:p>
    <w:p>
      <w:pPr>
        <w:pStyle w:val="ListParagraph"/>
      </w:pPr>
      <w:r>
        <w:rPr>
          <w:sz w:val="22"/>
        </w:rPr>
        <w:t>D. should reduced</w:t>
      </w:r>
    </w:p>
    <w:p/>
    <w:p>
      <w:r>
        <w:rPr>
          <w:b/>
          <w:sz w:val="24"/>
        </w:rPr>
        <w:t>Câu 14: Which of the following is NOT a fossil fuel?</w:t>
      </w:r>
    </w:p>
    <w:p>
      <w:pPr>
        <w:pStyle w:val="ListParagraph"/>
      </w:pPr>
      <w:r>
        <w:rPr>
          <w:sz w:val="22"/>
        </w:rPr>
        <w:t>A. coal</w:t>
      </w:r>
    </w:p>
    <w:p>
      <w:pPr>
        <w:pStyle w:val="ListParagraph"/>
      </w:pPr>
      <w:r>
        <w:rPr>
          <w:sz w:val="22"/>
        </w:rPr>
        <w:t>B. oil</w:t>
      </w:r>
    </w:p>
    <w:p>
      <w:pPr>
        <w:pStyle w:val="ListParagraph"/>
      </w:pPr>
      <w:r>
        <w:rPr>
          <w:sz w:val="22"/>
        </w:rPr>
        <w:t>C. natural gas</w:t>
      </w:r>
    </w:p>
    <w:p>
      <w:pPr>
        <w:pStyle w:val="ListParagraph"/>
      </w:pPr>
      <w:r>
        <w:rPr>
          <w:sz w:val="22"/>
        </w:rPr>
        <w:t>D. wind</w:t>
      </w:r>
    </w:p>
    <w:p/>
    <w:p>
      <w:r>
        <w:rPr>
          <w:b/>
          <w:sz w:val="24"/>
        </w:rPr>
        <w:t>Câu 15: The word 'sustainable' is closest in meaning to ___.</w:t>
      </w:r>
    </w:p>
    <w:p>
      <w:pPr>
        <w:pStyle w:val="ListParagraph"/>
      </w:pPr>
      <w:r>
        <w:rPr>
          <w:sz w:val="22"/>
        </w:rPr>
        <w:t>A. causing no damage to the environment</w:t>
      </w:r>
    </w:p>
    <w:p>
      <w:pPr>
        <w:pStyle w:val="ListParagraph"/>
      </w:pPr>
      <w:r>
        <w:rPr>
          <w:sz w:val="22"/>
        </w:rPr>
        <w:t>B. using up all resources quickly</w:t>
      </w:r>
    </w:p>
    <w:p>
      <w:pPr>
        <w:pStyle w:val="ListParagraph"/>
      </w:pPr>
      <w:r>
        <w:rPr>
          <w:sz w:val="22"/>
        </w:rPr>
        <w:t>C. harmful to the environment</w:t>
      </w:r>
    </w:p>
    <w:p>
      <w:pPr>
        <w:pStyle w:val="ListParagraph"/>
      </w:pPr>
      <w:r>
        <w:rPr>
          <w:sz w:val="22"/>
        </w:rPr>
        <w:t>D. old-fashioned</w:t>
      </w:r>
    </w:p>
    <w:p/>
    <w:p>
      <w:r>
        <w:rPr>
          <w:b/>
          <w:sz w:val="24"/>
        </w:rPr>
        <w:t>Câu 16: Farmers use organic methods to avoid ___ chemicals.</w:t>
      </w:r>
    </w:p>
    <w:p>
      <w:pPr>
        <w:pStyle w:val="ListParagraph"/>
      </w:pPr>
      <w:r>
        <w:rPr>
          <w:sz w:val="22"/>
        </w:rPr>
        <w:t>A. harm</w:t>
      </w:r>
    </w:p>
    <w:p>
      <w:pPr>
        <w:pStyle w:val="ListParagraph"/>
      </w:pPr>
      <w:r>
        <w:rPr>
          <w:sz w:val="22"/>
        </w:rPr>
        <w:t>B. harmful</w:t>
      </w:r>
    </w:p>
    <w:p>
      <w:pPr>
        <w:pStyle w:val="ListParagraph"/>
      </w:pPr>
      <w:r>
        <w:rPr>
          <w:sz w:val="22"/>
        </w:rPr>
        <w:t>C. harmfully</w:t>
      </w:r>
    </w:p>
    <w:p>
      <w:pPr>
        <w:pStyle w:val="ListParagraph"/>
      </w:pPr>
      <w:r>
        <w:rPr>
          <w:sz w:val="22"/>
        </w:rPr>
        <w:t>D. harmed</w:t>
      </w:r>
    </w:p>
    <w:p/>
    <w:p>
      <w:r>
        <w:rPr>
          <w:b/>
          <w:sz w:val="24"/>
        </w:rPr>
        <w:t>Câu 17: If we ___ waste, we can save natural resources.</w:t>
      </w:r>
    </w:p>
    <w:p>
      <w:pPr>
        <w:pStyle w:val="ListParagraph"/>
      </w:pPr>
      <w:r>
        <w:rPr>
          <w:sz w:val="22"/>
        </w:rPr>
        <w:t>A. recycle</w:t>
      </w:r>
    </w:p>
    <w:p>
      <w:pPr>
        <w:pStyle w:val="ListParagraph"/>
      </w:pPr>
      <w:r>
        <w:rPr>
          <w:sz w:val="22"/>
        </w:rPr>
        <w:t>B. will recycle</w:t>
      </w:r>
    </w:p>
    <w:p>
      <w:pPr>
        <w:pStyle w:val="ListParagraph"/>
      </w:pPr>
      <w:r>
        <w:rPr>
          <w:sz w:val="22"/>
        </w:rPr>
        <w:t>C. recycled</w:t>
      </w:r>
    </w:p>
    <w:p>
      <w:pPr>
        <w:pStyle w:val="ListParagraph"/>
      </w:pPr>
      <w:r>
        <w:rPr>
          <w:sz w:val="22"/>
        </w:rPr>
        <w:t>D. are recycling</w:t>
      </w:r>
    </w:p>
    <w:p/>
    <w:p>
      <w:r>
        <w:rPr>
          <w:b/>
          <w:sz w:val="24"/>
        </w:rPr>
        <w:t>Câu 18: Which sentence is correct?</w:t>
      </w:r>
    </w:p>
    <w:p>
      <w:pPr>
        <w:pStyle w:val="ListParagraph"/>
      </w:pPr>
      <w:r>
        <w:rPr>
          <w:sz w:val="22"/>
        </w:rPr>
        <w:t>A. If we will use less plastic, we help the environment.</w:t>
      </w:r>
    </w:p>
    <w:p>
      <w:pPr>
        <w:pStyle w:val="ListParagraph"/>
      </w:pPr>
      <w:r>
        <w:rPr>
          <w:sz w:val="22"/>
        </w:rPr>
        <w:t>B. If we use less plastic, we will help the environment.</w:t>
      </w:r>
    </w:p>
    <w:p>
      <w:pPr>
        <w:pStyle w:val="ListParagraph"/>
      </w:pPr>
      <w:r>
        <w:rPr>
          <w:sz w:val="22"/>
        </w:rPr>
        <w:t>C. If we use less plastic, we help the environment.</w:t>
      </w:r>
    </w:p>
    <w:p>
      <w:pPr>
        <w:pStyle w:val="ListParagraph"/>
      </w:pPr>
      <w:r>
        <w:rPr>
          <w:sz w:val="22"/>
        </w:rPr>
        <w:t>D. If we used less plastic, we will help the environment.</w:t>
      </w:r>
    </w:p>
    <w:p/>
    <w:p>
      <w:r>
        <w:rPr>
          <w:b/>
          <w:sz w:val="24"/>
        </w:rPr>
        <w:t>Câu 19: The government ___ new laws to protect wildlife last year.</w:t>
      </w:r>
    </w:p>
    <w:p>
      <w:pPr>
        <w:pStyle w:val="ListParagraph"/>
      </w:pPr>
      <w:r>
        <w:rPr>
          <w:sz w:val="22"/>
        </w:rPr>
        <w:t>A. passes</w:t>
      </w:r>
    </w:p>
    <w:p>
      <w:pPr>
        <w:pStyle w:val="ListParagraph"/>
      </w:pPr>
      <w:r>
        <w:rPr>
          <w:sz w:val="22"/>
        </w:rPr>
        <w:t>B. passed</w:t>
      </w:r>
    </w:p>
    <w:p>
      <w:pPr>
        <w:pStyle w:val="ListParagraph"/>
      </w:pPr>
      <w:r>
        <w:rPr>
          <w:sz w:val="22"/>
        </w:rPr>
        <w:t>C. is passing</w:t>
      </w:r>
    </w:p>
    <w:p>
      <w:pPr>
        <w:pStyle w:val="ListParagraph"/>
      </w:pPr>
      <w:r>
        <w:rPr>
          <w:sz w:val="22"/>
        </w:rPr>
        <w:t>D. will pass</w:t>
      </w:r>
    </w:p>
    <w:p/>
    <w:p>
      <w:r>
        <w:rPr>
          <w:b/>
          <w:sz w:val="24"/>
        </w:rPr>
        <w:t>Câu 20: Choose the correct response: 'What should we do to save electricity?' — '___'</w:t>
      </w:r>
    </w:p>
    <w:p>
      <w:pPr>
        <w:pStyle w:val="ListParagraph"/>
      </w:pPr>
      <w:r>
        <w:rPr>
          <w:sz w:val="22"/>
        </w:rPr>
        <w:t>A. We should turn off lights when leaving.</w:t>
      </w:r>
    </w:p>
    <w:p>
      <w:pPr>
        <w:pStyle w:val="ListParagraph"/>
      </w:pPr>
      <w:r>
        <w:rPr>
          <w:sz w:val="22"/>
        </w:rPr>
        <w:t>B. We should leave the TV on all day.</w:t>
      </w:r>
    </w:p>
    <w:p>
      <w:pPr>
        <w:pStyle w:val="ListParagraph"/>
      </w:pPr>
      <w:r>
        <w:rPr>
          <w:sz w:val="22"/>
        </w:rPr>
        <w:t>C. We should use more coal.</w:t>
      </w:r>
    </w:p>
    <w:p>
      <w:pPr>
        <w:pStyle w:val="ListParagraph"/>
      </w:pPr>
      <w:r>
        <w:rPr>
          <w:sz w:val="22"/>
        </w:rPr>
        <w:t>D. We should cut down trees.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