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Hiệp hội các quốc gia Đông Nam Á (ASEAN) chín...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Hiệp hội các quốc gia Đông Nam Á (ASEAN) chính thức được thành lập vào ngày, tháng, năm nào?</w:t>
      </w:r>
    </w:p>
    <w:p>
      <w:pPr>
        <w:pStyle w:val="ListParagraph"/>
      </w:pPr>
      <w:r>
        <w:rPr>
          <w:sz w:val="22"/>
        </w:rPr>
        <w:t>A. 28/07/1995</w:t>
      </w:r>
    </w:p>
    <w:p>
      <w:pPr>
        <w:pStyle w:val="ListParagraph"/>
      </w:pPr>
      <w:r>
        <w:rPr>
          <w:sz w:val="22"/>
        </w:rPr>
        <w:t>B. 08/08/1967</w:t>
      </w:r>
    </w:p>
    <w:p>
      <w:pPr>
        <w:pStyle w:val="ListParagraph"/>
      </w:pPr>
      <w:r>
        <w:rPr>
          <w:sz w:val="22"/>
        </w:rPr>
        <w:t>C. 15/12/2008</w:t>
      </w:r>
    </w:p>
    <w:p>
      <w:pPr>
        <w:pStyle w:val="ListParagraph"/>
      </w:pPr>
      <w:r>
        <w:rPr>
          <w:sz w:val="22"/>
        </w:rPr>
        <w:t>D. 31/12/2015</w:t>
      </w:r>
    </w:p>
    <w:p/>
    <w:p>
      <w:r>
        <w:rPr>
          <w:b/>
          <w:sz w:val="24"/>
        </w:rPr>
        <w:t>Câu 2: Tuyên bố thành lập ASEAN (Tuyên bố Bangkok) năm 1967 được ký kết tại thành phố nào?</w:t>
      </w:r>
    </w:p>
    <w:p>
      <w:pPr>
        <w:pStyle w:val="ListParagraph"/>
      </w:pPr>
      <w:r>
        <w:rPr>
          <w:sz w:val="22"/>
        </w:rPr>
        <w:t>A. Jakarta (Indonesia)</w:t>
      </w:r>
    </w:p>
    <w:p>
      <w:pPr>
        <w:pStyle w:val="ListParagraph"/>
      </w:pPr>
      <w:r>
        <w:rPr>
          <w:sz w:val="22"/>
        </w:rPr>
        <w:t>B. Kuala Lumpur (Malaysia)</w:t>
      </w:r>
    </w:p>
    <w:p>
      <w:pPr>
        <w:pStyle w:val="ListParagraph"/>
      </w:pPr>
      <w:r>
        <w:rPr>
          <w:sz w:val="22"/>
        </w:rPr>
        <w:t>C. Bangkok (Thái Lan)</w:t>
      </w:r>
    </w:p>
    <w:p>
      <w:pPr>
        <w:pStyle w:val="ListParagraph"/>
      </w:pPr>
      <w:r>
        <w:rPr>
          <w:sz w:val="22"/>
        </w:rPr>
        <w:t>D. Singapore</w:t>
      </w:r>
    </w:p>
    <w:p/>
    <w:p>
      <w:r>
        <w:rPr>
          <w:b/>
          <w:sz w:val="24"/>
        </w:rPr>
        <w:t>Câu 3: Năm quốc gia thành viên sáng lập ban đầu của ASEAN gồm những nước nào?</w:t>
      </w:r>
    </w:p>
    <w:p>
      <w:pPr>
        <w:pStyle w:val="ListParagraph"/>
      </w:pPr>
      <w:r>
        <w:rPr>
          <w:sz w:val="22"/>
        </w:rPr>
        <w:t>A. Indonesia, Malaysia, Philippines, Singapore, Thái Lan</w:t>
      </w:r>
    </w:p>
    <w:p>
      <w:pPr>
        <w:pStyle w:val="ListParagraph"/>
      </w:pPr>
      <w:r>
        <w:rPr>
          <w:sz w:val="22"/>
        </w:rPr>
        <w:t>B. Brunei, Việt Nam, Lào, Myanmar, Campuchia</w:t>
      </w:r>
    </w:p>
    <w:p>
      <w:pPr>
        <w:pStyle w:val="ListParagraph"/>
      </w:pPr>
      <w:r>
        <w:rPr>
          <w:sz w:val="22"/>
        </w:rPr>
        <w:t>C. Indonesia, Malaysia, Việt Nam, Singapore, Thái Lan</w:t>
      </w:r>
    </w:p>
    <w:p>
      <w:pPr>
        <w:pStyle w:val="ListParagraph"/>
      </w:pPr>
      <w:r>
        <w:rPr>
          <w:sz w:val="22"/>
        </w:rPr>
        <w:t>D. Philippines, Singapore, Brunei, Thái Lan, Malaysia</w:t>
      </w:r>
    </w:p>
    <w:p/>
    <w:p>
      <w:r>
        <w:rPr>
          <w:b/>
          <w:sz w:val="24"/>
        </w:rPr>
        <w:t>Câu 4: Quốc gia nào là thành viên thứ 6 chính thức gia nhập ASEAN vào tháng 1 năm 1984?</w:t>
      </w:r>
    </w:p>
    <w:p>
      <w:pPr>
        <w:pStyle w:val="ListParagraph"/>
      </w:pPr>
      <w:r>
        <w:rPr>
          <w:sz w:val="22"/>
        </w:rPr>
        <w:t>A. Việt Nam</w:t>
      </w:r>
    </w:p>
    <w:p>
      <w:pPr>
        <w:pStyle w:val="ListParagraph"/>
      </w:pPr>
      <w:r>
        <w:rPr>
          <w:sz w:val="22"/>
        </w:rPr>
        <w:t>B. Brunei Darussalam</w:t>
      </w:r>
    </w:p>
    <w:p>
      <w:pPr>
        <w:pStyle w:val="ListParagraph"/>
      </w:pPr>
      <w:r>
        <w:rPr>
          <w:sz w:val="22"/>
        </w:rPr>
        <w:t>C. Lào</w:t>
      </w:r>
    </w:p>
    <w:p>
      <w:pPr>
        <w:pStyle w:val="ListParagraph"/>
      </w:pPr>
      <w:r>
        <w:rPr>
          <w:sz w:val="22"/>
        </w:rPr>
        <w:t>D. Myanmar</w:t>
      </w:r>
    </w:p>
    <w:p/>
    <w:p>
      <w:r>
        <w:rPr>
          <w:b/>
          <w:sz w:val="24"/>
        </w:rPr>
        <w:t>Câu 5: Việt Nam chính thức trở thành thành viên thứ 7 của ASEAN vào thời gian nào?</w:t>
      </w:r>
    </w:p>
    <w:p>
      <w:pPr>
        <w:pStyle w:val="ListParagraph"/>
      </w:pPr>
      <w:r>
        <w:rPr>
          <w:sz w:val="22"/>
        </w:rPr>
        <w:t>A. 28/07/1995</w:t>
      </w:r>
    </w:p>
    <w:p>
      <w:pPr>
        <w:pStyle w:val="ListParagraph"/>
      </w:pPr>
      <w:r>
        <w:rPr>
          <w:sz w:val="22"/>
        </w:rPr>
        <w:t>B. 23/07/1997</w:t>
      </w:r>
    </w:p>
    <w:p>
      <w:pPr>
        <w:pStyle w:val="ListParagraph"/>
      </w:pPr>
      <w:r>
        <w:rPr>
          <w:sz w:val="22"/>
        </w:rPr>
        <w:t>C. 30/04/1999</w:t>
      </w:r>
    </w:p>
    <w:p>
      <w:pPr>
        <w:pStyle w:val="ListParagraph"/>
      </w:pPr>
      <w:r>
        <w:rPr>
          <w:sz w:val="22"/>
        </w:rPr>
        <w:t>D. 08/08/1995</w:t>
      </w:r>
    </w:p>
    <w:p/>
    <w:p>
      <w:r>
        <w:rPr>
          <w:b/>
          <w:sz w:val="24"/>
        </w:rPr>
        <w:t>Câu 6: Hai quốc gia nào cùng chính thức gia nhập ASEAN vào ngày 23/07/1997 (thành viên thứ 8 và thứ 9)?</w:t>
      </w:r>
    </w:p>
    <w:p>
      <w:pPr>
        <w:pStyle w:val="ListParagraph"/>
      </w:pPr>
      <w:r>
        <w:rPr>
          <w:sz w:val="22"/>
        </w:rPr>
        <w:t>A. Việt Nam và Lào</w:t>
      </w:r>
    </w:p>
    <w:p>
      <w:pPr>
        <w:pStyle w:val="ListParagraph"/>
      </w:pPr>
      <w:r>
        <w:rPr>
          <w:sz w:val="22"/>
        </w:rPr>
        <w:t>B. Lào và Myanmar</w:t>
      </w:r>
    </w:p>
    <w:p>
      <w:pPr>
        <w:pStyle w:val="ListParagraph"/>
      </w:pPr>
      <w:r>
        <w:rPr>
          <w:sz w:val="22"/>
        </w:rPr>
        <w:t>C. Myanmar và Campuchia</w:t>
      </w:r>
    </w:p>
    <w:p>
      <w:pPr>
        <w:pStyle w:val="ListParagraph"/>
      </w:pPr>
      <w:r>
        <w:rPr>
          <w:sz w:val="22"/>
        </w:rPr>
        <w:t>D. Brunei và Campuchia</w:t>
      </w:r>
    </w:p>
    <w:p/>
    <w:p>
      <w:r>
        <w:rPr>
          <w:b/>
          <w:sz w:val="24"/>
        </w:rPr>
        <w:t>Câu 7: Quốc gia nào gia nhập ASEAN vào ngày 30/04/1999, hoàn thành ý tưởng quy tụ 10 nước Đông Nam Á?</w:t>
      </w:r>
    </w:p>
    <w:p>
      <w:pPr>
        <w:pStyle w:val="ListParagraph"/>
      </w:pPr>
      <w:r>
        <w:rPr>
          <w:sz w:val="22"/>
        </w:rPr>
        <w:t>A. Đông Timor</w:t>
      </w:r>
    </w:p>
    <w:p>
      <w:pPr>
        <w:pStyle w:val="ListParagraph"/>
      </w:pPr>
      <w:r>
        <w:rPr>
          <w:sz w:val="22"/>
        </w:rPr>
        <w:t>B. Papua New Guinea</w:t>
      </w:r>
    </w:p>
    <w:p>
      <w:pPr>
        <w:pStyle w:val="ListParagraph"/>
      </w:pPr>
      <w:r>
        <w:rPr>
          <w:sz w:val="22"/>
        </w:rPr>
        <w:t>C. Campuchia</w:t>
      </w:r>
    </w:p>
    <w:p>
      <w:pPr>
        <w:pStyle w:val="ListParagraph"/>
      </w:pPr>
      <w:r>
        <w:rPr>
          <w:sz w:val="22"/>
        </w:rPr>
        <w:t>D. Myanmar</w:t>
      </w:r>
    </w:p>
    <w:p/>
    <w:p>
      <w:r>
        <w:rPr>
          <w:b/>
          <w:sz w:val="24"/>
        </w:rPr>
        <w:t>Câu 8: Tuyên bố ZOPFAN được ký kết năm 1971 tại Kuala Lumpur hướng tới mục tiêu xây dựng Đông Nam Á thành khu vực nào?</w:t>
      </w:r>
    </w:p>
    <w:p>
      <w:pPr>
        <w:pStyle w:val="ListParagraph"/>
      </w:pPr>
      <w:r>
        <w:rPr>
          <w:sz w:val="22"/>
        </w:rPr>
        <w:t>A. Khu vực Mậu dịch Tự do</w:t>
      </w:r>
    </w:p>
    <w:p>
      <w:pPr>
        <w:pStyle w:val="ListParagraph"/>
      </w:pPr>
      <w:r>
        <w:rPr>
          <w:sz w:val="22"/>
        </w:rPr>
        <w:t>B. Khu vực Hòa bình, Tự do và Trung lập</w:t>
      </w:r>
    </w:p>
    <w:p>
      <w:pPr>
        <w:pStyle w:val="ListParagraph"/>
      </w:pPr>
      <w:r>
        <w:rPr>
          <w:sz w:val="22"/>
        </w:rPr>
        <w:t>C. Khu vực Phi vũ khí hạt nhân</w:t>
      </w:r>
    </w:p>
    <w:p>
      <w:pPr>
        <w:pStyle w:val="ListParagraph"/>
      </w:pPr>
      <w:r>
        <w:rPr>
          <w:sz w:val="22"/>
        </w:rPr>
        <w:t>D. Cộng đồng Kinh tế chung</w:t>
      </w:r>
    </w:p>
    <w:p/>
    <w:p>
      <w:r>
        <w:rPr>
          <w:b/>
          <w:sz w:val="24"/>
        </w:rPr>
        <w:t>Câu 9: Hiệp ước Thân thiện và Hợp tác ở Đông Nam Á (TAC / Hiệp ước Bali) được ký kết năm 1976 tại đâu?</w:t>
      </w:r>
    </w:p>
    <w:p>
      <w:pPr>
        <w:pStyle w:val="ListParagraph"/>
      </w:pPr>
      <w:r>
        <w:rPr>
          <w:sz w:val="22"/>
        </w:rPr>
        <w:t>A. Bangkok (Thái Lan)</w:t>
      </w:r>
    </w:p>
    <w:p>
      <w:pPr>
        <w:pStyle w:val="ListParagraph"/>
      </w:pPr>
      <w:r>
        <w:rPr>
          <w:sz w:val="22"/>
        </w:rPr>
        <w:t>B. Bali (Indonesia)</w:t>
      </w:r>
    </w:p>
    <w:p>
      <w:pPr>
        <w:pStyle w:val="ListParagraph"/>
      </w:pPr>
      <w:r>
        <w:rPr>
          <w:sz w:val="22"/>
        </w:rPr>
        <w:t>C. Manila (Philippines)</w:t>
      </w:r>
    </w:p>
    <w:p>
      <w:pPr>
        <w:pStyle w:val="ListParagraph"/>
      </w:pPr>
      <w:r>
        <w:rPr>
          <w:sz w:val="22"/>
        </w:rPr>
        <w:t>D. Hà Nội (Việt Nam)</w:t>
      </w:r>
    </w:p>
    <w:p/>
    <w:p>
      <w:r>
        <w:rPr>
          <w:b/>
          <w:sz w:val="24"/>
        </w:rPr>
        <w:t>Câu 10: Hiến chương ASEAN — văn bản biến ASEAN thành tổ chức liên chính phủ có tư cách pháp nhân — chính thức có hiệu lực vào thời gian nào?</w:t>
      </w:r>
    </w:p>
    <w:p>
      <w:pPr>
        <w:pStyle w:val="ListParagraph"/>
      </w:pPr>
      <w:r>
        <w:rPr>
          <w:sz w:val="22"/>
        </w:rPr>
        <w:t>A. 20/11/2007</w:t>
      </w:r>
    </w:p>
    <w:p>
      <w:pPr>
        <w:pStyle w:val="ListParagraph"/>
      </w:pPr>
      <w:r>
        <w:rPr>
          <w:sz w:val="22"/>
        </w:rPr>
        <w:t>B. 15/12/2008</w:t>
      </w:r>
    </w:p>
    <w:p>
      <w:pPr>
        <w:pStyle w:val="ListParagraph"/>
      </w:pPr>
      <w:r>
        <w:rPr>
          <w:sz w:val="22"/>
        </w:rPr>
        <w:t>C. 31/12/2015</w:t>
      </w:r>
    </w:p>
    <w:p>
      <w:pPr>
        <w:pStyle w:val="ListParagraph"/>
      </w:pPr>
      <w:r>
        <w:rPr>
          <w:sz w:val="22"/>
        </w:rPr>
        <w:t>D. 08/08/2007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