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QTH CHƯƠNG 3</w:t>
      </w:r>
    </w:p>
    <w:p>
      <w:pPr>
        <w:jc w:val="center"/>
      </w:pPr>
      <w:r>
        <w:rPr>
          <w:sz w:val="22"/>
        </w:rPr>
        <w:t>Số câu: 10    Thời gian: _____ phút    Họ và tên: _________________________</w:t>
      </w:r>
    </w:p>
    <w:p/>
    <w:p>
      <w:r>
        <w:rPr>
          <w:b/>
          <w:sz w:val="24"/>
        </w:rPr>
        <w:t>Câu 1: Những yêu cầu về thông tin quản trị</w:t>
      </w:r>
    </w:p>
    <w:p>
      <w:pPr>
        <w:pStyle w:val="ListParagraph"/>
      </w:pPr>
      <w:r>
        <w:rPr>
          <w:sz w:val="22"/>
        </w:rPr>
        <w:t>A. Tin cậy, đầy đủ, thích hợp</w:t>
      </w:r>
    </w:p>
    <w:p>
      <w:pPr>
        <w:pStyle w:val="ListParagraph"/>
      </w:pPr>
      <w:r>
        <w:rPr>
          <w:sz w:val="22"/>
        </w:rPr>
        <w:t>B. Ngắn gọn, nhanh</w:t>
      </w:r>
    </w:p>
    <w:p>
      <w:pPr>
        <w:pStyle w:val="ListParagraph"/>
      </w:pPr>
      <w:r>
        <w:rPr>
          <w:sz w:val="22"/>
        </w:rPr>
        <w:t>C. Qua loa, nhanh</w:t>
      </w:r>
    </w:p>
    <w:p>
      <w:pPr>
        <w:pStyle w:val="ListParagraph"/>
      </w:pPr>
      <w:r>
        <w:rPr>
          <w:sz w:val="22"/>
        </w:rPr>
        <w:t>D. Bảo mật, ngắn gọn, trễ deadline</w:t>
      </w:r>
    </w:p>
    <w:p/>
    <w:p>
      <w:r>
        <w:rPr>
          <w:b/>
          <w:sz w:val="24"/>
        </w:rPr>
        <w:t>Câu 2: Nguyên nhân chính dẫn đến giải mã sai lệch là gì?</w:t>
      </w:r>
    </w:p>
    <w:p>
      <w:pPr>
        <w:pStyle w:val="ListParagraph"/>
      </w:pPr>
      <w:r>
        <w:rPr>
          <w:sz w:val="22"/>
        </w:rPr>
        <w:t>A. Phản hồi quá nhanh</w:t>
      </w:r>
    </w:p>
    <w:p>
      <w:pPr>
        <w:pStyle w:val="ListParagraph"/>
      </w:pPr>
      <w:r>
        <w:rPr>
          <w:sz w:val="22"/>
        </w:rPr>
        <w:t>B. Người nhận trả lời ngay</w:t>
      </w:r>
    </w:p>
    <w:p>
      <w:pPr>
        <w:pStyle w:val="ListParagraph"/>
      </w:pPr>
      <w:r>
        <w:rPr>
          <w:sz w:val="22"/>
        </w:rPr>
        <w:t>C. Thông điệp không rõ ràng + nhiễu + lắng nghe thiếu tập trung</w:t>
      </w:r>
    </w:p>
    <w:p>
      <w:pPr>
        <w:pStyle w:val="ListParagraph"/>
      </w:pPr>
      <w:r>
        <w:rPr>
          <w:sz w:val="22"/>
        </w:rPr>
        <w:t>D. Sử dụng nhiều kênh truyền cùng lúc</w:t>
      </w:r>
    </w:p>
    <w:p/>
    <w:p>
      <w:r>
        <w:rPr>
          <w:b/>
          <w:sz w:val="24"/>
        </w:rPr>
        <w:t>Câu 3: Câu nào sau đây sai?</w:t>
      </w:r>
    </w:p>
    <w:p>
      <w:pPr>
        <w:pStyle w:val="ListParagraph"/>
      </w:pPr>
      <w:r>
        <w:rPr>
          <w:sz w:val="22"/>
        </w:rPr>
        <w:t>A. Ra quyết định phụ thuộc hoàn toàn vào ý muốn chủ quan của nhà quản trị</w:t>
      </w:r>
    </w:p>
    <w:p>
      <w:pPr>
        <w:pStyle w:val="ListParagraph"/>
      </w:pPr>
      <w:r>
        <w:rPr>
          <w:sz w:val="22"/>
        </w:rPr>
        <w:t>B. Ra quyết định mang tính khoa học và nghệ thuật</w:t>
      </w:r>
    </w:p>
    <w:p>
      <w:pPr>
        <w:pStyle w:val="ListParagraph"/>
      </w:pPr>
      <w:r>
        <w:rPr>
          <w:sz w:val="22"/>
        </w:rPr>
        <w:t>C. Việc ra quyết định rất cần dựa vào kinh nghiệm</w:t>
      </w:r>
    </w:p>
    <w:p>
      <w:pPr>
        <w:pStyle w:val="ListParagraph"/>
      </w:pPr>
      <w:r>
        <w:rPr>
          <w:sz w:val="22"/>
        </w:rPr>
        <w:t>D. Cần nắm vững lý thuyết ra quyết định</w:t>
      </w:r>
    </w:p>
    <w:p/>
    <w:p>
      <w:r>
        <w:rPr>
          <w:b/>
          <w:sz w:val="24"/>
        </w:rPr>
        <w:t>Câu 4: Câu nào sai khi nói về vai trò của thông tin quản trị</w:t>
      </w:r>
    </w:p>
    <w:p>
      <w:pPr>
        <w:pStyle w:val="ListParagraph"/>
      </w:pPr>
      <w:r>
        <w:rPr>
          <w:sz w:val="22"/>
        </w:rPr>
        <w:t>A. Cung cấp thông tin phục vụ việc phân tích và dự báo.</w:t>
      </w:r>
    </w:p>
    <w:p>
      <w:pPr>
        <w:pStyle w:val="ListParagraph"/>
      </w:pPr>
      <w:r>
        <w:rPr>
          <w:sz w:val="22"/>
        </w:rPr>
        <w:t>B. Cung cấp thông tin thực hiện các chức năng quản trị.</w:t>
      </w:r>
    </w:p>
    <w:p>
      <w:pPr>
        <w:pStyle w:val="ListParagraph"/>
      </w:pPr>
      <w:r>
        <w:rPr>
          <w:sz w:val="22"/>
        </w:rPr>
        <w:t>C. Cung cấp thông tin cho nhà quản trị ra quyết định.</w:t>
      </w:r>
    </w:p>
    <w:p>
      <w:pPr>
        <w:pStyle w:val="ListParagraph"/>
      </w:pPr>
      <w:r>
        <w:rPr>
          <w:sz w:val="22"/>
        </w:rPr>
        <w:t>D. Cung cấp thông tin cho nhà quản trị thăng cấp nhanh</w:t>
      </w:r>
    </w:p>
    <w:p/>
    <w:p>
      <w:r>
        <w:rPr>
          <w:b/>
          <w:sz w:val="24"/>
        </w:rPr>
        <w:t>Câu 5: Thông tin đầu ra là gì?</w:t>
      </w:r>
    </w:p>
    <w:p>
      <w:pPr>
        <w:pStyle w:val="ListParagraph"/>
      </w:pPr>
      <w:r>
        <w:rPr>
          <w:sz w:val="22"/>
        </w:rPr>
        <w:t>A. Tình hình kết quả kinh doanh</w:t>
      </w:r>
    </w:p>
    <w:p>
      <w:pPr>
        <w:pStyle w:val="ListParagraph"/>
      </w:pPr>
      <w:r>
        <w:rPr>
          <w:sz w:val="22"/>
        </w:rPr>
        <w:t>B. Tình hình nguyên liệu máy móc...</w:t>
      </w:r>
    </w:p>
    <w:p>
      <w:pPr>
        <w:pStyle w:val="ListParagraph"/>
      </w:pPr>
      <w:r>
        <w:rPr>
          <w:sz w:val="22"/>
        </w:rPr>
        <w:t>C. Thông tin phản ứng của nhân viên, người thực hiện</w:t>
      </w:r>
    </w:p>
    <w:p>
      <w:pPr>
        <w:pStyle w:val="ListParagraph"/>
      </w:pPr>
      <w:r>
        <w:rPr>
          <w:sz w:val="22"/>
        </w:rPr>
        <w:t>D. Thông tin về nhân sự, sản phẩm, marketing</w:t>
      </w:r>
    </w:p>
    <w:p/>
    <w:p>
      <w:r>
        <w:rPr>
          <w:b/>
          <w:sz w:val="24"/>
        </w:rPr>
        <w:t>Câu 6: Có mấy cách phân loại quyết định quản trị theo chức năng quản trị?</w:t>
      </w:r>
    </w:p>
    <w:p>
      <w:pPr>
        <w:pStyle w:val="ListParagraph"/>
      </w:pPr>
      <w:r>
        <w:rPr>
          <w:sz w:val="22"/>
        </w:rPr>
        <w:t>A. 5</w:t>
      </w:r>
    </w:p>
    <w:p>
      <w:pPr>
        <w:pStyle w:val="ListParagraph"/>
      </w:pPr>
      <w:r>
        <w:rPr>
          <w:sz w:val="22"/>
        </w:rPr>
        <w:t>B. 3</w:t>
      </w:r>
    </w:p>
    <w:p>
      <w:pPr>
        <w:pStyle w:val="ListParagraph"/>
      </w:pPr>
      <w:r>
        <w:rPr>
          <w:sz w:val="22"/>
        </w:rPr>
        <w:t>C. 4</w:t>
      </w:r>
    </w:p>
    <w:p>
      <w:pPr>
        <w:pStyle w:val="ListParagraph"/>
      </w:pPr>
      <w:r>
        <w:rPr>
          <w:sz w:val="22"/>
        </w:rPr>
        <w:t>D. 2</w:t>
      </w:r>
    </w:p>
    <w:p/>
    <w:p>
      <w:r>
        <w:rPr>
          <w:b/>
          <w:sz w:val="24"/>
        </w:rPr>
        <w:t>Câu 7: Một nhà quản trị nhận được báo cáo cho thấy doanh số tháng này tăng 15%, nhưng dữ liệu được tổng hợp từ nhiều bộ phận với thời điểm cập nhật khác nhau. Để ra quyết định chính xác, nhà quản trị nên ưu tiên yếu tố nào?</w:t>
      </w:r>
    </w:p>
    <w:p>
      <w:pPr>
        <w:pStyle w:val="ListParagraph"/>
      </w:pPr>
      <w:r>
        <w:rPr>
          <w:sz w:val="22"/>
        </w:rPr>
        <w:t>A. Tăng khối lượng thông tin thu thập được</w:t>
      </w:r>
    </w:p>
    <w:p>
      <w:pPr>
        <w:pStyle w:val="ListParagraph"/>
      </w:pPr>
      <w:r>
        <w:rPr>
          <w:sz w:val="22"/>
        </w:rPr>
        <w:t>B. Kiểm tra tính chính xác, kịp thời và phù hợp của thông tin</w:t>
      </w:r>
    </w:p>
    <w:p>
      <w:pPr>
        <w:pStyle w:val="ListParagraph"/>
      </w:pPr>
      <w:r>
        <w:rPr>
          <w:sz w:val="22"/>
        </w:rPr>
        <w:t>C. Chỉ sử dụng thông tin từ cấp quản trị cao nhất</w:t>
      </w:r>
    </w:p>
    <w:p>
      <w:pPr>
        <w:pStyle w:val="ListParagraph"/>
      </w:pPr>
      <w:r>
        <w:rPr>
          <w:sz w:val="22"/>
        </w:rPr>
        <w:t>D. Chọn thông tin có lợi nhất cho mục tiêu của tổ chức</w:t>
      </w:r>
    </w:p>
    <w:p/>
    <w:p>
      <w:r>
        <w:rPr>
          <w:b/>
          <w:sz w:val="24"/>
        </w:rPr>
        <w:t>Câu 8: Trong hoạt động quản trị doanh nghiệp, việc phân loại thông tin thành "nguồn bên trong và nguồn bên ngoài", "nguồn sơ cấp và nguồn thứ cấp" có đặc điểm nào sau đây là đúng nhất?</w:t>
      </w:r>
    </w:p>
    <w:p>
      <w:pPr>
        <w:pStyle w:val="ListParagraph"/>
      </w:pPr>
      <w:r>
        <w:rPr>
          <w:sz w:val="22"/>
        </w:rPr>
        <w:t>A. Các nguồn thông tin này tồn tại hoàn toàn độc lập, không có sự giao thoa hay chuyển hóa lẫn nhau trong quá trình ra quyết định</w:t>
      </w:r>
    </w:p>
    <w:p>
      <w:pPr>
        <w:pStyle w:val="ListParagraph"/>
      </w:pPr>
      <w:r>
        <w:rPr>
          <w:sz w:val="22"/>
        </w:rPr>
        <w:t>B. Nguồn thông tin bên trong luôn có độ tin cậy cao hơn và mang tính chiến lược hơn so với nguồn thông tin bên ngoài</w:t>
      </w:r>
    </w:p>
    <w:p>
      <w:pPr>
        <w:pStyle w:val="ListParagraph"/>
      </w:pPr>
      <w:r>
        <w:rPr>
          <w:sz w:val="22"/>
        </w:rPr>
        <w:t>C. Tính chất "quan trọng" hay "ít quan trọng" của một nguồn thông tin không cố định, mà thay đổi linh hoạt tùy thuộc vào mục tiêu, bối cảnh quản trị và thời điểm ra quyết định</w:t>
      </w:r>
    </w:p>
    <w:p>
      <w:pPr>
        <w:pStyle w:val="ListParagraph"/>
      </w:pPr>
      <w:r>
        <w:rPr>
          <w:sz w:val="22"/>
        </w:rPr>
        <w:t>D. Nhà quản trị chỉ nên tập trung khai thác các nguồn thông tin sơ cấp vì nguồn thông tin thứ cấp thường lạc hậu và không chính xác.</w:t>
      </w:r>
    </w:p>
    <w:p/>
    <w:p>
      <w:r>
        <w:rPr>
          <w:b/>
          <w:sz w:val="24"/>
        </w:rPr>
        <w:t>Câu 9: Đội quản lý thị trường phối hợp với công an kinh tế bất ngờ kiểm tra một kho hàng tại quận Tân Bình. Tại đây, các cán bộ trực tiếp kiểm đếm số lượng, ghi nhận tình trạng bao bì và lập biên bản số mặt hàng không có hóa đơn chứng từ ngay tại thời điểm kiểm tra. Câu hỏi: Hoạt động của đội quản lý thị trường sử dụng chủ yếu phương pháp thu thập thông tin nào dưới đây?</w:t>
      </w:r>
    </w:p>
    <w:p>
      <w:pPr>
        <w:pStyle w:val="ListParagraph"/>
      </w:pPr>
      <w:r>
        <w:rPr>
          <w:sz w:val="22"/>
        </w:rPr>
        <w:t>A. Phương pháp thực nghiệm.</w:t>
      </w:r>
    </w:p>
    <w:p>
      <w:pPr>
        <w:pStyle w:val="ListParagraph"/>
      </w:pPr>
      <w:r>
        <w:rPr>
          <w:sz w:val="22"/>
        </w:rPr>
        <w:t>B. Phương pháp thu thập thông tin tại hiện trường.</w:t>
      </w:r>
    </w:p>
    <w:p>
      <w:pPr>
        <w:pStyle w:val="ListParagraph"/>
      </w:pPr>
      <w:r>
        <w:rPr>
          <w:sz w:val="22"/>
        </w:rPr>
        <w:t>C. Phương pháp thăm dò dư luận.</w:t>
      </w:r>
    </w:p>
    <w:p>
      <w:pPr>
        <w:pStyle w:val="ListParagraph"/>
      </w:pPr>
      <w:r>
        <w:rPr>
          <w:sz w:val="22"/>
        </w:rPr>
        <w:t>D. Phương pháp thu thập thông tin tại bàn.</w:t>
      </w:r>
    </w:p>
    <w:p/>
    <w:p>
      <w:r>
        <w:rPr>
          <w:b/>
          <w:sz w:val="24"/>
        </w:rPr>
        <w:t>Câu 10: Quy trình xây dựng nội dung thông tin gồm có bước nào trong đây?</w:t>
      </w:r>
    </w:p>
    <w:p>
      <w:pPr>
        <w:pStyle w:val="ListParagraph"/>
      </w:pPr>
      <w:r>
        <w:rPr>
          <w:sz w:val="22"/>
        </w:rPr>
        <w:t>A. Phác thảo sơ bộ nội dung</w:t>
      </w:r>
    </w:p>
    <w:p>
      <w:pPr>
        <w:pStyle w:val="ListParagraph"/>
      </w:pPr>
      <w:r>
        <w:rPr>
          <w:sz w:val="22"/>
        </w:rPr>
        <w:t>B. Xác định người chịu trách nhiệm truyền tải thông tin</w:t>
      </w:r>
    </w:p>
    <w:p>
      <w:pPr>
        <w:pStyle w:val="ListParagraph"/>
      </w:pPr>
      <w:r>
        <w:rPr>
          <w:sz w:val="22"/>
        </w:rPr>
        <w:t>C. Lựa chọn hình thức trình bày và thiết kế nội dung</w:t>
      </w:r>
    </w:p>
    <w:p>
      <w:pPr>
        <w:pStyle w:val="ListParagraph"/>
      </w:pPr>
      <w:r>
        <w:rPr>
          <w:sz w:val="22"/>
        </w:rPr>
        <w:t>D. Đánh giá hiệu quả sau khi thông tin được phổ biến</w:t>
      </w:r>
    </w:p>
    <w:p/>
    <w:p>
      <w:r>
        <w:t>──────────────────────────────────────────────────</w:t>
      </w:r>
    </w:p>
    <w:p>
      <w:r>
        <w:rPr>
          <w:b/>
        </w:rPr>
        <w:t>BẢNG ĐÁP ÁN &amp; LỜI GIẢI CHI TIẾT</w:t>
      </w:r>
    </w:p>
    <w:p>
      <w:r>
        <w:rPr>
          <w:b/>
        </w:rPr>
        <w:t>Câu 1: Đáp án đúng: A</w:t>
      </w:r>
    </w:p>
    <w:p>
      <w:r>
        <w:rPr>
          <w:b/>
        </w:rPr>
        <w:t>Câu 2: Đáp án đúng: C</w:t>
      </w:r>
    </w:p>
    <w:p>
      <w:r>
        <w:rPr>
          <w:b/>
        </w:rPr>
        <w:t>Câu 3: Đáp án đúng: A</w:t>
      </w:r>
    </w:p>
    <w:p>
      <w:r>
        <w:rPr>
          <w:b/>
        </w:rPr>
        <w:t>Câu 4: Đáp án đúng: D</w:t>
      </w:r>
    </w:p>
    <w:p>
      <w:r>
        <w:rPr>
          <w:b/>
        </w:rPr>
        <w:t>Câu 5: Đáp án đúng: A</w:t>
      </w:r>
    </w:p>
    <w:p>
      <w:r>
        <w:rPr>
          <w:b/>
        </w:rPr>
        <w:t>Câu 6: Đáp án đúng: C</w:t>
      </w:r>
    </w:p>
    <w:p>
      <w:r>
        <w:rPr>
          <w:b/>
        </w:rPr>
        <w:t>Câu 7: Đáp án đúng: B</w:t>
      </w:r>
    </w:p>
    <w:p>
      <w:r>
        <w:rPr>
          <w:b/>
        </w:rPr>
        <w:t>Câu 8: Đáp án đúng: C</w:t>
      </w:r>
    </w:p>
    <w:p>
      <w:r>
        <w:rPr>
          <w:b/>
        </w:rPr>
        <w:t>Câu 9: Đáp án đúng: B</w:t>
      </w:r>
    </w:p>
    <w:p>
      <w:r>
        <w:rPr>
          <w:b/>
        </w:rPr>
        <w:t>Câu 10: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