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20phút</w:t>
      </w:r>
    </w:p>
    <w:p>
      <w:pPr>
        <w:jc w:val="center"/>
      </w:pPr>
      <w:r>
        <w:rPr>
          <w:sz w:val="22"/>
        </w:rPr>
        <w:t>Số câu: 100    Thời gian: _____ phút    Họ và tên: _________________________</w:t>
      </w:r>
    </w:p>
    <w:p/>
    <w:p>
      <w:r>
        <w:rPr>
          <w:b/>
          <w:sz w:val="24"/>
        </w:rPr>
        <w:t>Câu 1: 1 + 1 = 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2: 2 + 3 = 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3: 5 + 7 = 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11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13</w:t>
      </w:r>
    </w:p>
    <w:p/>
    <w:p>
      <w:r>
        <w:rPr>
          <w:b/>
          <w:sz w:val="24"/>
        </w:rPr>
        <w:t>Câu 4: 10 - 4 = 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5: 8 - 3 = 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6: 6 × 2 = 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14</w:t>
      </w:r>
    </w:p>
    <w:p>
      <w:pPr>
        <w:pStyle w:val="ListParagraph"/>
      </w:pPr>
      <w:r>
        <w:rPr>
          <w:sz w:val="22"/>
        </w:rPr>
        <w:t>D. 16</w:t>
      </w:r>
    </w:p>
    <w:p/>
    <w:p>
      <w:r>
        <w:rPr>
          <w:b/>
          <w:sz w:val="24"/>
        </w:rPr>
        <w:t>Câu 7: 4 × 3 = 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11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13</w:t>
      </w:r>
    </w:p>
    <w:p/>
    <w:p>
      <w:r>
        <w:rPr>
          <w:b/>
          <w:sz w:val="24"/>
        </w:rPr>
        <w:t>Câu 8: 12 ÷ 3 = 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9: 20 ÷ 4 = 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10: 9 + 6 = ?</w:t>
      </w:r>
    </w:p>
    <w:p>
      <w:pPr>
        <w:pStyle w:val="ListParagraph"/>
      </w:pPr>
      <w:r>
        <w:rPr>
          <w:sz w:val="22"/>
        </w:rPr>
        <w:t>A. 14</w:t>
      </w:r>
    </w:p>
    <w:p>
      <w:pPr>
        <w:pStyle w:val="ListParagraph"/>
      </w:pPr>
      <w:r>
        <w:rPr>
          <w:sz w:val="22"/>
        </w:rPr>
        <w:t>B. 15</w:t>
      </w:r>
    </w:p>
    <w:p>
      <w:pPr>
        <w:pStyle w:val="ListParagraph"/>
      </w:pPr>
      <w:r>
        <w:rPr>
          <w:sz w:val="22"/>
        </w:rPr>
        <w:t>C. 16</w:t>
      </w:r>
    </w:p>
    <w:p>
      <w:pPr>
        <w:pStyle w:val="ListParagraph"/>
      </w:pPr>
      <w:r>
        <w:rPr>
          <w:sz w:val="22"/>
        </w:rPr>
        <w:t>D. 17</w:t>
      </w:r>
    </w:p>
    <w:p/>
    <w:p>
      <w:r>
        <w:rPr>
          <w:b/>
          <w:sz w:val="24"/>
        </w:rPr>
        <w:t>Câu 11: 7 + 8 = ?</w:t>
      </w:r>
    </w:p>
    <w:p>
      <w:pPr>
        <w:pStyle w:val="ListParagraph"/>
      </w:pPr>
      <w:r>
        <w:rPr>
          <w:sz w:val="22"/>
        </w:rPr>
        <w:t>A. 14</w:t>
      </w:r>
    </w:p>
    <w:p>
      <w:pPr>
        <w:pStyle w:val="ListParagraph"/>
      </w:pPr>
      <w:r>
        <w:rPr>
          <w:sz w:val="22"/>
        </w:rPr>
        <w:t>B. 13</w:t>
      </w:r>
    </w:p>
    <w:p>
      <w:pPr>
        <w:pStyle w:val="ListParagraph"/>
      </w:pPr>
      <w:r>
        <w:rPr>
          <w:sz w:val="22"/>
        </w:rPr>
        <w:t>C. 15</w:t>
      </w:r>
    </w:p>
    <w:p>
      <w:pPr>
        <w:pStyle w:val="ListParagraph"/>
      </w:pPr>
      <w:r>
        <w:rPr>
          <w:sz w:val="22"/>
        </w:rPr>
        <w:t>D. 16</w:t>
      </w:r>
    </w:p>
    <w:p/>
    <w:p>
      <w:r>
        <w:rPr>
          <w:b/>
          <w:sz w:val="24"/>
        </w:rPr>
        <w:t>Câu 12: 15 - 7 = 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13: 11 + 4 = ?</w:t>
      </w:r>
    </w:p>
    <w:p>
      <w:pPr>
        <w:pStyle w:val="ListParagraph"/>
      </w:pPr>
      <w:r>
        <w:rPr>
          <w:sz w:val="22"/>
        </w:rPr>
        <w:t>A. 15</w:t>
      </w:r>
    </w:p>
    <w:p>
      <w:pPr>
        <w:pStyle w:val="ListParagraph"/>
      </w:pPr>
      <w:r>
        <w:rPr>
          <w:sz w:val="22"/>
        </w:rPr>
        <w:t>B. 14</w:t>
      </w:r>
    </w:p>
    <w:p>
      <w:pPr>
        <w:pStyle w:val="ListParagraph"/>
      </w:pPr>
      <w:r>
        <w:rPr>
          <w:sz w:val="22"/>
        </w:rPr>
        <w:t>C. 16</w:t>
      </w:r>
    </w:p>
    <w:p>
      <w:pPr>
        <w:pStyle w:val="ListParagraph"/>
      </w:pPr>
      <w:r>
        <w:rPr>
          <w:sz w:val="22"/>
        </w:rPr>
        <w:t>D. 17</w:t>
      </w:r>
    </w:p>
    <w:p/>
    <w:p>
      <w:r>
        <w:rPr>
          <w:b/>
          <w:sz w:val="24"/>
        </w:rPr>
        <w:t>Câu 14: 18 - 9 = 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11</w:t>
      </w:r>
    </w:p>
    <w:p/>
    <w:p>
      <w:r>
        <w:rPr>
          <w:b/>
          <w:sz w:val="24"/>
        </w:rPr>
        <w:t>Câu 15: 6 × 3 = ?</w:t>
      </w:r>
    </w:p>
    <w:p>
      <w:pPr>
        <w:pStyle w:val="ListParagraph"/>
      </w:pPr>
      <w:r>
        <w:rPr>
          <w:sz w:val="22"/>
        </w:rPr>
        <w:t>A. 15</w:t>
      </w:r>
    </w:p>
    <w:p>
      <w:pPr>
        <w:pStyle w:val="ListParagraph"/>
      </w:pPr>
      <w:r>
        <w:rPr>
          <w:sz w:val="22"/>
        </w:rPr>
        <w:t>B. 16</w:t>
      </w:r>
    </w:p>
    <w:p>
      <w:pPr>
        <w:pStyle w:val="ListParagraph"/>
      </w:pPr>
      <w:r>
        <w:rPr>
          <w:sz w:val="22"/>
        </w:rPr>
        <w:t>C. 18</w:t>
      </w:r>
    </w:p>
    <w:p>
      <w:pPr>
        <w:pStyle w:val="ListParagraph"/>
      </w:pPr>
      <w:r>
        <w:rPr>
          <w:sz w:val="22"/>
        </w:rPr>
        <w:t>D. 20</w:t>
      </w:r>
    </w:p>
    <w:p/>
    <w:p>
      <w:r>
        <w:rPr>
          <w:b/>
          <w:sz w:val="24"/>
        </w:rPr>
        <w:t>Câu 16: 24 ÷ 6 = 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17: 13 + 5 = ?</w:t>
      </w:r>
    </w:p>
    <w:p>
      <w:pPr>
        <w:pStyle w:val="ListParagraph"/>
      </w:pPr>
      <w:r>
        <w:rPr>
          <w:sz w:val="22"/>
        </w:rPr>
        <w:t>A. 18</w:t>
      </w:r>
    </w:p>
    <w:p>
      <w:pPr>
        <w:pStyle w:val="ListParagraph"/>
      </w:pPr>
      <w:r>
        <w:rPr>
          <w:sz w:val="22"/>
        </w:rPr>
        <w:t>B. 17</w:t>
      </w:r>
    </w:p>
    <w:p>
      <w:pPr>
        <w:pStyle w:val="ListParagraph"/>
      </w:pPr>
      <w:r>
        <w:rPr>
          <w:sz w:val="22"/>
        </w:rPr>
        <w:t>C. 19</w:t>
      </w:r>
    </w:p>
    <w:p>
      <w:pPr>
        <w:pStyle w:val="ListParagraph"/>
      </w:pPr>
      <w:r>
        <w:rPr>
          <w:sz w:val="22"/>
        </w:rPr>
        <w:t>D. 20</w:t>
      </w:r>
    </w:p>
    <w:p/>
    <w:p>
      <w:r>
        <w:rPr>
          <w:b/>
          <w:sz w:val="24"/>
        </w:rPr>
        <w:t>Câu 18: 14 - 6 = 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19: 9 + 9 = ?</w:t>
      </w:r>
    </w:p>
    <w:p>
      <w:pPr>
        <w:pStyle w:val="ListParagraph"/>
      </w:pPr>
      <w:r>
        <w:rPr>
          <w:sz w:val="22"/>
        </w:rPr>
        <w:t>A. 16</w:t>
      </w:r>
    </w:p>
    <w:p>
      <w:pPr>
        <w:pStyle w:val="ListParagraph"/>
      </w:pPr>
      <w:r>
        <w:rPr>
          <w:sz w:val="22"/>
        </w:rPr>
        <w:t>B. 17</w:t>
      </w:r>
    </w:p>
    <w:p>
      <w:pPr>
        <w:pStyle w:val="ListParagraph"/>
      </w:pPr>
      <w:r>
        <w:rPr>
          <w:sz w:val="22"/>
        </w:rPr>
        <w:t>C. 18</w:t>
      </w:r>
    </w:p>
    <w:p>
      <w:pPr>
        <w:pStyle w:val="ListParagraph"/>
      </w:pPr>
      <w:r>
        <w:rPr>
          <w:sz w:val="22"/>
        </w:rPr>
        <w:t>D. 19</w:t>
      </w:r>
    </w:p>
    <w:p/>
    <w:p>
      <w:r>
        <w:rPr>
          <w:b/>
          <w:sz w:val="24"/>
        </w:rPr>
        <w:t>Câu 20: 5 × 5 = ?</w:t>
      </w:r>
    </w:p>
    <w:p>
      <w:pPr>
        <w:pStyle w:val="ListParagraph"/>
      </w:pPr>
      <w:r>
        <w:rPr>
          <w:sz w:val="22"/>
        </w:rPr>
        <w:t>A. 20</w:t>
      </w:r>
    </w:p>
    <w:p>
      <w:pPr>
        <w:pStyle w:val="ListParagraph"/>
      </w:pPr>
      <w:r>
        <w:rPr>
          <w:sz w:val="22"/>
        </w:rPr>
        <w:t>B. 22</w:t>
      </w:r>
    </w:p>
    <w:p>
      <w:pPr>
        <w:pStyle w:val="ListParagraph"/>
      </w:pPr>
      <w:r>
        <w:rPr>
          <w:sz w:val="22"/>
        </w:rPr>
        <w:t>C. 24</w:t>
      </w:r>
    </w:p>
    <w:p>
      <w:pPr>
        <w:pStyle w:val="ListParagraph"/>
      </w:pPr>
      <w:r>
        <w:rPr>
          <w:sz w:val="22"/>
        </w:rPr>
        <w:t>D. 25</w:t>
      </w:r>
    </w:p>
    <w:p/>
    <w:p>
      <w:r>
        <w:rPr>
          <w:b/>
          <w:sz w:val="24"/>
        </w:rPr>
        <w:t>Câu 21: 30 ÷ 5 = 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22: 16 + 7 = ?</w:t>
      </w:r>
    </w:p>
    <w:p>
      <w:pPr>
        <w:pStyle w:val="ListParagraph"/>
      </w:pPr>
      <w:r>
        <w:rPr>
          <w:sz w:val="22"/>
        </w:rPr>
        <w:t>A. 22</w:t>
      </w:r>
    </w:p>
    <w:p>
      <w:pPr>
        <w:pStyle w:val="ListParagraph"/>
      </w:pPr>
      <w:r>
        <w:rPr>
          <w:sz w:val="22"/>
        </w:rPr>
        <w:t>B. 23</w:t>
      </w:r>
    </w:p>
    <w:p>
      <w:pPr>
        <w:pStyle w:val="ListParagraph"/>
      </w:pPr>
      <w:r>
        <w:rPr>
          <w:sz w:val="22"/>
        </w:rPr>
        <w:t>C. 24</w:t>
      </w:r>
    </w:p>
    <w:p>
      <w:pPr>
        <w:pStyle w:val="ListParagraph"/>
      </w:pPr>
      <w:r>
        <w:rPr>
          <w:sz w:val="22"/>
        </w:rPr>
        <w:t>D. 25</w:t>
      </w:r>
    </w:p>
    <w:p/>
    <w:p>
      <w:r>
        <w:rPr>
          <w:b/>
          <w:sz w:val="24"/>
        </w:rPr>
        <w:t>Câu 23: 21 - 8 = ?</w:t>
      </w:r>
    </w:p>
    <w:p>
      <w:pPr>
        <w:pStyle w:val="ListParagraph"/>
      </w:pPr>
      <w:r>
        <w:rPr>
          <w:sz w:val="22"/>
        </w:rPr>
        <w:t>A. 11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13</w:t>
      </w:r>
    </w:p>
    <w:p>
      <w:pPr>
        <w:pStyle w:val="ListParagraph"/>
      </w:pPr>
      <w:r>
        <w:rPr>
          <w:sz w:val="22"/>
        </w:rPr>
        <w:t>D. 14</w:t>
      </w:r>
    </w:p>
    <w:p/>
    <w:p>
      <w:r>
        <w:rPr>
          <w:b/>
          <w:sz w:val="24"/>
        </w:rPr>
        <w:t>Câu 24: 4 × 7 = ?</w:t>
      </w:r>
    </w:p>
    <w:p>
      <w:pPr>
        <w:pStyle w:val="ListParagraph"/>
      </w:pPr>
      <w:r>
        <w:rPr>
          <w:sz w:val="22"/>
        </w:rPr>
        <w:t>A. 24</w:t>
      </w:r>
    </w:p>
    <w:p>
      <w:pPr>
        <w:pStyle w:val="ListParagraph"/>
      </w:pPr>
      <w:r>
        <w:rPr>
          <w:sz w:val="22"/>
        </w:rPr>
        <w:t>B. 25</w:t>
      </w:r>
    </w:p>
    <w:p>
      <w:pPr>
        <w:pStyle w:val="ListParagraph"/>
      </w:pPr>
      <w:r>
        <w:rPr>
          <w:sz w:val="22"/>
        </w:rPr>
        <w:t>C. 27</w:t>
      </w:r>
    </w:p>
    <w:p>
      <w:pPr>
        <w:pStyle w:val="ListParagraph"/>
      </w:pPr>
      <w:r>
        <w:rPr>
          <w:sz w:val="22"/>
        </w:rPr>
        <w:t>D. 28</w:t>
      </w:r>
    </w:p>
    <w:p/>
    <w:p>
      <w:r>
        <w:rPr>
          <w:b/>
          <w:sz w:val="24"/>
        </w:rPr>
        <w:t>Câu 25: 36 ÷ 6 = 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26: 19 + 3 = ?</w:t>
      </w:r>
    </w:p>
    <w:p>
      <w:pPr>
        <w:pStyle w:val="ListParagraph"/>
      </w:pPr>
      <w:r>
        <w:rPr>
          <w:sz w:val="22"/>
        </w:rPr>
        <w:t>A. 21</w:t>
      </w:r>
    </w:p>
    <w:p>
      <w:pPr>
        <w:pStyle w:val="ListParagraph"/>
      </w:pPr>
      <w:r>
        <w:rPr>
          <w:sz w:val="22"/>
        </w:rPr>
        <w:t>B. 22</w:t>
      </w:r>
    </w:p>
    <w:p>
      <w:pPr>
        <w:pStyle w:val="ListParagraph"/>
      </w:pPr>
      <w:r>
        <w:rPr>
          <w:sz w:val="22"/>
        </w:rPr>
        <w:t>C. 23</w:t>
      </w:r>
    </w:p>
    <w:p>
      <w:pPr>
        <w:pStyle w:val="ListParagraph"/>
      </w:pPr>
      <w:r>
        <w:rPr>
          <w:sz w:val="22"/>
        </w:rPr>
        <w:t>D. 24</w:t>
      </w:r>
    </w:p>
    <w:p/>
    <w:p>
      <w:r>
        <w:rPr>
          <w:b/>
          <w:sz w:val="24"/>
        </w:rPr>
        <w:t>Câu 27: 25 - 9 = ?</w:t>
      </w:r>
    </w:p>
    <w:p>
      <w:pPr>
        <w:pStyle w:val="ListParagraph"/>
      </w:pPr>
      <w:r>
        <w:rPr>
          <w:sz w:val="22"/>
        </w:rPr>
        <w:t>A. 14</w:t>
      </w:r>
    </w:p>
    <w:p>
      <w:pPr>
        <w:pStyle w:val="ListParagraph"/>
      </w:pPr>
      <w:r>
        <w:rPr>
          <w:sz w:val="22"/>
        </w:rPr>
        <w:t>B. 15</w:t>
      </w:r>
    </w:p>
    <w:p>
      <w:pPr>
        <w:pStyle w:val="ListParagraph"/>
      </w:pPr>
      <w:r>
        <w:rPr>
          <w:sz w:val="22"/>
        </w:rPr>
        <w:t>C. 16</w:t>
      </w:r>
    </w:p>
    <w:p>
      <w:pPr>
        <w:pStyle w:val="ListParagraph"/>
      </w:pPr>
      <w:r>
        <w:rPr>
          <w:sz w:val="22"/>
        </w:rPr>
        <w:t>D. 17</w:t>
      </w:r>
    </w:p>
    <w:p/>
    <w:p>
      <w:r>
        <w:rPr>
          <w:b/>
          <w:sz w:val="24"/>
        </w:rPr>
        <w:t>Câu 28: 8 × 3 = ?</w:t>
      </w:r>
    </w:p>
    <w:p>
      <w:pPr>
        <w:pStyle w:val="ListParagraph"/>
      </w:pPr>
      <w:r>
        <w:rPr>
          <w:sz w:val="22"/>
        </w:rPr>
        <w:t>A. 21</w:t>
      </w:r>
    </w:p>
    <w:p>
      <w:pPr>
        <w:pStyle w:val="ListParagraph"/>
      </w:pPr>
      <w:r>
        <w:rPr>
          <w:sz w:val="22"/>
        </w:rPr>
        <w:t>B. 22</w:t>
      </w:r>
    </w:p>
    <w:p>
      <w:pPr>
        <w:pStyle w:val="ListParagraph"/>
      </w:pPr>
      <w:r>
        <w:rPr>
          <w:sz w:val="22"/>
        </w:rPr>
        <w:t>C. 23</w:t>
      </w:r>
    </w:p>
    <w:p>
      <w:pPr>
        <w:pStyle w:val="ListParagraph"/>
      </w:pPr>
      <w:r>
        <w:rPr>
          <w:sz w:val="22"/>
        </w:rPr>
        <w:t>D. 24</w:t>
      </w:r>
    </w:p>
    <w:p/>
    <w:p>
      <w:r>
        <w:rPr>
          <w:b/>
          <w:sz w:val="24"/>
        </w:rPr>
        <w:t>Câu 29: 42 ÷ 7 = 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30: 17 + 8 = ?</w:t>
      </w:r>
    </w:p>
    <w:p>
      <w:pPr>
        <w:pStyle w:val="ListParagraph"/>
      </w:pPr>
      <w:r>
        <w:rPr>
          <w:sz w:val="22"/>
        </w:rPr>
        <w:t>A. 24</w:t>
      </w:r>
    </w:p>
    <w:p>
      <w:pPr>
        <w:pStyle w:val="ListParagraph"/>
      </w:pPr>
      <w:r>
        <w:rPr>
          <w:sz w:val="22"/>
        </w:rPr>
        <w:t>B. 25</w:t>
      </w:r>
    </w:p>
    <w:p>
      <w:pPr>
        <w:pStyle w:val="ListParagraph"/>
      </w:pPr>
      <w:r>
        <w:rPr>
          <w:sz w:val="22"/>
        </w:rPr>
        <w:t>C. 26</w:t>
      </w:r>
    </w:p>
    <w:p>
      <w:pPr>
        <w:pStyle w:val="ListParagraph"/>
      </w:pPr>
      <w:r>
        <w:rPr>
          <w:sz w:val="22"/>
        </w:rPr>
        <w:t>D. 27</w:t>
      </w:r>
    </w:p>
    <w:p/>
    <w:p>
      <w:r>
        <w:rPr>
          <w:b/>
          <w:sz w:val="24"/>
        </w:rPr>
        <w:t>Câu 31: 32 - 15 = ?</w:t>
      </w:r>
    </w:p>
    <w:p>
      <w:pPr>
        <w:pStyle w:val="ListParagraph"/>
      </w:pPr>
      <w:r>
        <w:rPr>
          <w:sz w:val="22"/>
        </w:rPr>
        <w:t>A. 15</w:t>
      </w:r>
    </w:p>
    <w:p>
      <w:pPr>
        <w:pStyle w:val="ListParagraph"/>
      </w:pPr>
      <w:r>
        <w:rPr>
          <w:sz w:val="22"/>
        </w:rPr>
        <w:t>B. 16</w:t>
      </w:r>
    </w:p>
    <w:p>
      <w:pPr>
        <w:pStyle w:val="ListParagraph"/>
      </w:pPr>
      <w:r>
        <w:rPr>
          <w:sz w:val="22"/>
        </w:rPr>
        <w:t>C. 17</w:t>
      </w:r>
    </w:p>
    <w:p>
      <w:pPr>
        <w:pStyle w:val="ListParagraph"/>
      </w:pPr>
      <w:r>
        <w:rPr>
          <w:sz w:val="22"/>
        </w:rPr>
        <w:t>D. 18</w:t>
      </w:r>
    </w:p>
    <w:p/>
    <w:p>
      <w:r>
        <w:rPr>
          <w:b/>
          <w:sz w:val="24"/>
        </w:rPr>
        <w:t>Câu 32: 6 × 6 = ?</w:t>
      </w:r>
    </w:p>
    <w:p>
      <w:pPr>
        <w:pStyle w:val="ListParagraph"/>
      </w:pPr>
      <w:r>
        <w:rPr>
          <w:sz w:val="22"/>
        </w:rPr>
        <w:t>A. 30</w:t>
      </w:r>
    </w:p>
    <w:p>
      <w:pPr>
        <w:pStyle w:val="ListParagraph"/>
      </w:pPr>
      <w:r>
        <w:rPr>
          <w:sz w:val="22"/>
        </w:rPr>
        <w:t>B. 32</w:t>
      </w:r>
    </w:p>
    <w:p>
      <w:pPr>
        <w:pStyle w:val="ListParagraph"/>
      </w:pPr>
      <w:r>
        <w:rPr>
          <w:sz w:val="22"/>
        </w:rPr>
        <w:t>C. 34</w:t>
      </w:r>
    </w:p>
    <w:p>
      <w:pPr>
        <w:pStyle w:val="ListParagraph"/>
      </w:pPr>
      <w:r>
        <w:rPr>
          <w:sz w:val="22"/>
        </w:rPr>
        <w:t>D. 36</w:t>
      </w:r>
    </w:p>
    <w:p/>
    <w:p>
      <w:r>
        <w:rPr>
          <w:b/>
          <w:sz w:val="24"/>
        </w:rPr>
        <w:t>Câu 33: 48 ÷ 8 = 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34: 23 + 9 = ?</w:t>
      </w:r>
    </w:p>
    <w:p>
      <w:pPr>
        <w:pStyle w:val="ListParagraph"/>
      </w:pPr>
      <w:r>
        <w:rPr>
          <w:sz w:val="22"/>
        </w:rPr>
        <w:t>A. 31</w:t>
      </w:r>
    </w:p>
    <w:p>
      <w:pPr>
        <w:pStyle w:val="ListParagraph"/>
      </w:pPr>
      <w:r>
        <w:rPr>
          <w:sz w:val="22"/>
        </w:rPr>
        <w:t>B. 32</w:t>
      </w:r>
    </w:p>
    <w:p>
      <w:pPr>
        <w:pStyle w:val="ListParagraph"/>
      </w:pPr>
      <w:r>
        <w:rPr>
          <w:sz w:val="22"/>
        </w:rPr>
        <w:t>C. 33</w:t>
      </w:r>
    </w:p>
    <w:p>
      <w:pPr>
        <w:pStyle w:val="ListParagraph"/>
      </w:pPr>
      <w:r>
        <w:rPr>
          <w:sz w:val="22"/>
        </w:rPr>
        <w:t>D. 34</w:t>
      </w:r>
    </w:p>
    <w:p/>
    <w:p>
      <w:r>
        <w:rPr>
          <w:b/>
          <w:sz w:val="24"/>
        </w:rPr>
        <w:t>Câu 35: 40 - 18 = ?</w:t>
      </w:r>
    </w:p>
    <w:p>
      <w:pPr>
        <w:pStyle w:val="ListParagraph"/>
      </w:pPr>
      <w:r>
        <w:rPr>
          <w:sz w:val="22"/>
        </w:rPr>
        <w:t>A. 20</w:t>
      </w:r>
    </w:p>
    <w:p>
      <w:pPr>
        <w:pStyle w:val="ListParagraph"/>
      </w:pPr>
      <w:r>
        <w:rPr>
          <w:sz w:val="22"/>
        </w:rPr>
        <w:t>B. 21</w:t>
      </w:r>
    </w:p>
    <w:p>
      <w:pPr>
        <w:pStyle w:val="ListParagraph"/>
      </w:pPr>
      <w:r>
        <w:rPr>
          <w:sz w:val="22"/>
        </w:rPr>
        <w:t>C. 22</w:t>
      </w:r>
    </w:p>
    <w:p>
      <w:pPr>
        <w:pStyle w:val="ListParagraph"/>
      </w:pPr>
      <w:r>
        <w:rPr>
          <w:sz w:val="22"/>
        </w:rPr>
        <w:t>D. 23</w:t>
      </w:r>
    </w:p>
    <w:p/>
    <w:p>
      <w:r>
        <w:rPr>
          <w:b/>
          <w:sz w:val="24"/>
        </w:rPr>
        <w:t>Câu 36: 7 × 4 = ?</w:t>
      </w:r>
    </w:p>
    <w:p>
      <w:pPr>
        <w:pStyle w:val="ListParagraph"/>
      </w:pPr>
      <w:r>
        <w:rPr>
          <w:sz w:val="22"/>
        </w:rPr>
        <w:t>A. 24</w:t>
      </w:r>
    </w:p>
    <w:p>
      <w:pPr>
        <w:pStyle w:val="ListParagraph"/>
      </w:pPr>
      <w:r>
        <w:rPr>
          <w:sz w:val="22"/>
        </w:rPr>
        <w:t>B. 25</w:t>
      </w:r>
    </w:p>
    <w:p>
      <w:pPr>
        <w:pStyle w:val="ListParagraph"/>
      </w:pPr>
      <w:r>
        <w:rPr>
          <w:sz w:val="22"/>
        </w:rPr>
        <w:t>C. 27</w:t>
      </w:r>
    </w:p>
    <w:p>
      <w:pPr>
        <w:pStyle w:val="ListParagraph"/>
      </w:pPr>
      <w:r>
        <w:rPr>
          <w:sz w:val="22"/>
        </w:rPr>
        <w:t>D. 28</w:t>
      </w:r>
    </w:p>
    <w:p/>
    <w:p>
      <w:r>
        <w:rPr>
          <w:b/>
          <w:sz w:val="24"/>
        </w:rPr>
        <w:t>Câu 37: 54 ÷ 6 = ?</w:t>
      </w:r>
    </w:p>
    <w:p>
      <w:pPr>
        <w:pStyle w:val="ListParagraph"/>
      </w:pPr>
      <w:r>
        <w:rPr>
          <w:sz w:val="22"/>
        </w:rPr>
        <w:t>A. 9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11</w:t>
      </w:r>
    </w:p>
    <w:p/>
    <w:p>
      <w:r>
        <w:rPr>
          <w:b/>
          <w:sz w:val="24"/>
        </w:rPr>
        <w:t>Câu 38: 28 + 7 = ?</w:t>
      </w:r>
    </w:p>
    <w:p>
      <w:pPr>
        <w:pStyle w:val="ListParagraph"/>
      </w:pPr>
      <w:r>
        <w:rPr>
          <w:sz w:val="22"/>
        </w:rPr>
        <w:t>A. 34</w:t>
      </w:r>
    </w:p>
    <w:p>
      <w:pPr>
        <w:pStyle w:val="ListParagraph"/>
      </w:pPr>
      <w:r>
        <w:rPr>
          <w:sz w:val="22"/>
        </w:rPr>
        <w:t>B. 35</w:t>
      </w:r>
    </w:p>
    <w:p>
      <w:pPr>
        <w:pStyle w:val="ListParagraph"/>
      </w:pPr>
      <w:r>
        <w:rPr>
          <w:sz w:val="22"/>
        </w:rPr>
        <w:t>C. 36</w:t>
      </w:r>
    </w:p>
    <w:p>
      <w:pPr>
        <w:pStyle w:val="ListParagraph"/>
      </w:pPr>
      <w:r>
        <w:rPr>
          <w:sz w:val="22"/>
        </w:rPr>
        <w:t>D. 37</w:t>
      </w:r>
    </w:p>
    <w:p/>
    <w:p>
      <w:r>
        <w:rPr>
          <w:b/>
          <w:sz w:val="24"/>
        </w:rPr>
        <w:t>Câu 39: 45 - 19 = ?</w:t>
      </w:r>
    </w:p>
    <w:p>
      <w:pPr>
        <w:pStyle w:val="ListParagraph"/>
      </w:pPr>
      <w:r>
        <w:rPr>
          <w:sz w:val="22"/>
        </w:rPr>
        <w:t>A. 24</w:t>
      </w:r>
    </w:p>
    <w:p>
      <w:pPr>
        <w:pStyle w:val="ListParagraph"/>
      </w:pPr>
      <w:r>
        <w:rPr>
          <w:sz w:val="22"/>
        </w:rPr>
        <w:t>B. 25</w:t>
      </w:r>
    </w:p>
    <w:p>
      <w:pPr>
        <w:pStyle w:val="ListParagraph"/>
      </w:pPr>
      <w:r>
        <w:rPr>
          <w:sz w:val="22"/>
        </w:rPr>
        <w:t>C. 26</w:t>
      </w:r>
    </w:p>
    <w:p>
      <w:pPr>
        <w:pStyle w:val="ListParagraph"/>
      </w:pPr>
      <w:r>
        <w:rPr>
          <w:sz w:val="22"/>
        </w:rPr>
        <w:t>D. 27</w:t>
      </w:r>
    </w:p>
    <w:p/>
    <w:p>
      <w:r>
        <w:rPr>
          <w:b/>
          <w:sz w:val="24"/>
        </w:rPr>
        <w:t>Câu 40: 9 × 3 = ?</w:t>
      </w:r>
    </w:p>
    <w:p>
      <w:pPr>
        <w:pStyle w:val="ListParagraph"/>
      </w:pPr>
      <w:r>
        <w:rPr>
          <w:sz w:val="22"/>
        </w:rPr>
        <w:t>A. 24</w:t>
      </w:r>
    </w:p>
    <w:p>
      <w:pPr>
        <w:pStyle w:val="ListParagraph"/>
      </w:pPr>
      <w:r>
        <w:rPr>
          <w:sz w:val="22"/>
        </w:rPr>
        <w:t>B. 25</w:t>
      </w:r>
    </w:p>
    <w:p>
      <w:pPr>
        <w:pStyle w:val="ListParagraph"/>
      </w:pPr>
      <w:r>
        <w:rPr>
          <w:sz w:val="22"/>
        </w:rPr>
        <w:t>C. 26</w:t>
      </w:r>
    </w:p>
    <w:p>
      <w:pPr>
        <w:pStyle w:val="ListParagraph"/>
      </w:pPr>
      <w:r>
        <w:rPr>
          <w:sz w:val="22"/>
        </w:rPr>
        <w:t>D. 27</w:t>
      </w:r>
    </w:p>
    <w:p/>
    <w:p>
      <w:r>
        <w:rPr>
          <w:b/>
          <w:sz w:val="24"/>
        </w:rPr>
        <w:t>Câu 41: 63 ÷ 9 = 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42: 34 + 8 = ?</w:t>
      </w:r>
    </w:p>
    <w:p>
      <w:pPr>
        <w:pStyle w:val="ListParagraph"/>
      </w:pPr>
      <w:r>
        <w:rPr>
          <w:sz w:val="22"/>
        </w:rPr>
        <w:t>A. 41</w:t>
      </w:r>
    </w:p>
    <w:p>
      <w:pPr>
        <w:pStyle w:val="ListParagraph"/>
      </w:pPr>
      <w:r>
        <w:rPr>
          <w:sz w:val="22"/>
        </w:rPr>
        <w:t>B. 42</w:t>
      </w:r>
    </w:p>
    <w:p>
      <w:pPr>
        <w:pStyle w:val="ListParagraph"/>
      </w:pPr>
      <w:r>
        <w:rPr>
          <w:sz w:val="22"/>
        </w:rPr>
        <w:t>C. 43</w:t>
      </w:r>
    </w:p>
    <w:p>
      <w:pPr>
        <w:pStyle w:val="ListParagraph"/>
      </w:pPr>
      <w:r>
        <w:rPr>
          <w:sz w:val="22"/>
        </w:rPr>
        <w:t>D. 44</w:t>
      </w:r>
    </w:p>
    <w:p/>
    <w:p>
      <w:r>
        <w:rPr>
          <w:b/>
          <w:sz w:val="24"/>
        </w:rPr>
        <w:t>Câu 43: 50 - 23 = ?</w:t>
      </w:r>
    </w:p>
    <w:p>
      <w:pPr>
        <w:pStyle w:val="ListParagraph"/>
      </w:pPr>
      <w:r>
        <w:rPr>
          <w:sz w:val="22"/>
        </w:rPr>
        <w:t>A. 25</w:t>
      </w:r>
    </w:p>
    <w:p>
      <w:pPr>
        <w:pStyle w:val="ListParagraph"/>
      </w:pPr>
      <w:r>
        <w:rPr>
          <w:sz w:val="22"/>
        </w:rPr>
        <w:t>B. 26</w:t>
      </w:r>
    </w:p>
    <w:p>
      <w:pPr>
        <w:pStyle w:val="ListParagraph"/>
      </w:pPr>
      <w:r>
        <w:rPr>
          <w:sz w:val="22"/>
        </w:rPr>
        <w:t>C. 27</w:t>
      </w:r>
    </w:p>
    <w:p>
      <w:pPr>
        <w:pStyle w:val="ListParagraph"/>
      </w:pPr>
      <w:r>
        <w:rPr>
          <w:sz w:val="22"/>
        </w:rPr>
        <w:t>D. 28</w:t>
      </w:r>
    </w:p>
    <w:p/>
    <w:p>
      <w:r>
        <w:rPr>
          <w:b/>
          <w:sz w:val="24"/>
        </w:rPr>
        <w:t>Câu 44: 5 × 8 = ?</w:t>
      </w:r>
    </w:p>
    <w:p>
      <w:pPr>
        <w:pStyle w:val="ListParagraph"/>
      </w:pPr>
      <w:r>
        <w:rPr>
          <w:sz w:val="22"/>
        </w:rPr>
        <w:t>A. 35</w:t>
      </w:r>
    </w:p>
    <w:p>
      <w:pPr>
        <w:pStyle w:val="ListParagraph"/>
      </w:pPr>
      <w:r>
        <w:rPr>
          <w:sz w:val="22"/>
        </w:rPr>
        <w:t>B. 36</w:t>
      </w:r>
    </w:p>
    <w:p>
      <w:pPr>
        <w:pStyle w:val="ListParagraph"/>
      </w:pPr>
      <w:r>
        <w:rPr>
          <w:sz w:val="22"/>
        </w:rPr>
        <w:t>C. 38</w:t>
      </w:r>
    </w:p>
    <w:p>
      <w:pPr>
        <w:pStyle w:val="ListParagraph"/>
      </w:pPr>
      <w:r>
        <w:rPr>
          <w:sz w:val="22"/>
        </w:rPr>
        <w:t>D. 40</w:t>
      </w:r>
    </w:p>
    <w:p/>
    <w:p>
      <w:r>
        <w:rPr>
          <w:b/>
          <w:sz w:val="24"/>
        </w:rPr>
        <w:t>Câu 45: 72 ÷ 8 = ?</w:t>
      </w:r>
    </w:p>
    <w:p>
      <w:pPr>
        <w:pStyle w:val="ListParagraph"/>
      </w:pPr>
      <w:r>
        <w:rPr>
          <w:sz w:val="22"/>
        </w:rPr>
        <w:t>A. 9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11</w:t>
      </w:r>
    </w:p>
    <w:p/>
    <w:p>
      <w:r>
        <w:rPr>
          <w:b/>
          <w:sz w:val="24"/>
        </w:rPr>
        <w:t>Câu 46: 39 + 6 = ?</w:t>
      </w:r>
    </w:p>
    <w:p>
      <w:pPr>
        <w:pStyle w:val="ListParagraph"/>
      </w:pPr>
      <w:r>
        <w:rPr>
          <w:sz w:val="22"/>
        </w:rPr>
        <w:t>A. 44</w:t>
      </w:r>
    </w:p>
    <w:p>
      <w:pPr>
        <w:pStyle w:val="ListParagraph"/>
      </w:pPr>
      <w:r>
        <w:rPr>
          <w:sz w:val="22"/>
        </w:rPr>
        <w:t>B. 45</w:t>
      </w:r>
    </w:p>
    <w:p>
      <w:pPr>
        <w:pStyle w:val="ListParagraph"/>
      </w:pPr>
      <w:r>
        <w:rPr>
          <w:sz w:val="22"/>
        </w:rPr>
        <w:t>C. 46</w:t>
      </w:r>
    </w:p>
    <w:p>
      <w:pPr>
        <w:pStyle w:val="ListParagraph"/>
      </w:pPr>
      <w:r>
        <w:rPr>
          <w:sz w:val="22"/>
        </w:rPr>
        <w:t>D. 47</w:t>
      </w:r>
    </w:p>
    <w:p/>
    <w:p>
      <w:r>
        <w:rPr>
          <w:b/>
          <w:sz w:val="24"/>
        </w:rPr>
        <w:t>Câu 47: 60 - 27 = ?</w:t>
      </w:r>
    </w:p>
    <w:p>
      <w:pPr>
        <w:pStyle w:val="ListParagraph"/>
      </w:pPr>
      <w:r>
        <w:rPr>
          <w:sz w:val="22"/>
        </w:rPr>
        <w:t>A. 31</w:t>
      </w:r>
    </w:p>
    <w:p>
      <w:pPr>
        <w:pStyle w:val="ListParagraph"/>
      </w:pPr>
      <w:r>
        <w:rPr>
          <w:sz w:val="22"/>
        </w:rPr>
        <w:t>B. 32</w:t>
      </w:r>
    </w:p>
    <w:p>
      <w:pPr>
        <w:pStyle w:val="ListParagraph"/>
      </w:pPr>
      <w:r>
        <w:rPr>
          <w:sz w:val="22"/>
        </w:rPr>
        <w:t>C. 33</w:t>
      </w:r>
    </w:p>
    <w:p>
      <w:pPr>
        <w:pStyle w:val="ListParagraph"/>
      </w:pPr>
      <w:r>
        <w:rPr>
          <w:sz w:val="22"/>
        </w:rPr>
        <w:t>D. 34</w:t>
      </w:r>
    </w:p>
    <w:p/>
    <w:p>
      <w:r>
        <w:rPr>
          <w:b/>
          <w:sz w:val="24"/>
        </w:rPr>
        <w:t>Câu 48: 6 × 7 = ?</w:t>
      </w:r>
    </w:p>
    <w:p>
      <w:pPr>
        <w:pStyle w:val="ListParagraph"/>
      </w:pPr>
      <w:r>
        <w:rPr>
          <w:sz w:val="22"/>
        </w:rPr>
        <w:t>A. 36</w:t>
      </w:r>
    </w:p>
    <w:p>
      <w:pPr>
        <w:pStyle w:val="ListParagraph"/>
      </w:pPr>
      <w:r>
        <w:rPr>
          <w:sz w:val="22"/>
        </w:rPr>
        <w:t>B. 38</w:t>
      </w:r>
    </w:p>
    <w:p>
      <w:pPr>
        <w:pStyle w:val="ListParagraph"/>
      </w:pPr>
      <w:r>
        <w:rPr>
          <w:sz w:val="22"/>
        </w:rPr>
        <w:t>C. 40</w:t>
      </w:r>
    </w:p>
    <w:p>
      <w:pPr>
        <w:pStyle w:val="ListParagraph"/>
      </w:pPr>
      <w:r>
        <w:rPr>
          <w:sz w:val="22"/>
        </w:rPr>
        <w:t>D. 42</w:t>
      </w:r>
    </w:p>
    <w:p/>
    <w:p>
      <w:r>
        <w:rPr>
          <w:b/>
          <w:sz w:val="24"/>
        </w:rPr>
        <w:t>Câu 49: 81 ÷ 9 = ?</w:t>
      </w:r>
    </w:p>
    <w:p>
      <w:pPr>
        <w:pStyle w:val="ListParagraph"/>
      </w:pPr>
      <w:r>
        <w:rPr>
          <w:sz w:val="22"/>
        </w:rPr>
        <w:t>A. 9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11</w:t>
      </w:r>
    </w:p>
    <w:p/>
    <w:p>
      <w:r>
        <w:rPr>
          <w:b/>
          <w:sz w:val="24"/>
        </w:rPr>
        <w:t>Câu 50: 47 + 5 = ?</w:t>
      </w:r>
    </w:p>
    <w:p>
      <w:pPr>
        <w:pStyle w:val="ListParagraph"/>
      </w:pPr>
      <w:r>
        <w:rPr>
          <w:sz w:val="22"/>
        </w:rPr>
        <w:t>A. 51</w:t>
      </w:r>
    </w:p>
    <w:p>
      <w:pPr>
        <w:pStyle w:val="ListParagraph"/>
      </w:pPr>
      <w:r>
        <w:rPr>
          <w:sz w:val="22"/>
        </w:rPr>
        <w:t>B. 52</w:t>
      </w:r>
    </w:p>
    <w:p>
      <w:pPr>
        <w:pStyle w:val="ListParagraph"/>
      </w:pPr>
      <w:r>
        <w:rPr>
          <w:sz w:val="22"/>
        </w:rPr>
        <w:t>C. 53</w:t>
      </w:r>
    </w:p>
    <w:p>
      <w:pPr>
        <w:pStyle w:val="ListParagraph"/>
      </w:pPr>
      <w:r>
        <w:rPr>
          <w:sz w:val="22"/>
        </w:rPr>
        <w:t>D. 54</w:t>
      </w:r>
    </w:p>
    <w:p/>
    <w:p>
      <w:r>
        <w:rPr>
          <w:b/>
          <w:sz w:val="24"/>
        </w:rPr>
        <w:t>Câu 51: 70 - 34 = ?</w:t>
      </w:r>
    </w:p>
    <w:p>
      <w:pPr>
        <w:pStyle w:val="ListParagraph"/>
      </w:pPr>
      <w:r>
        <w:rPr>
          <w:sz w:val="22"/>
        </w:rPr>
        <w:t>A. 34</w:t>
      </w:r>
    </w:p>
    <w:p>
      <w:pPr>
        <w:pStyle w:val="ListParagraph"/>
      </w:pPr>
      <w:r>
        <w:rPr>
          <w:sz w:val="22"/>
        </w:rPr>
        <w:t>B. 35</w:t>
      </w:r>
    </w:p>
    <w:p>
      <w:pPr>
        <w:pStyle w:val="ListParagraph"/>
      </w:pPr>
      <w:r>
        <w:rPr>
          <w:sz w:val="22"/>
        </w:rPr>
        <w:t>C. 36</w:t>
      </w:r>
    </w:p>
    <w:p>
      <w:pPr>
        <w:pStyle w:val="ListParagraph"/>
      </w:pPr>
      <w:r>
        <w:rPr>
          <w:sz w:val="22"/>
        </w:rPr>
        <w:t>D. 37</w:t>
      </w:r>
    </w:p>
    <w:p/>
    <w:p>
      <w:r>
        <w:rPr>
          <w:b/>
          <w:sz w:val="24"/>
        </w:rPr>
        <w:t>Câu 52: 8 × 6 = ?</w:t>
      </w:r>
    </w:p>
    <w:p>
      <w:pPr>
        <w:pStyle w:val="ListParagraph"/>
      </w:pPr>
      <w:r>
        <w:rPr>
          <w:sz w:val="22"/>
        </w:rPr>
        <w:t>A. 42</w:t>
      </w:r>
    </w:p>
    <w:p>
      <w:pPr>
        <w:pStyle w:val="ListParagraph"/>
      </w:pPr>
      <w:r>
        <w:rPr>
          <w:sz w:val="22"/>
        </w:rPr>
        <w:t>B. 44</w:t>
      </w:r>
    </w:p>
    <w:p>
      <w:pPr>
        <w:pStyle w:val="ListParagraph"/>
      </w:pPr>
      <w:r>
        <w:rPr>
          <w:sz w:val="22"/>
        </w:rPr>
        <w:t>C. 46</w:t>
      </w:r>
    </w:p>
    <w:p>
      <w:pPr>
        <w:pStyle w:val="ListParagraph"/>
      </w:pPr>
      <w:r>
        <w:rPr>
          <w:sz w:val="22"/>
        </w:rPr>
        <w:t>D. 48</w:t>
      </w:r>
    </w:p>
    <w:p/>
    <w:p>
      <w:r>
        <w:rPr>
          <w:b/>
          <w:sz w:val="24"/>
        </w:rPr>
        <w:t>Câu 53: 90 ÷ 10 = ?</w:t>
      </w:r>
    </w:p>
    <w:p>
      <w:pPr>
        <w:pStyle w:val="ListParagraph"/>
      </w:pPr>
      <w:r>
        <w:rPr>
          <w:sz w:val="22"/>
        </w:rPr>
        <w:t>A. 9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11</w:t>
      </w:r>
    </w:p>
    <w:p/>
    <w:p>
      <w:r>
        <w:rPr>
          <w:b/>
          <w:sz w:val="24"/>
        </w:rPr>
        <w:t>Câu 54: 53 + 9 = ?</w:t>
      </w:r>
    </w:p>
    <w:p>
      <w:pPr>
        <w:pStyle w:val="ListParagraph"/>
      </w:pPr>
      <w:r>
        <w:rPr>
          <w:sz w:val="22"/>
        </w:rPr>
        <w:t>A. 61</w:t>
      </w:r>
    </w:p>
    <w:p>
      <w:pPr>
        <w:pStyle w:val="ListParagraph"/>
      </w:pPr>
      <w:r>
        <w:rPr>
          <w:sz w:val="22"/>
        </w:rPr>
        <w:t>B. 62</w:t>
      </w:r>
    </w:p>
    <w:p>
      <w:pPr>
        <w:pStyle w:val="ListParagraph"/>
      </w:pPr>
      <w:r>
        <w:rPr>
          <w:sz w:val="22"/>
        </w:rPr>
        <w:t>C. 63</w:t>
      </w:r>
    </w:p>
    <w:p>
      <w:pPr>
        <w:pStyle w:val="ListParagraph"/>
      </w:pPr>
      <w:r>
        <w:rPr>
          <w:sz w:val="22"/>
        </w:rPr>
        <w:t>D. 64</w:t>
      </w:r>
    </w:p>
    <w:p/>
    <w:p>
      <w:r>
        <w:rPr>
          <w:b/>
          <w:sz w:val="24"/>
        </w:rPr>
        <w:t>Câu 55: 80 - 45 = ?</w:t>
      </w:r>
    </w:p>
    <w:p>
      <w:pPr>
        <w:pStyle w:val="ListParagraph"/>
      </w:pPr>
      <w:r>
        <w:rPr>
          <w:sz w:val="22"/>
        </w:rPr>
        <w:t>A. 33</w:t>
      </w:r>
    </w:p>
    <w:p>
      <w:pPr>
        <w:pStyle w:val="ListParagraph"/>
      </w:pPr>
      <w:r>
        <w:rPr>
          <w:sz w:val="22"/>
        </w:rPr>
        <w:t>B. 34</w:t>
      </w:r>
    </w:p>
    <w:p>
      <w:pPr>
        <w:pStyle w:val="ListParagraph"/>
      </w:pPr>
      <w:r>
        <w:rPr>
          <w:sz w:val="22"/>
        </w:rPr>
        <w:t>C. 35</w:t>
      </w:r>
    </w:p>
    <w:p>
      <w:pPr>
        <w:pStyle w:val="ListParagraph"/>
      </w:pPr>
      <w:r>
        <w:rPr>
          <w:sz w:val="22"/>
        </w:rPr>
        <w:t>D. 36</w:t>
      </w:r>
    </w:p>
    <w:p/>
    <w:p>
      <w:r>
        <w:rPr>
          <w:b/>
          <w:sz w:val="24"/>
        </w:rPr>
        <w:t>Câu 56: 7 × 7 = ?</w:t>
      </w:r>
    </w:p>
    <w:p>
      <w:pPr>
        <w:pStyle w:val="ListParagraph"/>
      </w:pPr>
      <w:r>
        <w:rPr>
          <w:sz w:val="22"/>
        </w:rPr>
        <w:t>A. 42</w:t>
      </w:r>
    </w:p>
    <w:p>
      <w:pPr>
        <w:pStyle w:val="ListParagraph"/>
      </w:pPr>
      <w:r>
        <w:rPr>
          <w:sz w:val="22"/>
        </w:rPr>
        <w:t>B. 45</w:t>
      </w:r>
    </w:p>
    <w:p>
      <w:pPr>
        <w:pStyle w:val="ListParagraph"/>
      </w:pPr>
      <w:r>
        <w:rPr>
          <w:sz w:val="22"/>
        </w:rPr>
        <w:t>C. 48</w:t>
      </w:r>
    </w:p>
    <w:p>
      <w:pPr>
        <w:pStyle w:val="ListParagraph"/>
      </w:pPr>
      <w:r>
        <w:rPr>
          <w:sz w:val="22"/>
        </w:rPr>
        <w:t>D. 49</w:t>
      </w:r>
    </w:p>
    <w:p/>
    <w:p>
      <w:r>
        <w:rPr>
          <w:b/>
          <w:sz w:val="24"/>
        </w:rPr>
        <w:t>Câu 57: 100 ÷ 10 = 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11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58: 64 + 8 = ?</w:t>
      </w:r>
    </w:p>
    <w:p>
      <w:pPr>
        <w:pStyle w:val="ListParagraph"/>
      </w:pPr>
      <w:r>
        <w:rPr>
          <w:sz w:val="22"/>
        </w:rPr>
        <w:t>A. 71</w:t>
      </w:r>
    </w:p>
    <w:p>
      <w:pPr>
        <w:pStyle w:val="ListParagraph"/>
      </w:pPr>
      <w:r>
        <w:rPr>
          <w:sz w:val="22"/>
        </w:rPr>
        <w:t>B. 72</w:t>
      </w:r>
    </w:p>
    <w:p>
      <w:pPr>
        <w:pStyle w:val="ListParagraph"/>
      </w:pPr>
      <w:r>
        <w:rPr>
          <w:sz w:val="22"/>
        </w:rPr>
        <w:t>C. 73</w:t>
      </w:r>
    </w:p>
    <w:p>
      <w:pPr>
        <w:pStyle w:val="ListParagraph"/>
      </w:pPr>
      <w:r>
        <w:rPr>
          <w:sz w:val="22"/>
        </w:rPr>
        <w:t>D. 74</w:t>
      </w:r>
    </w:p>
    <w:p/>
    <w:p>
      <w:r>
        <w:rPr>
          <w:b/>
          <w:sz w:val="24"/>
        </w:rPr>
        <w:t>Câu 59: 90 - 56 = ?</w:t>
      </w:r>
    </w:p>
    <w:p>
      <w:pPr>
        <w:pStyle w:val="ListParagraph"/>
      </w:pPr>
      <w:r>
        <w:rPr>
          <w:sz w:val="22"/>
        </w:rPr>
        <w:t>A. 32</w:t>
      </w:r>
    </w:p>
    <w:p>
      <w:pPr>
        <w:pStyle w:val="ListParagraph"/>
      </w:pPr>
      <w:r>
        <w:rPr>
          <w:sz w:val="22"/>
        </w:rPr>
        <w:t>B. 33</w:t>
      </w:r>
    </w:p>
    <w:p>
      <w:pPr>
        <w:pStyle w:val="ListParagraph"/>
      </w:pPr>
      <w:r>
        <w:rPr>
          <w:sz w:val="22"/>
        </w:rPr>
        <w:t>C. 34</w:t>
      </w:r>
    </w:p>
    <w:p>
      <w:pPr>
        <w:pStyle w:val="ListParagraph"/>
      </w:pPr>
      <w:r>
        <w:rPr>
          <w:sz w:val="22"/>
        </w:rPr>
        <w:t>D. 35</w:t>
      </w:r>
    </w:p>
    <w:p/>
    <w:p>
      <w:r>
        <w:rPr>
          <w:b/>
          <w:sz w:val="24"/>
        </w:rPr>
        <w:t>Câu 60: 9 × 8 = ?</w:t>
      </w:r>
    </w:p>
    <w:p>
      <w:pPr>
        <w:pStyle w:val="ListParagraph"/>
      </w:pPr>
      <w:r>
        <w:rPr>
          <w:sz w:val="22"/>
        </w:rPr>
        <w:t>A. 64</w:t>
      </w:r>
    </w:p>
    <w:p>
      <w:pPr>
        <w:pStyle w:val="ListParagraph"/>
      </w:pPr>
      <w:r>
        <w:rPr>
          <w:sz w:val="22"/>
        </w:rPr>
        <w:t>B. 68</w:t>
      </w:r>
    </w:p>
    <w:p>
      <w:pPr>
        <w:pStyle w:val="ListParagraph"/>
      </w:pPr>
      <w:r>
        <w:rPr>
          <w:sz w:val="22"/>
        </w:rPr>
        <w:t>C. 70</w:t>
      </w:r>
    </w:p>
    <w:p>
      <w:pPr>
        <w:pStyle w:val="ListParagraph"/>
      </w:pPr>
      <w:r>
        <w:rPr>
          <w:sz w:val="22"/>
        </w:rPr>
        <w:t>D. 72</w:t>
      </w:r>
    </w:p>
    <w:p/>
    <w:p>
      <w:r>
        <w:rPr>
          <w:b/>
          <w:sz w:val="24"/>
        </w:rPr>
        <w:t>Câu 61: 110 ÷ 11 = 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11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62: 76 + 7 = ?</w:t>
      </w:r>
    </w:p>
    <w:p>
      <w:pPr>
        <w:pStyle w:val="ListParagraph"/>
      </w:pPr>
      <w:r>
        <w:rPr>
          <w:sz w:val="22"/>
        </w:rPr>
        <w:t>A. 82</w:t>
      </w:r>
    </w:p>
    <w:p>
      <w:pPr>
        <w:pStyle w:val="ListParagraph"/>
      </w:pPr>
      <w:r>
        <w:rPr>
          <w:sz w:val="22"/>
        </w:rPr>
        <w:t>B. 83</w:t>
      </w:r>
    </w:p>
    <w:p>
      <w:pPr>
        <w:pStyle w:val="ListParagraph"/>
      </w:pPr>
      <w:r>
        <w:rPr>
          <w:sz w:val="22"/>
        </w:rPr>
        <w:t>C. 84</w:t>
      </w:r>
    </w:p>
    <w:p>
      <w:pPr>
        <w:pStyle w:val="ListParagraph"/>
      </w:pPr>
      <w:r>
        <w:rPr>
          <w:sz w:val="22"/>
        </w:rPr>
        <w:t>D. 85</w:t>
      </w:r>
    </w:p>
    <w:p/>
    <w:p>
      <w:r>
        <w:rPr>
          <w:b/>
          <w:sz w:val="24"/>
        </w:rPr>
        <w:t>Câu 63: 100 - 67 = ?</w:t>
      </w:r>
    </w:p>
    <w:p>
      <w:pPr>
        <w:pStyle w:val="ListParagraph"/>
      </w:pPr>
      <w:r>
        <w:rPr>
          <w:sz w:val="22"/>
        </w:rPr>
        <w:t>A. 31</w:t>
      </w:r>
    </w:p>
    <w:p>
      <w:pPr>
        <w:pStyle w:val="ListParagraph"/>
      </w:pPr>
      <w:r>
        <w:rPr>
          <w:sz w:val="22"/>
        </w:rPr>
        <w:t>B. 32</w:t>
      </w:r>
    </w:p>
    <w:p>
      <w:pPr>
        <w:pStyle w:val="ListParagraph"/>
      </w:pPr>
      <w:r>
        <w:rPr>
          <w:sz w:val="22"/>
        </w:rPr>
        <w:t>C. 33</w:t>
      </w:r>
    </w:p>
    <w:p>
      <w:pPr>
        <w:pStyle w:val="ListParagraph"/>
      </w:pPr>
      <w:r>
        <w:rPr>
          <w:sz w:val="22"/>
        </w:rPr>
        <w:t>D. 34</w:t>
      </w:r>
    </w:p>
    <w:p/>
    <w:p>
      <w:r>
        <w:rPr>
          <w:b/>
          <w:sz w:val="24"/>
        </w:rPr>
        <w:t>Câu 64: 12 × 3 = ?</w:t>
      </w:r>
    </w:p>
    <w:p>
      <w:pPr>
        <w:pStyle w:val="ListParagraph"/>
      </w:pPr>
      <w:r>
        <w:rPr>
          <w:sz w:val="22"/>
        </w:rPr>
        <w:t>A. 30</w:t>
      </w:r>
    </w:p>
    <w:p>
      <w:pPr>
        <w:pStyle w:val="ListParagraph"/>
      </w:pPr>
      <w:r>
        <w:rPr>
          <w:sz w:val="22"/>
        </w:rPr>
        <w:t>B. 32</w:t>
      </w:r>
    </w:p>
    <w:p>
      <w:pPr>
        <w:pStyle w:val="ListParagraph"/>
      </w:pPr>
      <w:r>
        <w:rPr>
          <w:sz w:val="22"/>
        </w:rPr>
        <w:t>C. 34</w:t>
      </w:r>
    </w:p>
    <w:p>
      <w:pPr>
        <w:pStyle w:val="ListParagraph"/>
      </w:pPr>
      <w:r>
        <w:rPr>
          <w:sz w:val="22"/>
        </w:rPr>
        <w:t>D. 36</w:t>
      </w:r>
    </w:p>
    <w:p/>
    <w:p>
      <w:r>
        <w:rPr>
          <w:b/>
          <w:sz w:val="24"/>
        </w:rPr>
        <w:t>Câu 65: 121 ÷ 11 = ?</w:t>
      </w:r>
    </w:p>
    <w:p>
      <w:pPr>
        <w:pStyle w:val="ListParagraph"/>
      </w:pPr>
      <w:r>
        <w:rPr>
          <w:sz w:val="22"/>
        </w:rPr>
        <w:t>A. 11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13</w:t>
      </w:r>
    </w:p>
    <w:p/>
    <w:p>
      <w:r>
        <w:rPr>
          <w:b/>
          <w:sz w:val="24"/>
        </w:rPr>
        <w:t>Câu 66: 85 + 9 = ?</w:t>
      </w:r>
    </w:p>
    <w:p>
      <w:pPr>
        <w:pStyle w:val="ListParagraph"/>
      </w:pPr>
      <w:r>
        <w:rPr>
          <w:sz w:val="22"/>
        </w:rPr>
        <w:t>A. 93</w:t>
      </w:r>
    </w:p>
    <w:p>
      <w:pPr>
        <w:pStyle w:val="ListParagraph"/>
      </w:pPr>
      <w:r>
        <w:rPr>
          <w:sz w:val="22"/>
        </w:rPr>
        <w:t>B. 94</w:t>
      </w:r>
    </w:p>
    <w:p>
      <w:pPr>
        <w:pStyle w:val="ListParagraph"/>
      </w:pPr>
      <w:r>
        <w:rPr>
          <w:sz w:val="22"/>
        </w:rPr>
        <w:t>C. 95</w:t>
      </w:r>
    </w:p>
    <w:p>
      <w:pPr>
        <w:pStyle w:val="ListParagraph"/>
      </w:pPr>
      <w:r>
        <w:rPr>
          <w:sz w:val="22"/>
        </w:rPr>
        <w:t>D. 96</w:t>
      </w:r>
    </w:p>
    <w:p/>
    <w:p>
      <w:r>
        <w:rPr>
          <w:b/>
          <w:sz w:val="24"/>
        </w:rPr>
        <w:t>Câu 67: 120 - 78 = ?</w:t>
      </w:r>
    </w:p>
    <w:p>
      <w:pPr>
        <w:pStyle w:val="ListParagraph"/>
      </w:pPr>
      <w:r>
        <w:rPr>
          <w:sz w:val="22"/>
        </w:rPr>
        <w:t>A. 40</w:t>
      </w:r>
    </w:p>
    <w:p>
      <w:pPr>
        <w:pStyle w:val="ListParagraph"/>
      </w:pPr>
      <w:r>
        <w:rPr>
          <w:sz w:val="22"/>
        </w:rPr>
        <w:t>B. 41</w:t>
      </w:r>
    </w:p>
    <w:p>
      <w:pPr>
        <w:pStyle w:val="ListParagraph"/>
      </w:pPr>
      <w:r>
        <w:rPr>
          <w:sz w:val="22"/>
        </w:rPr>
        <w:t>C. 42</w:t>
      </w:r>
    </w:p>
    <w:p>
      <w:pPr>
        <w:pStyle w:val="ListParagraph"/>
      </w:pPr>
      <w:r>
        <w:rPr>
          <w:sz w:val="22"/>
        </w:rPr>
        <w:t>D. 43</w:t>
      </w:r>
    </w:p>
    <w:p/>
    <w:p>
      <w:r>
        <w:rPr>
          <w:b/>
          <w:sz w:val="24"/>
        </w:rPr>
        <w:t>Câu 68: 11 × 4 = ?</w:t>
      </w:r>
    </w:p>
    <w:p>
      <w:pPr>
        <w:pStyle w:val="ListParagraph"/>
      </w:pPr>
      <w:r>
        <w:rPr>
          <w:sz w:val="22"/>
        </w:rPr>
        <w:t>A. 40</w:t>
      </w:r>
    </w:p>
    <w:p>
      <w:pPr>
        <w:pStyle w:val="ListParagraph"/>
      </w:pPr>
      <w:r>
        <w:rPr>
          <w:sz w:val="22"/>
        </w:rPr>
        <w:t>B. 41</w:t>
      </w:r>
    </w:p>
    <w:p>
      <w:pPr>
        <w:pStyle w:val="ListParagraph"/>
      </w:pPr>
      <w:r>
        <w:rPr>
          <w:sz w:val="22"/>
        </w:rPr>
        <w:t>C. 42</w:t>
      </w:r>
    </w:p>
    <w:p>
      <w:pPr>
        <w:pStyle w:val="ListParagraph"/>
      </w:pPr>
      <w:r>
        <w:rPr>
          <w:sz w:val="22"/>
        </w:rPr>
        <w:t>D. 44</w:t>
      </w:r>
    </w:p>
    <w:p/>
    <w:p>
      <w:r>
        <w:rPr>
          <w:b/>
          <w:sz w:val="24"/>
        </w:rPr>
        <w:t>Câu 69: 144 ÷ 12 = ?</w:t>
      </w:r>
    </w:p>
    <w:p>
      <w:pPr>
        <w:pStyle w:val="ListParagraph"/>
      </w:pPr>
      <w:r>
        <w:rPr>
          <w:sz w:val="22"/>
        </w:rPr>
        <w:t>A. 12</w:t>
      </w:r>
    </w:p>
    <w:p>
      <w:pPr>
        <w:pStyle w:val="ListParagraph"/>
      </w:pPr>
      <w:r>
        <w:rPr>
          <w:sz w:val="22"/>
        </w:rPr>
        <w:t>B. 11</w:t>
      </w:r>
    </w:p>
    <w:p>
      <w:pPr>
        <w:pStyle w:val="ListParagraph"/>
      </w:pPr>
      <w:r>
        <w:rPr>
          <w:sz w:val="22"/>
        </w:rPr>
        <w:t>C. 13</w:t>
      </w:r>
    </w:p>
    <w:p>
      <w:pPr>
        <w:pStyle w:val="ListParagraph"/>
      </w:pPr>
      <w:r>
        <w:rPr>
          <w:sz w:val="22"/>
        </w:rPr>
        <w:t>D. 14</w:t>
      </w:r>
    </w:p>
    <w:p/>
    <w:p>
      <w:r>
        <w:rPr>
          <w:b/>
          <w:sz w:val="24"/>
        </w:rPr>
        <w:t>Câu 70: 93 + 8 = ?</w:t>
      </w:r>
    </w:p>
    <w:p>
      <w:pPr>
        <w:pStyle w:val="ListParagraph"/>
      </w:pPr>
      <w:r>
        <w:rPr>
          <w:sz w:val="22"/>
        </w:rPr>
        <w:t>A. 100</w:t>
      </w:r>
    </w:p>
    <w:p>
      <w:pPr>
        <w:pStyle w:val="ListParagraph"/>
      </w:pPr>
      <w:r>
        <w:rPr>
          <w:sz w:val="22"/>
        </w:rPr>
        <w:t>B. 101</w:t>
      </w:r>
    </w:p>
    <w:p>
      <w:pPr>
        <w:pStyle w:val="ListParagraph"/>
      </w:pPr>
      <w:r>
        <w:rPr>
          <w:sz w:val="22"/>
        </w:rPr>
        <w:t>C. 102</w:t>
      </w:r>
    </w:p>
    <w:p>
      <w:pPr>
        <w:pStyle w:val="ListParagraph"/>
      </w:pPr>
      <w:r>
        <w:rPr>
          <w:sz w:val="22"/>
        </w:rPr>
        <w:t>D. 103</w:t>
      </w:r>
    </w:p>
    <w:p/>
    <w:p>
      <w:r>
        <w:rPr>
          <w:b/>
          <w:sz w:val="24"/>
        </w:rPr>
        <w:t>Câu 71: 150 - 85 = ?</w:t>
      </w:r>
    </w:p>
    <w:p>
      <w:pPr>
        <w:pStyle w:val="ListParagraph"/>
      </w:pPr>
      <w:r>
        <w:rPr>
          <w:sz w:val="22"/>
        </w:rPr>
        <w:t>A. 63</w:t>
      </w:r>
    </w:p>
    <w:p>
      <w:pPr>
        <w:pStyle w:val="ListParagraph"/>
      </w:pPr>
      <w:r>
        <w:rPr>
          <w:sz w:val="22"/>
        </w:rPr>
        <w:t>B. 64</w:t>
      </w:r>
    </w:p>
    <w:p>
      <w:pPr>
        <w:pStyle w:val="ListParagraph"/>
      </w:pPr>
      <w:r>
        <w:rPr>
          <w:sz w:val="22"/>
        </w:rPr>
        <w:t>C. 65</w:t>
      </w:r>
    </w:p>
    <w:p>
      <w:pPr>
        <w:pStyle w:val="ListParagraph"/>
      </w:pPr>
      <w:r>
        <w:rPr>
          <w:sz w:val="22"/>
        </w:rPr>
        <w:t>D. 66</w:t>
      </w:r>
    </w:p>
    <w:p/>
    <w:p>
      <w:r>
        <w:rPr>
          <w:b/>
          <w:sz w:val="24"/>
        </w:rPr>
        <w:t>Câu 72: 10 × 7 = ?</w:t>
      </w:r>
    </w:p>
    <w:p>
      <w:pPr>
        <w:pStyle w:val="ListParagraph"/>
      </w:pPr>
      <w:r>
        <w:rPr>
          <w:sz w:val="22"/>
        </w:rPr>
        <w:t>A. 60</w:t>
      </w:r>
    </w:p>
    <w:p>
      <w:pPr>
        <w:pStyle w:val="ListParagraph"/>
      </w:pPr>
      <w:r>
        <w:rPr>
          <w:sz w:val="22"/>
        </w:rPr>
        <w:t>B. 65</w:t>
      </w:r>
    </w:p>
    <w:p>
      <w:pPr>
        <w:pStyle w:val="ListParagraph"/>
      </w:pPr>
      <w:r>
        <w:rPr>
          <w:sz w:val="22"/>
        </w:rPr>
        <w:t>C. 68</w:t>
      </w:r>
    </w:p>
    <w:p>
      <w:pPr>
        <w:pStyle w:val="ListParagraph"/>
      </w:pPr>
      <w:r>
        <w:rPr>
          <w:sz w:val="22"/>
        </w:rPr>
        <w:t>D. 70</w:t>
      </w:r>
    </w:p>
    <w:p/>
    <w:p>
      <w:r>
        <w:rPr>
          <w:b/>
          <w:sz w:val="24"/>
        </w:rPr>
        <w:t>Câu 73: 169 ÷ 13 = ?</w:t>
      </w:r>
    </w:p>
    <w:p>
      <w:pPr>
        <w:pStyle w:val="ListParagraph"/>
      </w:pPr>
      <w:r>
        <w:rPr>
          <w:sz w:val="22"/>
        </w:rPr>
        <w:t>A. 13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14</w:t>
      </w:r>
    </w:p>
    <w:p>
      <w:pPr>
        <w:pStyle w:val="ListParagraph"/>
      </w:pPr>
      <w:r>
        <w:rPr>
          <w:sz w:val="22"/>
        </w:rPr>
        <w:t>D. 15</w:t>
      </w:r>
    </w:p>
    <w:p/>
    <w:p>
      <w:r>
        <w:rPr>
          <w:b/>
          <w:sz w:val="24"/>
        </w:rPr>
        <w:t>Câu 74: 108 + 9 = ?</w:t>
      </w:r>
    </w:p>
    <w:p>
      <w:pPr>
        <w:pStyle w:val="ListParagraph"/>
      </w:pPr>
      <w:r>
        <w:rPr>
          <w:sz w:val="22"/>
        </w:rPr>
        <w:t>A. 116</w:t>
      </w:r>
    </w:p>
    <w:p>
      <w:pPr>
        <w:pStyle w:val="ListParagraph"/>
      </w:pPr>
      <w:r>
        <w:rPr>
          <w:sz w:val="22"/>
        </w:rPr>
        <w:t>B. 117</w:t>
      </w:r>
    </w:p>
    <w:p>
      <w:pPr>
        <w:pStyle w:val="ListParagraph"/>
      </w:pPr>
      <w:r>
        <w:rPr>
          <w:sz w:val="22"/>
        </w:rPr>
        <w:t>C. 118</w:t>
      </w:r>
    </w:p>
    <w:p>
      <w:pPr>
        <w:pStyle w:val="ListParagraph"/>
      </w:pPr>
      <w:r>
        <w:rPr>
          <w:sz w:val="22"/>
        </w:rPr>
        <w:t>D. 119</w:t>
      </w:r>
    </w:p>
    <w:p/>
    <w:p>
      <w:r>
        <w:rPr>
          <w:b/>
          <w:sz w:val="24"/>
        </w:rPr>
        <w:t>Câu 75: 200 - 123 = ?</w:t>
      </w:r>
    </w:p>
    <w:p>
      <w:pPr>
        <w:pStyle w:val="ListParagraph"/>
      </w:pPr>
      <w:r>
        <w:rPr>
          <w:sz w:val="22"/>
        </w:rPr>
        <w:t>A. 75</w:t>
      </w:r>
    </w:p>
    <w:p>
      <w:pPr>
        <w:pStyle w:val="ListParagraph"/>
      </w:pPr>
      <w:r>
        <w:rPr>
          <w:sz w:val="22"/>
        </w:rPr>
        <w:t>B. 76</w:t>
      </w:r>
    </w:p>
    <w:p>
      <w:pPr>
        <w:pStyle w:val="ListParagraph"/>
      </w:pPr>
      <w:r>
        <w:rPr>
          <w:sz w:val="22"/>
        </w:rPr>
        <w:t>C. 77</w:t>
      </w:r>
    </w:p>
    <w:p>
      <w:pPr>
        <w:pStyle w:val="ListParagraph"/>
      </w:pPr>
      <w:r>
        <w:rPr>
          <w:sz w:val="22"/>
        </w:rPr>
        <w:t>D. 78</w:t>
      </w:r>
    </w:p>
    <w:p/>
    <w:p>
      <w:r>
        <w:rPr>
          <w:b/>
          <w:sz w:val="24"/>
        </w:rPr>
        <w:t>Câu 76: 13 × 5 = ?</w:t>
      </w:r>
    </w:p>
    <w:p>
      <w:pPr>
        <w:pStyle w:val="ListParagraph"/>
      </w:pPr>
      <w:r>
        <w:rPr>
          <w:sz w:val="22"/>
        </w:rPr>
        <w:t>A. 60</w:t>
      </w:r>
    </w:p>
    <w:p>
      <w:pPr>
        <w:pStyle w:val="ListParagraph"/>
      </w:pPr>
      <w:r>
        <w:rPr>
          <w:sz w:val="22"/>
        </w:rPr>
        <w:t>B. 62</w:t>
      </w:r>
    </w:p>
    <w:p>
      <w:pPr>
        <w:pStyle w:val="ListParagraph"/>
      </w:pPr>
      <w:r>
        <w:rPr>
          <w:sz w:val="22"/>
        </w:rPr>
        <w:t>C. 64</w:t>
      </w:r>
    </w:p>
    <w:p>
      <w:pPr>
        <w:pStyle w:val="ListParagraph"/>
      </w:pPr>
      <w:r>
        <w:rPr>
          <w:sz w:val="22"/>
        </w:rPr>
        <w:t>D. 65</w:t>
      </w:r>
    </w:p>
    <w:p/>
    <w:p>
      <w:r>
        <w:rPr>
          <w:b/>
          <w:sz w:val="24"/>
        </w:rPr>
        <w:t>Câu 77: 196 ÷ 14 = ?</w:t>
      </w:r>
    </w:p>
    <w:p>
      <w:pPr>
        <w:pStyle w:val="ListParagraph"/>
      </w:pPr>
      <w:r>
        <w:rPr>
          <w:sz w:val="22"/>
        </w:rPr>
        <w:t>A. 14</w:t>
      </w:r>
    </w:p>
    <w:p>
      <w:pPr>
        <w:pStyle w:val="ListParagraph"/>
      </w:pPr>
      <w:r>
        <w:rPr>
          <w:sz w:val="22"/>
        </w:rPr>
        <w:t>B. 13</w:t>
      </w:r>
    </w:p>
    <w:p>
      <w:pPr>
        <w:pStyle w:val="ListParagraph"/>
      </w:pPr>
      <w:r>
        <w:rPr>
          <w:sz w:val="22"/>
        </w:rPr>
        <w:t>C. 15</w:t>
      </w:r>
    </w:p>
    <w:p>
      <w:pPr>
        <w:pStyle w:val="ListParagraph"/>
      </w:pPr>
      <w:r>
        <w:rPr>
          <w:sz w:val="22"/>
        </w:rPr>
        <w:t>D. 16</w:t>
      </w:r>
    </w:p>
    <w:p/>
    <w:p>
      <w:r>
        <w:rPr>
          <w:b/>
          <w:sz w:val="24"/>
        </w:rPr>
        <w:t>Câu 78: 125 + 16 = ?</w:t>
      </w:r>
    </w:p>
    <w:p>
      <w:pPr>
        <w:pStyle w:val="ListParagraph"/>
      </w:pPr>
      <w:r>
        <w:rPr>
          <w:sz w:val="22"/>
        </w:rPr>
        <w:t>A. 140</w:t>
      </w:r>
    </w:p>
    <w:p>
      <w:pPr>
        <w:pStyle w:val="ListParagraph"/>
      </w:pPr>
      <w:r>
        <w:rPr>
          <w:sz w:val="22"/>
        </w:rPr>
        <w:t>B. 141</w:t>
      </w:r>
    </w:p>
    <w:p>
      <w:pPr>
        <w:pStyle w:val="ListParagraph"/>
      </w:pPr>
      <w:r>
        <w:rPr>
          <w:sz w:val="22"/>
        </w:rPr>
        <w:t>C. 142</w:t>
      </w:r>
    </w:p>
    <w:p>
      <w:pPr>
        <w:pStyle w:val="ListParagraph"/>
      </w:pPr>
      <w:r>
        <w:rPr>
          <w:sz w:val="22"/>
        </w:rPr>
        <w:t>D. 143</w:t>
      </w:r>
    </w:p>
    <w:p/>
    <w:p>
      <w:r>
        <w:rPr>
          <w:b/>
          <w:sz w:val="24"/>
        </w:rPr>
        <w:t>Câu 79: 250 - 137 = ?</w:t>
      </w:r>
    </w:p>
    <w:p>
      <w:pPr>
        <w:pStyle w:val="ListParagraph"/>
      </w:pPr>
      <w:r>
        <w:rPr>
          <w:sz w:val="22"/>
        </w:rPr>
        <w:t>A. 111</w:t>
      </w:r>
    </w:p>
    <w:p>
      <w:pPr>
        <w:pStyle w:val="ListParagraph"/>
      </w:pPr>
      <w:r>
        <w:rPr>
          <w:sz w:val="22"/>
        </w:rPr>
        <w:t>B. 112</w:t>
      </w:r>
    </w:p>
    <w:p>
      <w:pPr>
        <w:pStyle w:val="ListParagraph"/>
      </w:pPr>
      <w:r>
        <w:rPr>
          <w:sz w:val="22"/>
        </w:rPr>
        <w:t>C. 113</w:t>
      </w:r>
    </w:p>
    <w:p>
      <w:pPr>
        <w:pStyle w:val="ListParagraph"/>
      </w:pPr>
      <w:r>
        <w:rPr>
          <w:sz w:val="22"/>
        </w:rPr>
        <w:t>D. 114</w:t>
      </w:r>
    </w:p>
    <w:p/>
    <w:p>
      <w:r>
        <w:rPr>
          <w:b/>
          <w:sz w:val="24"/>
        </w:rPr>
        <w:t>Câu 80: 14 × 4 = ?</w:t>
      </w:r>
    </w:p>
    <w:p>
      <w:pPr>
        <w:pStyle w:val="ListParagraph"/>
      </w:pPr>
      <w:r>
        <w:rPr>
          <w:sz w:val="22"/>
        </w:rPr>
        <w:t>A. 52</w:t>
      </w:r>
    </w:p>
    <w:p>
      <w:pPr>
        <w:pStyle w:val="ListParagraph"/>
      </w:pPr>
      <w:r>
        <w:rPr>
          <w:sz w:val="22"/>
        </w:rPr>
        <w:t>B. 54</w:t>
      </w:r>
    </w:p>
    <w:p>
      <w:pPr>
        <w:pStyle w:val="ListParagraph"/>
      </w:pPr>
      <w:r>
        <w:rPr>
          <w:sz w:val="22"/>
        </w:rPr>
        <w:t>C. 55</w:t>
      </w:r>
    </w:p>
    <w:p>
      <w:pPr>
        <w:pStyle w:val="ListParagraph"/>
      </w:pPr>
      <w:r>
        <w:rPr>
          <w:sz w:val="22"/>
        </w:rPr>
        <w:t>D. 56</w:t>
      </w:r>
    </w:p>
    <w:p/>
    <w:p>
      <w:r>
        <w:rPr>
          <w:b/>
          <w:sz w:val="24"/>
        </w:rPr>
        <w:t>Câu 81: 225 ÷ 15 = ?</w:t>
      </w:r>
    </w:p>
    <w:p>
      <w:pPr>
        <w:pStyle w:val="ListParagraph"/>
      </w:pPr>
      <w:r>
        <w:rPr>
          <w:sz w:val="22"/>
        </w:rPr>
        <w:t>A. 15</w:t>
      </w:r>
    </w:p>
    <w:p>
      <w:pPr>
        <w:pStyle w:val="ListParagraph"/>
      </w:pPr>
      <w:r>
        <w:rPr>
          <w:sz w:val="22"/>
        </w:rPr>
        <w:t>B. 14</w:t>
      </w:r>
    </w:p>
    <w:p>
      <w:pPr>
        <w:pStyle w:val="ListParagraph"/>
      </w:pPr>
      <w:r>
        <w:rPr>
          <w:sz w:val="22"/>
        </w:rPr>
        <w:t>C. 16</w:t>
      </w:r>
    </w:p>
    <w:p>
      <w:pPr>
        <w:pStyle w:val="ListParagraph"/>
      </w:pPr>
      <w:r>
        <w:rPr>
          <w:sz w:val="22"/>
        </w:rPr>
        <w:t>D. 17</w:t>
      </w:r>
    </w:p>
    <w:p/>
    <w:p>
      <w:r>
        <w:rPr>
          <w:b/>
          <w:sz w:val="24"/>
        </w:rPr>
        <w:t>Câu 82: 144 + 27 = ?</w:t>
      </w:r>
    </w:p>
    <w:p>
      <w:pPr>
        <w:pStyle w:val="ListParagraph"/>
      </w:pPr>
      <w:r>
        <w:rPr>
          <w:sz w:val="22"/>
        </w:rPr>
        <w:t>A. 170</w:t>
      </w:r>
    </w:p>
    <w:p>
      <w:pPr>
        <w:pStyle w:val="ListParagraph"/>
      </w:pPr>
      <w:r>
        <w:rPr>
          <w:sz w:val="22"/>
        </w:rPr>
        <w:t>B. 171</w:t>
      </w:r>
    </w:p>
    <w:p>
      <w:pPr>
        <w:pStyle w:val="ListParagraph"/>
      </w:pPr>
      <w:r>
        <w:rPr>
          <w:sz w:val="22"/>
        </w:rPr>
        <w:t>C. 172</w:t>
      </w:r>
    </w:p>
    <w:p>
      <w:pPr>
        <w:pStyle w:val="ListParagraph"/>
      </w:pPr>
      <w:r>
        <w:rPr>
          <w:sz w:val="22"/>
        </w:rPr>
        <w:t>D. 173</w:t>
      </w:r>
    </w:p>
    <w:p/>
    <w:p>
      <w:r>
        <w:rPr>
          <w:b/>
          <w:sz w:val="24"/>
        </w:rPr>
        <w:t>Câu 83: 300 - 156 = ?</w:t>
      </w:r>
    </w:p>
    <w:p>
      <w:pPr>
        <w:pStyle w:val="ListParagraph"/>
      </w:pPr>
      <w:r>
        <w:rPr>
          <w:sz w:val="22"/>
        </w:rPr>
        <w:t>A. 142</w:t>
      </w:r>
    </w:p>
    <w:p>
      <w:pPr>
        <w:pStyle w:val="ListParagraph"/>
      </w:pPr>
      <w:r>
        <w:rPr>
          <w:sz w:val="22"/>
        </w:rPr>
        <w:t>B. 143</w:t>
      </w:r>
    </w:p>
    <w:p>
      <w:pPr>
        <w:pStyle w:val="ListParagraph"/>
      </w:pPr>
      <w:r>
        <w:rPr>
          <w:sz w:val="22"/>
        </w:rPr>
        <w:t>C. 144</w:t>
      </w:r>
    </w:p>
    <w:p>
      <w:pPr>
        <w:pStyle w:val="ListParagraph"/>
      </w:pPr>
      <w:r>
        <w:rPr>
          <w:sz w:val="22"/>
        </w:rPr>
        <w:t>D. 145</w:t>
      </w:r>
    </w:p>
    <w:p/>
    <w:p>
      <w:r>
        <w:rPr>
          <w:b/>
          <w:sz w:val="24"/>
        </w:rPr>
        <w:t>Câu 84: 15 × 6 = ?</w:t>
      </w:r>
    </w:p>
    <w:p>
      <w:pPr>
        <w:pStyle w:val="ListParagraph"/>
      </w:pPr>
      <w:r>
        <w:rPr>
          <w:sz w:val="22"/>
        </w:rPr>
        <w:t>A. 80</w:t>
      </w:r>
    </w:p>
    <w:p>
      <w:pPr>
        <w:pStyle w:val="ListParagraph"/>
      </w:pPr>
      <w:r>
        <w:rPr>
          <w:sz w:val="22"/>
        </w:rPr>
        <w:t>B. 85</w:t>
      </w:r>
    </w:p>
    <w:p>
      <w:pPr>
        <w:pStyle w:val="ListParagraph"/>
      </w:pPr>
      <w:r>
        <w:rPr>
          <w:sz w:val="22"/>
        </w:rPr>
        <w:t>C. 88</w:t>
      </w:r>
    </w:p>
    <w:p>
      <w:pPr>
        <w:pStyle w:val="ListParagraph"/>
      </w:pPr>
      <w:r>
        <w:rPr>
          <w:sz w:val="22"/>
        </w:rPr>
        <w:t>D. 90</w:t>
      </w:r>
    </w:p>
    <w:p/>
    <w:p>
      <w:r>
        <w:rPr>
          <w:b/>
          <w:sz w:val="24"/>
        </w:rPr>
        <w:t>Câu 85: 256 ÷ 16 = ?</w:t>
      </w:r>
    </w:p>
    <w:p>
      <w:pPr>
        <w:pStyle w:val="ListParagraph"/>
      </w:pPr>
      <w:r>
        <w:rPr>
          <w:sz w:val="22"/>
        </w:rPr>
        <w:t>A. 16</w:t>
      </w:r>
    </w:p>
    <w:p>
      <w:pPr>
        <w:pStyle w:val="ListParagraph"/>
      </w:pPr>
      <w:r>
        <w:rPr>
          <w:sz w:val="22"/>
        </w:rPr>
        <w:t>B. 15</w:t>
      </w:r>
    </w:p>
    <w:p>
      <w:pPr>
        <w:pStyle w:val="ListParagraph"/>
      </w:pPr>
      <w:r>
        <w:rPr>
          <w:sz w:val="22"/>
        </w:rPr>
        <w:t>C. 17</w:t>
      </w:r>
    </w:p>
    <w:p>
      <w:pPr>
        <w:pStyle w:val="ListParagraph"/>
      </w:pPr>
      <w:r>
        <w:rPr>
          <w:sz w:val="22"/>
        </w:rPr>
        <w:t>D. 18</w:t>
      </w:r>
    </w:p>
    <w:p/>
    <w:p>
      <w:r>
        <w:rPr>
          <w:b/>
          <w:sz w:val="24"/>
        </w:rPr>
        <w:t>Câu 86: 178 + 34 = ?</w:t>
      </w:r>
    </w:p>
    <w:p>
      <w:pPr>
        <w:pStyle w:val="ListParagraph"/>
      </w:pPr>
      <w:r>
        <w:rPr>
          <w:sz w:val="22"/>
        </w:rPr>
        <w:t>A. 211</w:t>
      </w:r>
    </w:p>
    <w:p>
      <w:pPr>
        <w:pStyle w:val="ListParagraph"/>
      </w:pPr>
      <w:r>
        <w:rPr>
          <w:sz w:val="22"/>
        </w:rPr>
        <w:t>B. 212</w:t>
      </w:r>
    </w:p>
    <w:p>
      <w:pPr>
        <w:pStyle w:val="ListParagraph"/>
      </w:pPr>
      <w:r>
        <w:rPr>
          <w:sz w:val="22"/>
        </w:rPr>
        <w:t>C. 213</w:t>
      </w:r>
    </w:p>
    <w:p>
      <w:pPr>
        <w:pStyle w:val="ListParagraph"/>
      </w:pPr>
      <w:r>
        <w:rPr>
          <w:sz w:val="22"/>
        </w:rPr>
        <w:t>D. 214</w:t>
      </w:r>
    </w:p>
    <w:p/>
    <w:p>
      <w:r>
        <w:rPr>
          <w:b/>
          <w:sz w:val="24"/>
        </w:rPr>
        <w:t>Câu 87: 400 - 267 = ?</w:t>
      </w:r>
    </w:p>
    <w:p>
      <w:pPr>
        <w:pStyle w:val="ListParagraph"/>
      </w:pPr>
      <w:r>
        <w:rPr>
          <w:sz w:val="22"/>
        </w:rPr>
        <w:t>A. 131</w:t>
      </w:r>
    </w:p>
    <w:p>
      <w:pPr>
        <w:pStyle w:val="ListParagraph"/>
      </w:pPr>
      <w:r>
        <w:rPr>
          <w:sz w:val="22"/>
        </w:rPr>
        <w:t>B. 132</w:t>
      </w:r>
    </w:p>
    <w:p>
      <w:pPr>
        <w:pStyle w:val="ListParagraph"/>
      </w:pPr>
      <w:r>
        <w:rPr>
          <w:sz w:val="22"/>
        </w:rPr>
        <w:t>C. 133</w:t>
      </w:r>
    </w:p>
    <w:p>
      <w:pPr>
        <w:pStyle w:val="ListParagraph"/>
      </w:pPr>
      <w:r>
        <w:rPr>
          <w:sz w:val="22"/>
        </w:rPr>
        <w:t>D. 134</w:t>
      </w:r>
    </w:p>
    <w:p/>
    <w:p>
      <w:r>
        <w:rPr>
          <w:b/>
          <w:sz w:val="24"/>
        </w:rPr>
        <w:t>Câu 88: 16 × 5 = ?</w:t>
      </w:r>
    </w:p>
    <w:p>
      <w:pPr>
        <w:pStyle w:val="ListParagraph"/>
      </w:pPr>
      <w:r>
        <w:rPr>
          <w:sz w:val="22"/>
        </w:rPr>
        <w:t>A. 70</w:t>
      </w:r>
    </w:p>
    <w:p>
      <w:pPr>
        <w:pStyle w:val="ListParagraph"/>
      </w:pPr>
      <w:r>
        <w:rPr>
          <w:sz w:val="22"/>
        </w:rPr>
        <w:t>B. 75</w:t>
      </w:r>
    </w:p>
    <w:p>
      <w:pPr>
        <w:pStyle w:val="ListParagraph"/>
      </w:pPr>
      <w:r>
        <w:rPr>
          <w:sz w:val="22"/>
        </w:rPr>
        <w:t>C. 78</w:t>
      </w:r>
    </w:p>
    <w:p>
      <w:pPr>
        <w:pStyle w:val="ListParagraph"/>
      </w:pPr>
      <w:r>
        <w:rPr>
          <w:sz w:val="22"/>
        </w:rPr>
        <w:t>D. 80</w:t>
      </w:r>
    </w:p>
    <w:p/>
    <w:p>
      <w:r>
        <w:rPr>
          <w:b/>
          <w:sz w:val="24"/>
        </w:rPr>
        <w:t>Câu 89: 289 ÷ 17 = ?</w:t>
      </w:r>
    </w:p>
    <w:p>
      <w:pPr>
        <w:pStyle w:val="ListParagraph"/>
      </w:pPr>
      <w:r>
        <w:rPr>
          <w:sz w:val="22"/>
        </w:rPr>
        <w:t>A. 17</w:t>
      </w:r>
    </w:p>
    <w:p>
      <w:pPr>
        <w:pStyle w:val="ListParagraph"/>
      </w:pPr>
      <w:r>
        <w:rPr>
          <w:sz w:val="22"/>
        </w:rPr>
        <w:t>B. 16</w:t>
      </w:r>
    </w:p>
    <w:p>
      <w:pPr>
        <w:pStyle w:val="ListParagraph"/>
      </w:pPr>
      <w:r>
        <w:rPr>
          <w:sz w:val="22"/>
        </w:rPr>
        <w:t>C. 18</w:t>
      </w:r>
    </w:p>
    <w:p>
      <w:pPr>
        <w:pStyle w:val="ListParagraph"/>
      </w:pPr>
      <w:r>
        <w:rPr>
          <w:sz w:val="22"/>
        </w:rPr>
        <w:t>D. 19</w:t>
      </w:r>
    </w:p>
    <w:p/>
    <w:p>
      <w:r>
        <w:rPr>
          <w:b/>
          <w:sz w:val="24"/>
        </w:rPr>
        <w:t>Câu 90: 234 + 56 = ?</w:t>
      </w:r>
    </w:p>
    <w:p>
      <w:pPr>
        <w:pStyle w:val="ListParagraph"/>
      </w:pPr>
      <w:r>
        <w:rPr>
          <w:sz w:val="22"/>
        </w:rPr>
        <w:t>A. 289</w:t>
      </w:r>
    </w:p>
    <w:p>
      <w:pPr>
        <w:pStyle w:val="ListParagraph"/>
      </w:pPr>
      <w:r>
        <w:rPr>
          <w:sz w:val="22"/>
        </w:rPr>
        <w:t>B. 290</w:t>
      </w:r>
    </w:p>
    <w:p>
      <w:pPr>
        <w:pStyle w:val="ListParagraph"/>
      </w:pPr>
      <w:r>
        <w:rPr>
          <w:sz w:val="22"/>
        </w:rPr>
        <w:t>C. 291</w:t>
      </w:r>
    </w:p>
    <w:p>
      <w:pPr>
        <w:pStyle w:val="ListParagraph"/>
      </w:pPr>
      <w:r>
        <w:rPr>
          <w:sz w:val="22"/>
        </w:rPr>
        <w:t>D. 292</w:t>
      </w:r>
    </w:p>
    <w:p/>
    <w:p>
      <w:r>
        <w:rPr>
          <w:b/>
          <w:sz w:val="24"/>
        </w:rPr>
        <w:t>Câu 91: 500 - 345 = ?</w:t>
      </w:r>
    </w:p>
    <w:p>
      <w:pPr>
        <w:pStyle w:val="ListParagraph"/>
      </w:pPr>
      <w:r>
        <w:rPr>
          <w:sz w:val="22"/>
        </w:rPr>
        <w:t>A. 153</w:t>
      </w:r>
    </w:p>
    <w:p>
      <w:pPr>
        <w:pStyle w:val="ListParagraph"/>
      </w:pPr>
      <w:r>
        <w:rPr>
          <w:sz w:val="22"/>
        </w:rPr>
        <w:t>B. 154</w:t>
      </w:r>
    </w:p>
    <w:p>
      <w:pPr>
        <w:pStyle w:val="ListParagraph"/>
      </w:pPr>
      <w:r>
        <w:rPr>
          <w:sz w:val="22"/>
        </w:rPr>
        <w:t>C. 155</w:t>
      </w:r>
    </w:p>
    <w:p>
      <w:pPr>
        <w:pStyle w:val="ListParagraph"/>
      </w:pPr>
      <w:r>
        <w:rPr>
          <w:sz w:val="22"/>
        </w:rPr>
        <w:t>D. 156</w:t>
      </w:r>
    </w:p>
    <w:p/>
    <w:p>
      <w:r>
        <w:rPr>
          <w:b/>
          <w:sz w:val="24"/>
        </w:rPr>
        <w:t>Câu 92: 18 × 4 = ?</w:t>
      </w:r>
    </w:p>
    <w:p>
      <w:pPr>
        <w:pStyle w:val="ListParagraph"/>
      </w:pPr>
      <w:r>
        <w:rPr>
          <w:sz w:val="22"/>
        </w:rPr>
        <w:t>A. 64</w:t>
      </w:r>
    </w:p>
    <w:p>
      <w:pPr>
        <w:pStyle w:val="ListParagraph"/>
      </w:pPr>
      <w:r>
        <w:rPr>
          <w:sz w:val="22"/>
        </w:rPr>
        <w:t>B. 68</w:t>
      </w:r>
    </w:p>
    <w:p>
      <w:pPr>
        <w:pStyle w:val="ListParagraph"/>
      </w:pPr>
      <w:r>
        <w:rPr>
          <w:sz w:val="22"/>
        </w:rPr>
        <w:t>C. 70</w:t>
      </w:r>
    </w:p>
    <w:p>
      <w:pPr>
        <w:pStyle w:val="ListParagraph"/>
      </w:pPr>
      <w:r>
        <w:rPr>
          <w:sz w:val="22"/>
        </w:rPr>
        <w:t>D. 72</w:t>
      </w:r>
    </w:p>
    <w:p/>
    <w:p>
      <w:r>
        <w:rPr>
          <w:b/>
          <w:sz w:val="24"/>
        </w:rPr>
        <w:t>Câu 93: 324 ÷ 18 = ?</w:t>
      </w:r>
    </w:p>
    <w:p>
      <w:pPr>
        <w:pStyle w:val="ListParagraph"/>
      </w:pPr>
      <w:r>
        <w:rPr>
          <w:sz w:val="22"/>
        </w:rPr>
        <w:t>A. 18</w:t>
      </w:r>
    </w:p>
    <w:p>
      <w:pPr>
        <w:pStyle w:val="ListParagraph"/>
      </w:pPr>
      <w:r>
        <w:rPr>
          <w:sz w:val="22"/>
        </w:rPr>
        <w:t>B. 17</w:t>
      </w:r>
    </w:p>
    <w:p>
      <w:pPr>
        <w:pStyle w:val="ListParagraph"/>
      </w:pPr>
      <w:r>
        <w:rPr>
          <w:sz w:val="22"/>
        </w:rPr>
        <w:t>C. 19</w:t>
      </w:r>
    </w:p>
    <w:p>
      <w:pPr>
        <w:pStyle w:val="ListParagraph"/>
      </w:pPr>
      <w:r>
        <w:rPr>
          <w:sz w:val="22"/>
        </w:rPr>
        <w:t>D. 20</w:t>
      </w:r>
    </w:p>
    <w:p/>
    <w:p>
      <w:r>
        <w:rPr>
          <w:b/>
          <w:sz w:val="24"/>
        </w:rPr>
        <w:t>Câu 94: 345 + 67 = ?</w:t>
      </w:r>
    </w:p>
    <w:p>
      <w:pPr>
        <w:pStyle w:val="ListParagraph"/>
      </w:pPr>
      <w:r>
        <w:rPr>
          <w:sz w:val="22"/>
        </w:rPr>
        <w:t>A. 411</w:t>
      </w:r>
    </w:p>
    <w:p>
      <w:pPr>
        <w:pStyle w:val="ListParagraph"/>
      </w:pPr>
      <w:r>
        <w:rPr>
          <w:sz w:val="22"/>
        </w:rPr>
        <w:t>B. 412</w:t>
      </w:r>
    </w:p>
    <w:p>
      <w:pPr>
        <w:pStyle w:val="ListParagraph"/>
      </w:pPr>
      <w:r>
        <w:rPr>
          <w:sz w:val="22"/>
        </w:rPr>
        <w:t>C. 413</w:t>
      </w:r>
    </w:p>
    <w:p>
      <w:pPr>
        <w:pStyle w:val="ListParagraph"/>
      </w:pPr>
      <w:r>
        <w:rPr>
          <w:sz w:val="22"/>
        </w:rPr>
        <w:t>D. 414</w:t>
      </w:r>
    </w:p>
    <w:p/>
    <w:p>
      <w:r>
        <w:rPr>
          <w:b/>
          <w:sz w:val="24"/>
        </w:rPr>
        <w:t>Câu 95: 600 - 478 = ?</w:t>
      </w:r>
    </w:p>
    <w:p>
      <w:pPr>
        <w:pStyle w:val="ListParagraph"/>
      </w:pPr>
      <w:r>
        <w:rPr>
          <w:sz w:val="22"/>
        </w:rPr>
        <w:t>A. 120</w:t>
      </w:r>
    </w:p>
    <w:p>
      <w:pPr>
        <w:pStyle w:val="ListParagraph"/>
      </w:pPr>
      <w:r>
        <w:rPr>
          <w:sz w:val="22"/>
        </w:rPr>
        <w:t>B. 121</w:t>
      </w:r>
    </w:p>
    <w:p>
      <w:pPr>
        <w:pStyle w:val="ListParagraph"/>
      </w:pPr>
      <w:r>
        <w:rPr>
          <w:sz w:val="22"/>
        </w:rPr>
        <w:t>C. 122</w:t>
      </w:r>
    </w:p>
    <w:p>
      <w:pPr>
        <w:pStyle w:val="ListParagraph"/>
      </w:pPr>
      <w:r>
        <w:rPr>
          <w:sz w:val="22"/>
        </w:rPr>
        <w:t>D. 123</w:t>
      </w:r>
    </w:p>
    <w:p/>
    <w:p>
      <w:r>
        <w:rPr>
          <w:b/>
          <w:sz w:val="24"/>
        </w:rPr>
        <w:t>Câu 96: 19 × 5 = ?</w:t>
      </w:r>
    </w:p>
    <w:p>
      <w:pPr>
        <w:pStyle w:val="ListParagraph"/>
      </w:pPr>
      <w:r>
        <w:rPr>
          <w:sz w:val="22"/>
        </w:rPr>
        <w:t>A. 85</w:t>
      </w:r>
    </w:p>
    <w:p>
      <w:pPr>
        <w:pStyle w:val="ListParagraph"/>
      </w:pPr>
      <w:r>
        <w:rPr>
          <w:sz w:val="22"/>
        </w:rPr>
        <w:t>B. 90</w:t>
      </w:r>
    </w:p>
    <w:p>
      <w:pPr>
        <w:pStyle w:val="ListParagraph"/>
      </w:pPr>
      <w:r>
        <w:rPr>
          <w:sz w:val="22"/>
        </w:rPr>
        <w:t>C. 92</w:t>
      </w:r>
    </w:p>
    <w:p>
      <w:pPr>
        <w:pStyle w:val="ListParagraph"/>
      </w:pPr>
      <w:r>
        <w:rPr>
          <w:sz w:val="22"/>
        </w:rPr>
        <w:t>D. 95</w:t>
      </w:r>
    </w:p>
    <w:p/>
    <w:p>
      <w:r>
        <w:rPr>
          <w:b/>
          <w:sz w:val="24"/>
        </w:rPr>
        <w:t>Câu 97: 361 ÷ 19 = ?</w:t>
      </w:r>
    </w:p>
    <w:p>
      <w:pPr>
        <w:pStyle w:val="ListParagraph"/>
      </w:pPr>
      <w:r>
        <w:rPr>
          <w:sz w:val="22"/>
        </w:rPr>
        <w:t>A. 19</w:t>
      </w:r>
    </w:p>
    <w:p>
      <w:pPr>
        <w:pStyle w:val="ListParagraph"/>
      </w:pPr>
      <w:r>
        <w:rPr>
          <w:sz w:val="22"/>
        </w:rPr>
        <w:t>B. 18</w:t>
      </w:r>
    </w:p>
    <w:p>
      <w:pPr>
        <w:pStyle w:val="ListParagraph"/>
      </w:pPr>
      <w:r>
        <w:rPr>
          <w:sz w:val="22"/>
        </w:rPr>
        <w:t>C. 20</w:t>
      </w:r>
    </w:p>
    <w:p>
      <w:pPr>
        <w:pStyle w:val="ListParagraph"/>
      </w:pPr>
      <w:r>
        <w:rPr>
          <w:sz w:val="22"/>
        </w:rPr>
        <w:t>D. 21</w:t>
      </w:r>
    </w:p>
    <w:p/>
    <w:p>
      <w:r>
        <w:rPr>
          <w:b/>
          <w:sz w:val="24"/>
        </w:rPr>
        <w:t>Câu 98: 456 + 78 = ?</w:t>
      </w:r>
    </w:p>
    <w:p>
      <w:pPr>
        <w:pStyle w:val="ListParagraph"/>
      </w:pPr>
      <w:r>
        <w:rPr>
          <w:sz w:val="22"/>
        </w:rPr>
        <w:t>A. 533</w:t>
      </w:r>
    </w:p>
    <w:p>
      <w:pPr>
        <w:pStyle w:val="ListParagraph"/>
      </w:pPr>
      <w:r>
        <w:rPr>
          <w:sz w:val="22"/>
        </w:rPr>
        <w:t>B. 534</w:t>
      </w:r>
    </w:p>
    <w:p>
      <w:pPr>
        <w:pStyle w:val="ListParagraph"/>
      </w:pPr>
      <w:r>
        <w:rPr>
          <w:sz w:val="22"/>
        </w:rPr>
        <w:t>C. 535</w:t>
      </w:r>
    </w:p>
    <w:p>
      <w:pPr>
        <w:pStyle w:val="ListParagraph"/>
      </w:pPr>
      <w:r>
        <w:rPr>
          <w:sz w:val="22"/>
        </w:rPr>
        <w:t>D. 536</w:t>
      </w:r>
    </w:p>
    <w:p/>
    <w:p>
      <w:r>
        <w:rPr>
          <w:b/>
          <w:sz w:val="24"/>
        </w:rPr>
        <w:t>Câu 99: 700 - 567 = ?</w:t>
      </w:r>
    </w:p>
    <w:p>
      <w:pPr>
        <w:pStyle w:val="ListParagraph"/>
      </w:pPr>
      <w:r>
        <w:rPr>
          <w:sz w:val="22"/>
        </w:rPr>
        <w:t>A. 131</w:t>
      </w:r>
    </w:p>
    <w:p>
      <w:pPr>
        <w:pStyle w:val="ListParagraph"/>
      </w:pPr>
      <w:r>
        <w:rPr>
          <w:sz w:val="22"/>
        </w:rPr>
        <w:t>B. 132</w:t>
      </w:r>
    </w:p>
    <w:p>
      <w:pPr>
        <w:pStyle w:val="ListParagraph"/>
      </w:pPr>
      <w:r>
        <w:rPr>
          <w:sz w:val="22"/>
        </w:rPr>
        <w:t>C. 133</w:t>
      </w:r>
    </w:p>
    <w:p>
      <w:pPr>
        <w:pStyle w:val="ListParagraph"/>
      </w:pPr>
      <w:r>
        <w:rPr>
          <w:sz w:val="22"/>
        </w:rPr>
        <w:t>D. 134</w:t>
      </w:r>
    </w:p>
    <w:p/>
    <w:p>
      <w:r>
        <w:rPr>
          <w:b/>
          <w:sz w:val="24"/>
        </w:rPr>
        <w:t>Câu 100: 20 × 6 = ?</w:t>
      </w:r>
    </w:p>
    <w:p>
      <w:pPr>
        <w:pStyle w:val="ListParagraph"/>
      </w:pPr>
      <w:r>
        <w:rPr>
          <w:sz w:val="22"/>
        </w:rPr>
        <w:t>A. 100</w:t>
      </w:r>
    </w:p>
    <w:p>
      <w:pPr>
        <w:pStyle w:val="ListParagraph"/>
      </w:pPr>
      <w:r>
        <w:rPr>
          <w:sz w:val="22"/>
        </w:rPr>
        <w:t>B. 110</w:t>
      </w:r>
    </w:p>
    <w:p>
      <w:pPr>
        <w:pStyle w:val="ListParagraph"/>
      </w:pPr>
      <w:r>
        <w:rPr>
          <w:sz w:val="22"/>
        </w:rPr>
        <w:t>C. 115</w:t>
      </w:r>
    </w:p>
    <w:p>
      <w:pPr>
        <w:pStyle w:val="ListParagraph"/>
      </w:pPr>
      <w:r>
        <w:rPr>
          <w:sz w:val="22"/>
        </w:rPr>
        <w:t>D. 120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D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C</w:t>
      </w:r>
    </w:p>
    <w:p>
      <w:r>
        <w:rPr>
          <w:b/>
        </w:rPr>
        <w:t>Câu 32: Đáp án đúng: D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C</w:t>
      </w:r>
    </w:p>
    <w:p>
      <w:r>
        <w:rPr>
          <w:b/>
        </w:rPr>
        <w:t>Câu 36: Đáp án đúng: D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C</w:t>
      </w:r>
    </w:p>
    <w:p>
      <w:r>
        <w:rPr>
          <w:b/>
        </w:rPr>
        <w:t>Câu 40: Đáp án đúng: D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B</w:t>
      </w:r>
    </w:p>
    <w:p>
      <w:r>
        <w:rPr>
          <w:b/>
        </w:rPr>
        <w:t>Câu 43: Đáp án đúng: C</w:t>
      </w:r>
    </w:p>
    <w:p>
      <w:r>
        <w:rPr>
          <w:b/>
        </w:rPr>
        <w:t>Câu 44: Đáp án đúng: D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B</w:t>
      </w:r>
    </w:p>
    <w:p>
      <w:r>
        <w:rPr>
          <w:b/>
        </w:rPr>
        <w:t>Câu 47: Đáp án đúng: C</w:t>
      </w:r>
    </w:p>
    <w:p>
      <w:r>
        <w:rPr>
          <w:b/>
        </w:rPr>
        <w:t>Câu 48: Đáp án đúng: D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B</w:t>
      </w:r>
    </w:p>
    <w:p>
      <w:r>
        <w:rPr>
          <w:b/>
        </w:rPr>
        <w:t>Câu 51: Đáp án đúng: C</w:t>
      </w:r>
    </w:p>
    <w:p>
      <w:r>
        <w:rPr>
          <w:b/>
        </w:rPr>
        <w:t>Câu 52: Đáp án đúng: D</w:t>
      </w:r>
    </w:p>
    <w:p>
      <w:r>
        <w:rPr>
          <w:b/>
        </w:rPr>
        <w:t>Câu 53: Đáp án đúng: A</w:t>
      </w:r>
    </w:p>
    <w:p>
      <w:r>
        <w:rPr>
          <w:b/>
        </w:rPr>
        <w:t>Câu 54: Đáp án đúng: B</w:t>
      </w:r>
    </w:p>
    <w:p>
      <w:r>
        <w:rPr>
          <w:b/>
        </w:rPr>
        <w:t>Câu 55: Đáp án đúng: C</w:t>
      </w:r>
    </w:p>
    <w:p>
      <w:r>
        <w:rPr>
          <w:b/>
        </w:rPr>
        <w:t>Câu 56: Đáp án đúng: D</w:t>
      </w:r>
    </w:p>
    <w:p>
      <w:r>
        <w:rPr>
          <w:b/>
        </w:rPr>
        <w:t>Câu 57: Đáp án đúng: A</w:t>
      </w:r>
    </w:p>
    <w:p>
      <w:r>
        <w:rPr>
          <w:b/>
        </w:rPr>
        <w:t>Câu 58: Đáp án đúng: B</w:t>
      </w:r>
    </w:p>
    <w:p>
      <w:r>
        <w:rPr>
          <w:b/>
        </w:rPr>
        <w:t>Câu 59: Đáp án đúng: C</w:t>
      </w:r>
    </w:p>
    <w:p>
      <w:r>
        <w:rPr>
          <w:b/>
        </w:rPr>
        <w:t>Câu 60: Đáp án đúng: D</w:t>
      </w:r>
    </w:p>
    <w:p>
      <w:r>
        <w:rPr>
          <w:b/>
        </w:rPr>
        <w:t>Câu 61: Đáp án đúng: A</w:t>
      </w:r>
    </w:p>
    <w:p>
      <w:r>
        <w:rPr>
          <w:b/>
        </w:rPr>
        <w:t>Câu 62: Đáp án đúng: B</w:t>
      </w:r>
    </w:p>
    <w:p>
      <w:r>
        <w:rPr>
          <w:b/>
        </w:rPr>
        <w:t>Câu 63: Đáp án đúng: C</w:t>
      </w:r>
    </w:p>
    <w:p>
      <w:r>
        <w:rPr>
          <w:b/>
        </w:rPr>
        <w:t>Câu 64: Đáp án đúng: D</w:t>
      </w:r>
    </w:p>
    <w:p>
      <w:r>
        <w:rPr>
          <w:b/>
        </w:rPr>
        <w:t>Câu 65: Đáp án đúng: A</w:t>
      </w:r>
    </w:p>
    <w:p>
      <w:r>
        <w:rPr>
          <w:b/>
        </w:rPr>
        <w:t>Câu 66: Đáp án đúng: B</w:t>
      </w:r>
    </w:p>
    <w:p>
      <w:r>
        <w:rPr>
          <w:b/>
        </w:rPr>
        <w:t>Câu 67: Đáp án đúng: C</w:t>
      </w:r>
    </w:p>
    <w:p>
      <w:r>
        <w:rPr>
          <w:b/>
        </w:rPr>
        <w:t>Câu 68: Đáp án đúng: D</w:t>
      </w:r>
    </w:p>
    <w:p>
      <w:r>
        <w:rPr>
          <w:b/>
        </w:rPr>
        <w:t>Câu 69: Đáp án đúng: A</w:t>
      </w:r>
    </w:p>
    <w:p>
      <w:r>
        <w:rPr>
          <w:b/>
        </w:rPr>
        <w:t>Câu 70: Đáp án đúng: B</w:t>
      </w:r>
    </w:p>
    <w:p>
      <w:r>
        <w:rPr>
          <w:b/>
        </w:rPr>
        <w:t>Câu 71: Đáp án đúng: C</w:t>
      </w:r>
    </w:p>
    <w:p>
      <w:r>
        <w:rPr>
          <w:b/>
        </w:rPr>
        <w:t>Câu 72: Đáp án đúng: D</w:t>
      </w:r>
    </w:p>
    <w:p>
      <w:r>
        <w:rPr>
          <w:b/>
        </w:rPr>
        <w:t>Câu 73: Đáp án đúng: A</w:t>
      </w:r>
    </w:p>
    <w:p>
      <w:r>
        <w:rPr>
          <w:b/>
        </w:rPr>
        <w:t>Câu 74: Đáp án đúng: B</w:t>
      </w:r>
    </w:p>
    <w:p>
      <w:r>
        <w:rPr>
          <w:b/>
        </w:rPr>
        <w:t>Câu 75: Đáp án đúng: C</w:t>
      </w:r>
    </w:p>
    <w:p>
      <w:r>
        <w:rPr>
          <w:b/>
        </w:rPr>
        <w:t>Câu 76: Đáp án đúng: D</w:t>
      </w:r>
    </w:p>
    <w:p>
      <w:r>
        <w:rPr>
          <w:b/>
        </w:rPr>
        <w:t>Câu 77: Đáp án đúng: A</w:t>
      </w:r>
    </w:p>
    <w:p>
      <w:r>
        <w:rPr>
          <w:b/>
        </w:rPr>
        <w:t>Câu 78: Đáp án đúng: B</w:t>
      </w:r>
    </w:p>
    <w:p>
      <w:r>
        <w:rPr>
          <w:b/>
        </w:rPr>
        <w:t>Câu 79: Đáp án đúng: C</w:t>
      </w:r>
    </w:p>
    <w:p>
      <w:r>
        <w:rPr>
          <w:b/>
        </w:rPr>
        <w:t>Câu 80: Đáp án đúng: D</w:t>
      </w:r>
    </w:p>
    <w:p>
      <w:r>
        <w:rPr>
          <w:b/>
        </w:rPr>
        <w:t>Câu 81: Đáp án đúng: A</w:t>
      </w:r>
    </w:p>
    <w:p>
      <w:r>
        <w:rPr>
          <w:b/>
        </w:rPr>
        <w:t>Câu 82: Đáp án đúng: B</w:t>
      </w:r>
    </w:p>
    <w:p>
      <w:r>
        <w:rPr>
          <w:b/>
        </w:rPr>
        <w:t>Câu 83: Đáp án đúng: C</w:t>
      </w:r>
    </w:p>
    <w:p>
      <w:r>
        <w:rPr>
          <w:b/>
        </w:rPr>
        <w:t>Câu 84: Đáp án đúng: D</w:t>
      </w:r>
    </w:p>
    <w:p>
      <w:r>
        <w:rPr>
          <w:b/>
        </w:rPr>
        <w:t>Câu 85: Đáp án đúng: A</w:t>
      </w:r>
    </w:p>
    <w:p>
      <w:r>
        <w:rPr>
          <w:b/>
        </w:rPr>
        <w:t>Câu 86: Đáp án đúng: B</w:t>
      </w:r>
    </w:p>
    <w:p>
      <w:r>
        <w:rPr>
          <w:b/>
        </w:rPr>
        <w:t>Câu 87: Đáp án đúng: C</w:t>
      </w:r>
    </w:p>
    <w:p>
      <w:r>
        <w:rPr>
          <w:b/>
        </w:rPr>
        <w:t>Câu 88: Đáp án đúng: D</w:t>
      </w:r>
    </w:p>
    <w:p>
      <w:r>
        <w:rPr>
          <w:b/>
        </w:rPr>
        <w:t>Câu 89: Đáp án đúng: A</w:t>
      </w:r>
    </w:p>
    <w:p>
      <w:r>
        <w:rPr>
          <w:b/>
        </w:rPr>
        <w:t>Câu 90: Đáp án đúng: B</w:t>
      </w:r>
    </w:p>
    <w:p>
      <w:r>
        <w:rPr>
          <w:b/>
        </w:rPr>
        <w:t>Câu 91: Đáp án đúng: C</w:t>
      </w:r>
    </w:p>
    <w:p>
      <w:r>
        <w:rPr>
          <w:b/>
        </w:rPr>
        <w:t>Câu 92: Đáp án đúng: D</w:t>
      </w:r>
    </w:p>
    <w:p>
      <w:r>
        <w:rPr>
          <w:b/>
        </w:rPr>
        <w:t>Câu 93: Đáp án đúng: A</w:t>
      </w:r>
    </w:p>
    <w:p>
      <w:r>
        <w:rPr>
          <w:b/>
        </w:rPr>
        <w:t>Câu 94: Đáp án đúng: B</w:t>
      </w:r>
    </w:p>
    <w:p>
      <w:r>
        <w:rPr>
          <w:b/>
        </w:rPr>
        <w:t>Câu 95: Đáp án đúng: C</w:t>
      </w:r>
    </w:p>
    <w:p>
      <w:r>
        <w:rPr>
          <w:b/>
        </w:rPr>
        <w:t>Câu 96: Đáp án đúng: D</w:t>
      </w:r>
    </w:p>
    <w:p>
      <w:r>
        <w:rPr>
          <w:b/>
        </w:rPr>
        <w:t>Câu 97: Đáp án đúng: A</w:t>
      </w:r>
    </w:p>
    <w:p>
      <w:r>
        <w:rPr>
          <w:b/>
        </w:rPr>
        <w:t>Câu 98: Đáp án đúng: B</w:t>
      </w:r>
    </w:p>
    <w:p>
      <w:r>
        <w:rPr>
          <w:b/>
        </w:rPr>
        <w:t>Câu 99: Đáp án đúng: C</w:t>
      </w:r>
    </w:p>
    <w:p>
      <w:r>
        <w:rPr>
          <w:b/>
        </w:rPr>
        <w:t>Câu 100: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