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Đề trắc nghiệm Toán Lớp 7 - Tập hợp các số hữu tỉ Q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Thứ tự thực hiện phép tính đối với biểu thức có dấu ngoặc là:</w:t>
      </w:r>
    </w:p>
    <w:p>
      <w:pPr>
        <w:pStyle w:val="ListParagraph"/>
      </w:pPr>
      <w:r>
        <w:rPr>
          <w:sz w:val="22"/>
        </w:rPr>
        <w:t>A. Lũy thừa → nhân, chia → cộng, trừ</w:t>
      </w:r>
    </w:p>
    <w:p>
      <w:pPr>
        <w:pStyle w:val="ListParagraph"/>
      </w:pPr>
      <w:r>
        <w:rPr>
          <w:sz w:val="22"/>
        </w:rPr>
        <w:t>B. Nhân, chia → lũy thừa → cộng, trừ</w:t>
      </w:r>
    </w:p>
    <w:p>
      <w:pPr>
        <w:pStyle w:val="ListParagraph"/>
      </w:pPr>
      <w:r>
        <w:rPr>
          <w:sz w:val="22"/>
        </w:rPr>
        <w:t>C. Cộng, trừ → nhân, chia → lũy thừa</w:t>
      </w:r>
    </w:p>
    <w:p>
      <w:pPr>
        <w:pStyle w:val="ListParagraph"/>
      </w:pPr>
      <w:r>
        <w:rPr>
          <w:sz w:val="22"/>
        </w:rPr>
        <w:t>D. Lũy thừa → cộng, trừ → nhân, chia</w:t>
      </w:r>
    </w:p>
    <w:p/>
    <w:p>
      <w:r>
        <w:rPr>
          <w:b/>
          <w:sz w:val="24"/>
        </w:rPr>
        <w:t>Câu 2: Kết quả của phép tính $2^3 \cdot 2^2$ là:</w:t>
      </w:r>
    </w:p>
    <w:p>
      <w:pPr>
        <w:pStyle w:val="ListParagraph"/>
      </w:pPr>
      <w:r>
        <w:rPr>
          <w:sz w:val="22"/>
        </w:rPr>
        <w:t>A. $2^5$</w:t>
      </w:r>
    </w:p>
    <w:p>
      <w:pPr>
        <w:pStyle w:val="ListParagraph"/>
      </w:pPr>
      <w:r>
        <w:rPr>
          <w:sz w:val="22"/>
        </w:rPr>
        <w:t>B. $2^6$</w:t>
      </w:r>
    </w:p>
    <w:p>
      <w:pPr>
        <w:pStyle w:val="ListParagraph"/>
      </w:pPr>
      <w:r>
        <w:rPr>
          <w:sz w:val="22"/>
        </w:rPr>
        <w:t>C. $4^5$</w:t>
      </w:r>
    </w:p>
    <w:p>
      <w:pPr>
        <w:pStyle w:val="ListParagraph"/>
      </w:pPr>
      <w:r>
        <w:rPr>
          <w:sz w:val="22"/>
        </w:rPr>
        <w:t>D. $4^6$</w:t>
      </w:r>
    </w:p>
    <w:p/>
    <w:p>
      <w:r>
        <w:rPr>
          <w:b/>
          <w:sz w:val="24"/>
        </w:rPr>
        <w:t>Câu 3: Giá trị của biểu thức $5 + 3 \cdot 2^2$ là:</w:t>
      </w:r>
    </w:p>
    <w:p>
      <w:pPr>
        <w:pStyle w:val="ListParagraph"/>
      </w:pPr>
      <w:r>
        <w:rPr>
          <w:sz w:val="22"/>
        </w:rPr>
        <w:t>A. 17</w:t>
      </w:r>
    </w:p>
    <w:p>
      <w:pPr>
        <w:pStyle w:val="ListParagraph"/>
      </w:pPr>
      <w:r>
        <w:rPr>
          <w:sz w:val="22"/>
        </w:rPr>
        <w:t>B. 32</w:t>
      </w:r>
    </w:p>
    <w:p>
      <w:pPr>
        <w:pStyle w:val="ListParagraph"/>
      </w:pPr>
      <w:r>
        <w:rPr>
          <w:sz w:val="22"/>
        </w:rPr>
        <w:t>C. 23</w:t>
      </w:r>
    </w:p>
    <w:p>
      <w:pPr>
        <w:pStyle w:val="ListParagraph"/>
      </w:pPr>
      <w:r>
        <w:rPr>
          <w:sz w:val="22"/>
        </w:rPr>
        <w:t>D. 20</w:t>
      </w:r>
    </w:p>
    <w:p/>
    <w:p>
      <w:r>
        <w:rPr>
          <w:b/>
          <w:sz w:val="24"/>
        </w:rPr>
        <w:t>Câu 4: Kết quả của phép tính $\left( \frac{1}{2} + \frac{1}{3} \right) \cdot \frac{6}{5}$ là:</w:t>
      </w:r>
    </w:p>
    <w:p>
      <w:pPr>
        <w:pStyle w:val="ListParagraph"/>
      </w:pPr>
      <w:r>
        <w:rPr>
          <w:sz w:val="22"/>
        </w:rPr>
        <w:t>A. 1</w:t>
      </w:r>
    </w:p>
    <w:p>
      <w:pPr>
        <w:pStyle w:val="ListParagraph"/>
      </w:pPr>
      <w:r>
        <w:rPr>
          <w:sz w:val="22"/>
        </w:rPr>
        <w:t>B. $\frac{5}{6}$</w:t>
      </w:r>
    </w:p>
    <w:p>
      <w:pPr>
        <w:pStyle w:val="ListParagraph"/>
      </w:pPr>
      <w:r>
        <w:rPr>
          <w:sz w:val="22"/>
        </w:rPr>
        <w:t>C. $\frac{6}{5}$</w:t>
      </w:r>
    </w:p>
    <w:p>
      <w:pPr>
        <w:pStyle w:val="ListParagraph"/>
      </w:pPr>
      <w:r>
        <w:rPr>
          <w:sz w:val="22"/>
        </w:rPr>
        <w:t>D. $\frac{1}{5}$</w:t>
      </w:r>
    </w:p>
    <w:p/>
    <w:p>
      <w:r>
        <w:rPr>
          <w:b/>
          <w:sz w:val="24"/>
        </w:rPr>
        <w:t>Câu 5: Tìm $x$, biết $x + 5 = 12$.</w:t>
      </w:r>
    </w:p>
    <w:p>
      <w:pPr>
        <w:pStyle w:val="ListParagraph"/>
      </w:pPr>
      <w:r>
        <w:rPr>
          <w:sz w:val="22"/>
        </w:rPr>
        <w:t>A. $x = 7$</w:t>
      </w:r>
    </w:p>
    <w:p>
      <w:pPr>
        <w:pStyle w:val="ListParagraph"/>
      </w:pPr>
      <w:r>
        <w:rPr>
          <w:sz w:val="22"/>
        </w:rPr>
        <w:t>B. $x = -7$</w:t>
      </w:r>
    </w:p>
    <w:p>
      <w:pPr>
        <w:pStyle w:val="ListParagraph"/>
      </w:pPr>
      <w:r>
        <w:rPr>
          <w:sz w:val="22"/>
        </w:rPr>
        <w:t>C. $x = 17$</w:t>
      </w:r>
    </w:p>
    <w:p>
      <w:pPr>
        <w:pStyle w:val="ListParagraph"/>
      </w:pPr>
      <w:r>
        <w:rPr>
          <w:sz w:val="22"/>
        </w:rPr>
        <w:t>D. $x = -17$</w:t>
      </w:r>
    </w:p>
    <w:p/>
    <w:p>
      <w:r>
        <w:rPr>
          <w:b/>
          <w:sz w:val="24"/>
        </w:rPr>
        <w:t>Câu 6: Tìm $x$, biết $3x - 7 = 8$.</w:t>
      </w:r>
    </w:p>
    <w:p>
      <w:pPr>
        <w:pStyle w:val="ListParagraph"/>
      </w:pPr>
      <w:r>
        <w:rPr>
          <w:sz w:val="22"/>
        </w:rPr>
        <w:t>A. $x = 5$</w:t>
      </w:r>
    </w:p>
    <w:p>
      <w:pPr>
        <w:pStyle w:val="ListParagraph"/>
      </w:pPr>
      <w:r>
        <w:rPr>
          <w:sz w:val="22"/>
        </w:rPr>
        <w:t>B. $x = \frac{1}{3}$</w:t>
      </w:r>
    </w:p>
    <w:p>
      <w:pPr>
        <w:pStyle w:val="ListParagraph"/>
      </w:pPr>
      <w:r>
        <w:rPr>
          <w:sz w:val="22"/>
        </w:rPr>
        <w:t>C. $x = 15$</w:t>
      </w:r>
    </w:p>
    <w:p>
      <w:pPr>
        <w:pStyle w:val="ListParagraph"/>
      </w:pPr>
      <w:r>
        <w:rPr>
          <w:sz w:val="22"/>
        </w:rPr>
        <w:t>D. $x = -5$</w:t>
      </w:r>
    </w:p>
    <w:p/>
    <w:p>
      <w:r>
        <w:rPr>
          <w:b/>
          <w:sz w:val="24"/>
        </w:rPr>
        <w:t>Câu 7: Nếu $a + c = b$ thì:</w:t>
      </w:r>
    </w:p>
    <w:p>
      <w:pPr>
        <w:pStyle w:val="ListParagraph"/>
      </w:pPr>
      <w:r>
        <w:rPr>
          <w:sz w:val="22"/>
        </w:rPr>
        <w:t>A. $a = b - c$</w:t>
      </w:r>
    </w:p>
    <w:p>
      <w:pPr>
        <w:pStyle w:val="ListParagraph"/>
      </w:pPr>
      <w:r>
        <w:rPr>
          <w:sz w:val="22"/>
        </w:rPr>
        <w:t>B. $a = b + c$</w:t>
      </w:r>
    </w:p>
    <w:p>
      <w:pPr>
        <w:pStyle w:val="ListParagraph"/>
      </w:pPr>
      <w:r>
        <w:rPr>
          <w:sz w:val="22"/>
        </w:rPr>
        <w:t>C. $a = c - b$</w:t>
      </w:r>
    </w:p>
    <w:p>
      <w:pPr>
        <w:pStyle w:val="ListParagraph"/>
      </w:pPr>
      <w:r>
        <w:rPr>
          <w:sz w:val="22"/>
        </w:rPr>
        <w:t>D. $a = -b - c$</w:t>
      </w:r>
    </w:p>
    <w:p/>
    <w:p>
      <w:r>
        <w:rPr>
          <w:b/>
          <w:sz w:val="24"/>
        </w:rPr>
        <w:t>Câu 8: Giá trị của biểu thức $\frac{3}{4} - \frac{1}{2} \cdot \frac{1}{3}$ là:</w:t>
      </w:r>
    </w:p>
    <w:p>
      <w:pPr>
        <w:pStyle w:val="ListParagraph"/>
      </w:pPr>
      <w:r>
        <w:rPr>
          <w:sz w:val="22"/>
        </w:rPr>
        <w:t>A. $\frac{7}{12}$</w:t>
      </w:r>
    </w:p>
    <w:p>
      <w:pPr>
        <w:pStyle w:val="ListParagraph"/>
      </w:pPr>
      <w:r>
        <w:rPr>
          <w:sz w:val="22"/>
        </w:rPr>
        <w:t>B. $\frac{1}{12}$</w:t>
      </w:r>
    </w:p>
    <w:p>
      <w:pPr>
        <w:pStyle w:val="ListParagraph"/>
      </w:pPr>
      <w:r>
        <w:rPr>
          <w:sz w:val="22"/>
        </w:rPr>
        <w:t>C. $\frac{5}{12}$</w:t>
      </w:r>
    </w:p>
    <w:p>
      <w:pPr>
        <w:pStyle w:val="ListParagraph"/>
      </w:pPr>
      <w:r>
        <w:rPr>
          <w:sz w:val="22"/>
        </w:rPr>
        <w:t>D. $\frac{1}{4}$</w:t>
      </w:r>
    </w:p>
    <w:p/>
    <w:p>
      <w:r>
        <w:rPr>
          <w:b/>
          <w:sz w:val="24"/>
        </w:rPr>
        <w:t>Câu 9: Kết quả của phép tính $\left( 2^3 \right)^2$ là:</w:t>
      </w:r>
    </w:p>
    <w:p>
      <w:pPr>
        <w:pStyle w:val="ListParagraph"/>
      </w:pPr>
      <w:r>
        <w:rPr>
          <w:sz w:val="22"/>
        </w:rPr>
        <w:t>A. $2^6$</w:t>
      </w:r>
    </w:p>
    <w:p>
      <w:pPr>
        <w:pStyle w:val="ListParagraph"/>
      </w:pPr>
      <w:r>
        <w:rPr>
          <w:sz w:val="22"/>
        </w:rPr>
        <w:t>B. $2^5$</w:t>
      </w:r>
    </w:p>
    <w:p>
      <w:pPr>
        <w:pStyle w:val="ListParagraph"/>
      </w:pPr>
      <w:r>
        <w:rPr>
          <w:sz w:val="22"/>
        </w:rPr>
        <w:t>C. $4^6$</w:t>
      </w:r>
    </w:p>
    <w:p>
      <w:pPr>
        <w:pStyle w:val="ListParagraph"/>
      </w:pPr>
      <w:r>
        <w:rPr>
          <w:sz w:val="22"/>
        </w:rPr>
        <w:t>D. $4^5$</w:t>
      </w:r>
    </w:p>
    <w:p/>
    <w:p>
      <w:r>
        <w:rPr>
          <w:b/>
          <w:sz w:val="24"/>
        </w:rPr>
        <w:t>Câu 10: Tìm $x$, biết $\frac{x}{2} = \frac{3}{4}$.</w:t>
      </w:r>
    </w:p>
    <w:p>
      <w:pPr>
        <w:pStyle w:val="ListParagraph"/>
      </w:pPr>
      <w:r>
        <w:rPr>
          <w:sz w:val="22"/>
        </w:rPr>
        <w:t>A. $x = \frac{3}{2}$</w:t>
      </w:r>
    </w:p>
    <w:p>
      <w:pPr>
        <w:pStyle w:val="ListParagraph"/>
      </w:pPr>
      <w:r>
        <w:rPr>
          <w:sz w:val="22"/>
        </w:rPr>
        <w:t>B. $x = \frac{2}{3}$</w:t>
      </w:r>
    </w:p>
    <w:p>
      <w:pPr>
        <w:pStyle w:val="ListParagraph"/>
      </w:pPr>
      <w:r>
        <w:rPr>
          <w:sz w:val="22"/>
        </w:rPr>
        <w:t>C. $x = \frac{3}{8}$</w:t>
      </w:r>
    </w:p>
    <w:p>
      <w:pPr>
        <w:pStyle w:val="ListParagraph"/>
      </w:pPr>
      <w:r>
        <w:rPr>
          <w:sz w:val="22"/>
        </w:rPr>
        <w:t>D. $x = \frac{8}{3}$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