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tiếng Anh về câu điều kiện...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If I ___ enough money, I will buy a new car.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would have</w:t>
      </w:r>
    </w:p>
    <w:p>
      <w:pPr>
        <w:pStyle w:val="ListParagraph"/>
      </w:pPr>
      <w:r>
        <w:rPr>
          <w:sz w:val="22"/>
        </w:rPr>
        <w:t>D. will have</w:t>
      </w:r>
    </w:p>
    <w:p/>
    <w:p>
      <w:r>
        <w:rPr>
          <w:b/>
          <w:sz w:val="24"/>
        </w:rPr>
        <w:t>Câu 2: If she ___ the truth, she would tell us.</w:t>
      </w:r>
    </w:p>
    <w:p>
      <w:pPr>
        <w:pStyle w:val="ListParagraph"/>
      </w:pPr>
      <w:r>
        <w:rPr>
          <w:sz w:val="22"/>
        </w:rPr>
        <w:t>A. knows</w:t>
      </w:r>
    </w:p>
    <w:p>
      <w:pPr>
        <w:pStyle w:val="ListParagraph"/>
      </w:pPr>
      <w:r>
        <w:rPr>
          <w:sz w:val="22"/>
        </w:rPr>
        <w:t>B. knew</w:t>
      </w:r>
    </w:p>
    <w:p>
      <w:pPr>
        <w:pStyle w:val="ListParagraph"/>
      </w:pPr>
      <w:r>
        <w:rPr>
          <w:sz w:val="22"/>
        </w:rPr>
        <w:t>C. would know</w:t>
      </w:r>
    </w:p>
    <w:p>
      <w:pPr>
        <w:pStyle w:val="ListParagraph"/>
      </w:pPr>
      <w:r>
        <w:rPr>
          <w:sz w:val="22"/>
        </w:rPr>
        <w:t>D. has known</w:t>
      </w:r>
    </w:p>
    <w:p/>
    <w:p>
      <w:r>
        <w:rPr>
          <w:b/>
          <w:sz w:val="24"/>
        </w:rPr>
        <w:t>Câu 3: If they had studied harder, they ___ the exam.</w:t>
      </w:r>
    </w:p>
    <w:p>
      <w:pPr>
        <w:pStyle w:val="ListParagraph"/>
      </w:pPr>
      <w:r>
        <w:rPr>
          <w:sz w:val="22"/>
        </w:rPr>
        <w:t>A. would pass</w:t>
      </w:r>
    </w:p>
    <w:p>
      <w:pPr>
        <w:pStyle w:val="ListParagraph"/>
      </w:pPr>
      <w:r>
        <w:rPr>
          <w:sz w:val="22"/>
        </w:rPr>
        <w:t>B. would have passed</w:t>
      </w:r>
    </w:p>
    <w:p>
      <w:pPr>
        <w:pStyle w:val="ListParagraph"/>
      </w:pPr>
      <w:r>
        <w:rPr>
          <w:sz w:val="22"/>
        </w:rPr>
        <w:t>C. passed</w:t>
      </w:r>
    </w:p>
    <w:p>
      <w:pPr>
        <w:pStyle w:val="ListParagraph"/>
      </w:pPr>
      <w:r>
        <w:rPr>
          <w:sz w:val="22"/>
        </w:rPr>
        <w:t>D. had passed</w:t>
      </w:r>
    </w:p>
    <w:p/>
    <w:p>
      <w:r>
        <w:rPr>
          <w:b/>
          <w:sz w:val="24"/>
        </w:rPr>
        <w:t>Câu 4: If it rains tomorrow, we ___ the picnic.</w:t>
      </w:r>
    </w:p>
    <w:p>
      <w:pPr>
        <w:pStyle w:val="ListParagraph"/>
      </w:pPr>
      <w:r>
        <w:rPr>
          <w:sz w:val="22"/>
        </w:rPr>
        <w:t>A. cancel</w:t>
      </w:r>
    </w:p>
    <w:p>
      <w:pPr>
        <w:pStyle w:val="ListParagraph"/>
      </w:pPr>
      <w:r>
        <w:rPr>
          <w:sz w:val="22"/>
        </w:rPr>
        <w:t>B. would cancel</w:t>
      </w:r>
    </w:p>
    <w:p>
      <w:pPr>
        <w:pStyle w:val="ListParagraph"/>
      </w:pPr>
      <w:r>
        <w:rPr>
          <w:sz w:val="22"/>
        </w:rPr>
        <w:t>C. will cancel</w:t>
      </w:r>
    </w:p>
    <w:p>
      <w:pPr>
        <w:pStyle w:val="ListParagraph"/>
      </w:pPr>
      <w:r>
        <w:rPr>
          <w:sz w:val="22"/>
        </w:rPr>
        <w:t>D. cancelled</w:t>
      </w:r>
    </w:p>
    <w:p/>
    <w:p>
      <w:r>
        <w:rPr>
          <w:b/>
          <w:sz w:val="24"/>
        </w:rPr>
        <w:t>Câu 5: If I were you, I ___ the job offer.</w:t>
      </w:r>
    </w:p>
    <w:p>
      <w:pPr>
        <w:pStyle w:val="ListParagraph"/>
      </w:pPr>
      <w:r>
        <w:rPr>
          <w:sz w:val="22"/>
        </w:rPr>
        <w:t>A. will accept</w:t>
      </w:r>
    </w:p>
    <w:p>
      <w:pPr>
        <w:pStyle w:val="ListParagraph"/>
      </w:pPr>
      <w:r>
        <w:rPr>
          <w:sz w:val="22"/>
        </w:rPr>
        <w:t>B. accept</w:t>
      </w:r>
    </w:p>
    <w:p>
      <w:pPr>
        <w:pStyle w:val="ListParagraph"/>
      </w:pPr>
      <w:r>
        <w:rPr>
          <w:sz w:val="22"/>
        </w:rPr>
        <w:t>C. would accept</w:t>
      </w:r>
    </w:p>
    <w:p>
      <w:pPr>
        <w:pStyle w:val="ListParagraph"/>
      </w:pPr>
      <w:r>
        <w:rPr>
          <w:sz w:val="22"/>
        </w:rPr>
        <w:t>D. would have accepted</w:t>
      </w:r>
    </w:p>
    <w:p/>
    <w:p>
      <w:r>
        <w:rPr>
          <w:b/>
          <w:sz w:val="24"/>
        </w:rPr>
        <w:t>Câu 6: If he had been more careful, he ___ so many mistakes.</w:t>
      </w:r>
    </w:p>
    <w:p>
      <w:pPr>
        <w:pStyle w:val="ListParagraph"/>
      </w:pPr>
      <w:r>
        <w:rPr>
          <w:sz w:val="22"/>
        </w:rPr>
        <w:t>A. wouldn't make</w:t>
      </w:r>
    </w:p>
    <w:p>
      <w:pPr>
        <w:pStyle w:val="ListParagraph"/>
      </w:pPr>
      <w:r>
        <w:rPr>
          <w:sz w:val="22"/>
        </w:rPr>
        <w:t>B. wouldn't have made</w:t>
      </w:r>
    </w:p>
    <w:p>
      <w:pPr>
        <w:pStyle w:val="ListParagraph"/>
      </w:pPr>
      <w:r>
        <w:rPr>
          <w:sz w:val="22"/>
        </w:rPr>
        <w:t>C. didn't make</w:t>
      </w:r>
    </w:p>
    <w:p>
      <w:pPr>
        <w:pStyle w:val="ListParagraph"/>
      </w:pPr>
      <w:r>
        <w:rPr>
          <w:sz w:val="22"/>
        </w:rPr>
        <w:t>D. won't make</w:t>
      </w:r>
    </w:p>
    <w:p/>
    <w:p>
      <w:r>
        <w:rPr>
          <w:b/>
          <w:sz w:val="24"/>
        </w:rPr>
        <w:t>Câu 7: Unless you ___ , you will miss the train.</w:t>
      </w:r>
    </w:p>
    <w:p>
      <w:pPr>
        <w:pStyle w:val="ListParagraph"/>
      </w:pPr>
      <w:r>
        <w:rPr>
          <w:sz w:val="22"/>
        </w:rPr>
        <w:t>A. hurried</w:t>
      </w:r>
    </w:p>
    <w:p>
      <w:pPr>
        <w:pStyle w:val="ListParagraph"/>
      </w:pPr>
      <w:r>
        <w:rPr>
          <w:sz w:val="22"/>
        </w:rPr>
        <w:t>B. hurry</w:t>
      </w:r>
    </w:p>
    <w:p>
      <w:pPr>
        <w:pStyle w:val="ListParagraph"/>
      </w:pPr>
      <w:r>
        <w:rPr>
          <w:sz w:val="22"/>
        </w:rPr>
        <w:t>C. would hurry</w:t>
      </w:r>
    </w:p>
    <w:p>
      <w:pPr>
        <w:pStyle w:val="ListParagraph"/>
      </w:pPr>
      <w:r>
        <w:rPr>
          <w:sz w:val="22"/>
        </w:rPr>
        <w:t>D. had hurried</w:t>
      </w:r>
    </w:p>
    <w:p/>
    <w:p>
      <w:r>
        <w:rPr>
          <w:b/>
          <w:sz w:val="24"/>
        </w:rPr>
        <w:t>Câu 8: If I had known about the meeting, I ___ it.</w:t>
      </w:r>
    </w:p>
    <w:p>
      <w:pPr>
        <w:pStyle w:val="ListParagraph"/>
      </w:pPr>
      <w:r>
        <w:rPr>
          <w:sz w:val="22"/>
        </w:rPr>
        <w:t>A. would attend</w:t>
      </w:r>
    </w:p>
    <w:p>
      <w:pPr>
        <w:pStyle w:val="ListParagraph"/>
      </w:pPr>
      <w:r>
        <w:rPr>
          <w:sz w:val="22"/>
        </w:rPr>
        <w:t>B. will attend</w:t>
      </w:r>
    </w:p>
    <w:p>
      <w:pPr>
        <w:pStyle w:val="ListParagraph"/>
      </w:pPr>
      <w:r>
        <w:rPr>
          <w:sz w:val="22"/>
        </w:rPr>
        <w:t>C. would have attended</w:t>
      </w:r>
    </w:p>
    <w:p>
      <w:pPr>
        <w:pStyle w:val="ListParagraph"/>
      </w:pPr>
      <w:r>
        <w:rPr>
          <w:sz w:val="22"/>
        </w:rPr>
        <w:t>D. attended</w:t>
      </w:r>
    </w:p>
    <w:p/>
    <w:p>
      <w:r>
        <w:rPr>
          <w:b/>
          <w:sz w:val="24"/>
        </w:rPr>
        <w:t>Câu 9: What would you do if you ___ a million dollars?</w:t>
      </w:r>
    </w:p>
    <w:p>
      <w:pPr>
        <w:pStyle w:val="ListParagraph"/>
      </w:pPr>
      <w:r>
        <w:rPr>
          <w:sz w:val="22"/>
        </w:rPr>
        <w:t>A. win</w:t>
      </w:r>
    </w:p>
    <w:p>
      <w:pPr>
        <w:pStyle w:val="ListParagraph"/>
      </w:pPr>
      <w:r>
        <w:rPr>
          <w:sz w:val="22"/>
        </w:rPr>
        <w:t>B. won</w:t>
      </w:r>
    </w:p>
    <w:p>
      <w:pPr>
        <w:pStyle w:val="ListParagraph"/>
      </w:pPr>
      <w:r>
        <w:rPr>
          <w:sz w:val="22"/>
        </w:rPr>
        <w:t>C. would win</w:t>
      </w:r>
    </w:p>
    <w:p>
      <w:pPr>
        <w:pStyle w:val="ListParagraph"/>
      </w:pPr>
      <w:r>
        <w:rPr>
          <w:sz w:val="22"/>
        </w:rPr>
        <w:t>D. had won</w:t>
      </w:r>
    </w:p>
    <w:p/>
    <w:p>
      <w:r>
        <w:rPr>
          <w:b/>
          <w:sz w:val="24"/>
        </w:rPr>
        <w:t>Câu 10: If the weather is nice, we ___ for a walk.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would go</w:t>
      </w:r>
    </w:p>
    <w:p>
      <w:pPr>
        <w:pStyle w:val="ListParagraph"/>
      </w:pPr>
      <w:r>
        <w:rPr>
          <w:sz w:val="22"/>
        </w:rPr>
        <w:t>C. would have gone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