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Tin học lớp 11 kết nối tri thức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Hệ điều hành là gì?</w:t>
      </w:r>
    </w:p>
    <w:p>
      <w:pPr>
        <w:pStyle w:val="ListParagraph"/>
      </w:pPr>
      <w:r>
        <w:rPr>
          <w:sz w:val="22"/>
        </w:rPr>
        <w:t>A. Phần mềm ứng dụng giúp người dùng giải trí</w:t>
      </w:r>
    </w:p>
    <w:p>
      <w:pPr>
        <w:pStyle w:val="ListParagraph"/>
      </w:pPr>
      <w:r>
        <w:rPr>
          <w:sz w:val="22"/>
        </w:rPr>
        <w:t>B. Phần mềm hệ thống quản lý tài nguyên máy tính</w:t>
      </w:r>
    </w:p>
    <w:p>
      <w:pPr>
        <w:pStyle w:val="ListParagraph"/>
      </w:pPr>
      <w:r>
        <w:rPr>
          <w:sz w:val="22"/>
        </w:rPr>
        <w:t>C. Phần cứng điều khiển máy tính</w:t>
      </w:r>
    </w:p>
    <w:p>
      <w:pPr>
        <w:pStyle w:val="ListParagraph"/>
      </w:pPr>
      <w:r>
        <w:rPr>
          <w:sz w:val="22"/>
        </w:rPr>
        <w:t>D. Ngôn ngữ lập trình</w:t>
      </w:r>
    </w:p>
    <w:p/>
    <w:p>
      <w:r>
        <w:rPr>
          <w:b/>
          <w:sz w:val="24"/>
        </w:rPr>
        <w:t>Câu 2: Chức năng nào sau đây KHÔNG phải của hệ điều hành?</w:t>
      </w:r>
    </w:p>
    <w:p>
      <w:pPr>
        <w:pStyle w:val="ListParagraph"/>
      </w:pPr>
      <w:r>
        <w:rPr>
          <w:sz w:val="22"/>
        </w:rPr>
        <w:t>A. Quản lý bộ nhớ</w:t>
      </w:r>
    </w:p>
    <w:p>
      <w:pPr>
        <w:pStyle w:val="ListParagraph"/>
      </w:pPr>
      <w:r>
        <w:rPr>
          <w:sz w:val="22"/>
        </w:rPr>
        <w:t>B. Quản lý thiết bị ngoại vi</w:t>
      </w:r>
    </w:p>
    <w:p>
      <w:pPr>
        <w:pStyle w:val="ListParagraph"/>
      </w:pPr>
      <w:r>
        <w:rPr>
          <w:sz w:val="22"/>
        </w:rPr>
        <w:t>C. Soạn thảo văn bản</w:t>
      </w:r>
    </w:p>
    <w:p>
      <w:pPr>
        <w:pStyle w:val="ListParagraph"/>
      </w:pPr>
      <w:r>
        <w:rPr>
          <w:sz w:val="22"/>
        </w:rPr>
        <w:t>D. Quản lý tập tin</w:t>
      </w:r>
    </w:p>
    <w:p/>
    <w:p>
      <w:r>
        <w:rPr>
          <w:b/>
          <w:sz w:val="24"/>
        </w:rPr>
        <w:t>Câu 3: Hệ điều hành nào sau đây là hệ điều hành mã nguồn mở?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4: Hệ điều hành Windows do hãng nào phát triển?</w:t>
      </w:r>
    </w:p>
    <w:p>
      <w:pPr>
        <w:pStyle w:val="ListParagraph"/>
      </w:pPr>
      <w:r>
        <w:rPr>
          <w:sz w:val="22"/>
        </w:rPr>
        <w:t>A. Apple</w:t>
      </w:r>
    </w:p>
    <w:p>
      <w:pPr>
        <w:pStyle w:val="ListParagraph"/>
      </w:pPr>
      <w:r>
        <w:rPr>
          <w:sz w:val="22"/>
        </w:rPr>
        <w:t>B. Microsoft</w:t>
      </w:r>
    </w:p>
    <w:p>
      <w:pPr>
        <w:pStyle w:val="ListParagraph"/>
      </w:pPr>
      <w:r>
        <w:rPr>
          <w:sz w:val="22"/>
        </w:rPr>
        <w:t>C. Google</w:t>
      </w:r>
    </w:p>
    <w:p>
      <w:pPr>
        <w:pStyle w:val="ListParagraph"/>
      </w:pPr>
      <w:r>
        <w:rPr>
          <w:sz w:val="22"/>
        </w:rPr>
        <w:t>D. IBM</w:t>
      </w:r>
    </w:p>
    <w:p/>
    <w:p>
      <w:r>
        <w:rPr>
          <w:b/>
          <w:sz w:val="24"/>
        </w:rPr>
        <w:t>Câu 5: Hệ điều hành macOS do hãng nào phát triển?</w:t>
      </w:r>
    </w:p>
    <w:p>
      <w:pPr>
        <w:pStyle w:val="ListParagraph"/>
      </w:pPr>
      <w:r>
        <w:rPr>
          <w:sz w:val="22"/>
        </w:rPr>
        <w:t>A. Microsoft</w:t>
      </w:r>
    </w:p>
    <w:p>
      <w:pPr>
        <w:pStyle w:val="ListParagraph"/>
      </w:pPr>
      <w:r>
        <w:rPr>
          <w:sz w:val="22"/>
        </w:rPr>
        <w:t>B. Apple</w:t>
      </w:r>
    </w:p>
    <w:p>
      <w:pPr>
        <w:pStyle w:val="ListParagraph"/>
      </w:pPr>
      <w:r>
        <w:rPr>
          <w:sz w:val="22"/>
        </w:rPr>
        <w:t>C. Linux Foundation</w:t>
      </w:r>
    </w:p>
    <w:p>
      <w:pPr>
        <w:pStyle w:val="ListParagraph"/>
      </w:pPr>
      <w:r>
        <w:rPr>
          <w:sz w:val="22"/>
        </w:rPr>
        <w:t>D. Google</w:t>
      </w:r>
    </w:p>
    <w:p/>
    <w:p>
      <w:r>
        <w:rPr>
          <w:b/>
          <w:sz w:val="24"/>
        </w:rPr>
        <w:t>Câu 6: Hệ điều hành Android được phát triển dựa trên nền tảng nào?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macOS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7: Hệ điều hành iOS được dùng cho thiết bị nào?</w:t>
      </w:r>
    </w:p>
    <w:p>
      <w:pPr>
        <w:pStyle w:val="ListParagraph"/>
      </w:pPr>
      <w:r>
        <w:rPr>
          <w:sz w:val="22"/>
        </w:rPr>
        <w:t>A. Máy tính để bàn</w:t>
      </w:r>
    </w:p>
    <w:p>
      <w:pPr>
        <w:pStyle w:val="ListParagraph"/>
      </w:pPr>
      <w:r>
        <w:rPr>
          <w:sz w:val="22"/>
        </w:rPr>
        <w:t>B. Máy chủ</w:t>
      </w:r>
    </w:p>
    <w:p>
      <w:pPr>
        <w:pStyle w:val="ListParagraph"/>
      </w:pPr>
      <w:r>
        <w:rPr>
          <w:sz w:val="22"/>
        </w:rPr>
        <w:t>C. Điện thoại và máy tính bảng của Apple</w:t>
      </w:r>
    </w:p>
    <w:p>
      <w:pPr>
        <w:pStyle w:val="ListParagraph"/>
      </w:pPr>
      <w:r>
        <w:rPr>
          <w:sz w:val="22"/>
        </w:rPr>
        <w:t>D. Thiết bị Android</w:t>
      </w:r>
    </w:p>
    <w:p/>
    <w:p>
      <w:r>
        <w:rPr>
          <w:b/>
          <w:sz w:val="24"/>
        </w:rPr>
        <w:t>Câu 8: Hệ điều hành nào sau đây thường được dùng cho máy chủ?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Ubuntu Server</w:t>
      </w:r>
    </w:p>
    <w:p>
      <w:pPr>
        <w:pStyle w:val="ListParagraph"/>
      </w:pPr>
      <w:r>
        <w:rPr>
          <w:sz w:val="22"/>
        </w:rPr>
        <w:t>C. Android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9: Hệ điều hành đa nhiệm là gì?</w:t>
      </w:r>
    </w:p>
    <w:p>
      <w:pPr>
        <w:pStyle w:val="ListParagraph"/>
      </w:pPr>
      <w:r>
        <w:rPr>
          <w:sz w:val="22"/>
        </w:rPr>
        <w:t>A. Chỉ chạy được một chương trình tại một thời điểm</w:t>
      </w:r>
    </w:p>
    <w:p>
      <w:pPr>
        <w:pStyle w:val="ListParagraph"/>
      </w:pPr>
      <w:r>
        <w:rPr>
          <w:sz w:val="22"/>
        </w:rPr>
        <w:t>B. Cho phép nhiều người dùng cùng lúc</w:t>
      </w:r>
    </w:p>
    <w:p>
      <w:pPr>
        <w:pStyle w:val="ListParagraph"/>
      </w:pPr>
      <w:r>
        <w:rPr>
          <w:sz w:val="22"/>
        </w:rPr>
        <w:t>C. Cho phép nhiều chương trình chạy đồng thời</w:t>
      </w:r>
    </w:p>
    <w:p>
      <w:pPr>
        <w:pStyle w:val="ListParagraph"/>
      </w:pPr>
      <w:r>
        <w:rPr>
          <w:sz w:val="22"/>
        </w:rPr>
        <w:t>D. Chỉ chạy trên máy tính lớn</w:t>
      </w:r>
    </w:p>
    <w:p/>
    <w:p>
      <w:r>
        <w:rPr>
          <w:b/>
          <w:sz w:val="24"/>
        </w:rPr>
        <w:t>Câu 10: Hệ điều hành đa người dùng là gì?</w:t>
      </w:r>
    </w:p>
    <w:p>
      <w:pPr>
        <w:pStyle w:val="ListParagraph"/>
      </w:pPr>
      <w:r>
        <w:rPr>
          <w:sz w:val="22"/>
        </w:rPr>
        <w:t>A. Chỉ cho phép một người dùng</w:t>
      </w:r>
    </w:p>
    <w:p>
      <w:pPr>
        <w:pStyle w:val="ListParagraph"/>
      </w:pPr>
      <w:r>
        <w:rPr>
          <w:sz w:val="22"/>
        </w:rPr>
        <w:t>B. Cho phép nhiều người dùng truy cập đồng thời</w:t>
      </w:r>
    </w:p>
    <w:p>
      <w:pPr>
        <w:pStyle w:val="ListParagraph"/>
      </w:pPr>
      <w:r>
        <w:rPr>
          <w:sz w:val="22"/>
        </w:rPr>
        <w:t>C. Chỉ chạy trên điện thoại</w:t>
      </w:r>
    </w:p>
    <w:p>
      <w:pPr>
        <w:pStyle w:val="ListParagraph"/>
      </w:pPr>
      <w:r>
        <w:rPr>
          <w:sz w:val="22"/>
        </w:rPr>
        <w:t>D. Không có chức năng quản lý người dùng</w:t>
      </w:r>
    </w:p>
    <w:p/>
    <w:p>
      <w:r>
        <w:rPr>
          <w:b/>
          <w:sz w:val="24"/>
        </w:rPr>
        <w:t>Câu 11: Hệ điều hành nào sau đây là hệ điều hành nhúng?</w:t>
      </w:r>
    </w:p>
    <w:p>
      <w:pPr>
        <w:pStyle w:val="ListParagraph"/>
      </w:pPr>
      <w:r>
        <w:rPr>
          <w:sz w:val="22"/>
        </w:rPr>
        <w:t>A. Windows 11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FreeRTOS</w:t>
      </w:r>
    </w:p>
    <w:p>
      <w:pPr>
        <w:pStyle w:val="ListParagraph"/>
      </w:pPr>
      <w:r>
        <w:rPr>
          <w:sz w:val="22"/>
        </w:rPr>
        <w:t>D. Ubuntu</w:t>
      </w:r>
    </w:p>
    <w:p/>
    <w:p>
      <w:r>
        <w:rPr>
          <w:b/>
          <w:sz w:val="24"/>
        </w:rPr>
        <w:t>Câu 12: Hệ điều hành nào sau đây KHÔNG phải là hệ điều hành di động?</w:t>
      </w:r>
    </w:p>
    <w:p>
      <w:pPr>
        <w:pStyle w:val="ListParagraph"/>
      </w:pPr>
      <w:r>
        <w:rPr>
          <w:sz w:val="22"/>
        </w:rPr>
        <w:t>A. Android</w:t>
      </w:r>
    </w:p>
    <w:p>
      <w:pPr>
        <w:pStyle w:val="ListParagraph"/>
      </w:pPr>
      <w:r>
        <w:rPr>
          <w:sz w:val="22"/>
        </w:rPr>
        <w:t>B. iOS</w:t>
      </w:r>
    </w:p>
    <w:p>
      <w:pPr>
        <w:pStyle w:val="ListParagraph"/>
      </w:pPr>
      <w:r>
        <w:rPr>
          <w:sz w:val="22"/>
        </w:rPr>
        <w:t>C. Windows Phone</w:t>
      </w:r>
    </w:p>
    <w:p>
      <w:pPr>
        <w:pStyle w:val="ListParagraph"/>
      </w:pPr>
      <w:r>
        <w:rPr>
          <w:sz w:val="22"/>
        </w:rPr>
        <w:t>D. Windows 10</w:t>
      </w:r>
    </w:p>
    <w:p/>
    <w:p>
      <w:r>
        <w:rPr>
          <w:b/>
          <w:sz w:val="24"/>
        </w:rPr>
        <w:t>Câu 13: Hệ điều hành nào sau đây là phần mềm miễn phí?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Ubuntu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14: Hệ điều hành nào sau đây yêu cầu trả phí bản quyền?</w:t>
      </w:r>
    </w:p>
    <w:p>
      <w:pPr>
        <w:pStyle w:val="ListParagraph"/>
      </w:pPr>
      <w:r>
        <w:rPr>
          <w:sz w:val="22"/>
        </w:rPr>
        <w:t>A. Linux</w:t>
      </w:r>
    </w:p>
    <w:p>
      <w:pPr>
        <w:pStyle w:val="ListParagraph"/>
      </w:pPr>
      <w:r>
        <w:rPr>
          <w:sz w:val="22"/>
        </w:rPr>
        <w:t>B. Ubuntu</w:t>
      </w:r>
    </w:p>
    <w:p>
      <w:pPr>
        <w:pStyle w:val="ListParagraph"/>
      </w:pPr>
      <w:r>
        <w:rPr>
          <w:sz w:val="22"/>
        </w:rPr>
        <w:t>C. Windows</w:t>
      </w:r>
    </w:p>
    <w:p>
      <w:pPr>
        <w:pStyle w:val="ListParagraph"/>
      </w:pPr>
      <w:r>
        <w:rPr>
          <w:sz w:val="22"/>
        </w:rPr>
        <w:t>D. Fedora</w:t>
      </w:r>
    </w:p>
    <w:p/>
    <w:p>
      <w:r>
        <w:rPr>
          <w:b/>
          <w:sz w:val="24"/>
        </w:rPr>
        <w:t>Câu 15: Hệ điều hành nào sau đây được thiết kế cho máy tính cá nhân?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Android</w:t>
      </w:r>
    </w:p>
    <w:p>
      <w:pPr>
        <w:pStyle w:val="ListParagraph"/>
      </w:pPr>
      <w:r>
        <w:rPr>
          <w:sz w:val="22"/>
        </w:rPr>
        <w:t>C. iOS</w:t>
      </w:r>
    </w:p>
    <w:p>
      <w:pPr>
        <w:pStyle w:val="ListParagraph"/>
      </w:pPr>
      <w:r>
        <w:rPr>
          <w:sz w:val="22"/>
        </w:rPr>
        <w:t>D. FreeRTOS</w:t>
      </w:r>
    </w:p>
    <w:p/>
    <w:p>
      <w:r>
        <w:rPr>
          <w:b/>
          <w:sz w:val="24"/>
        </w:rPr>
        <w:t>Câu 16: Hệ điều hành nào sau đây được thiết kế cho điện thoại thông minh?</w:t>
      </w:r>
    </w:p>
    <w:p>
      <w:pPr>
        <w:pStyle w:val="ListParagraph"/>
      </w:pPr>
      <w:r>
        <w:rPr>
          <w:sz w:val="22"/>
        </w:rPr>
        <w:t>A. Windows Server</w:t>
      </w:r>
    </w:p>
    <w:p>
      <w:pPr>
        <w:pStyle w:val="ListParagraph"/>
      </w:pPr>
      <w:r>
        <w:rPr>
          <w:sz w:val="22"/>
        </w:rPr>
        <w:t>B. Android</w:t>
      </w:r>
    </w:p>
    <w:p>
      <w:pPr>
        <w:pStyle w:val="ListParagraph"/>
      </w:pPr>
      <w:r>
        <w:rPr>
          <w:sz w:val="22"/>
        </w:rPr>
        <w:t>C. Ubuntu Server</w:t>
      </w:r>
    </w:p>
    <w:p>
      <w:pPr>
        <w:pStyle w:val="ListParagraph"/>
      </w:pPr>
      <w:r>
        <w:rPr>
          <w:sz w:val="22"/>
        </w:rPr>
        <w:t>D. macOS</w:t>
      </w:r>
    </w:p>
    <w:p/>
    <w:p>
      <w:r>
        <w:rPr>
          <w:b/>
          <w:sz w:val="24"/>
        </w:rPr>
        <w:t>Câu 17: Hệ điều hành nào sau đây được thiết kế cho máy tính bảng?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iOS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macOS</w:t>
      </w:r>
    </w:p>
    <w:p/>
    <w:p>
      <w:r>
        <w:rPr>
          <w:b/>
          <w:sz w:val="24"/>
        </w:rPr>
        <w:t>Câu 18: Hệ điều hành nào sau đây là hệ điều hành thời gian thực?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VxWorks</w:t>
      </w:r>
    </w:p>
    <w:p>
      <w:pPr>
        <w:pStyle w:val="ListParagraph"/>
      </w:pPr>
      <w:r>
        <w:rPr>
          <w:sz w:val="22"/>
        </w:rPr>
        <w:t>C. Ubuntu</w:t>
      </w:r>
    </w:p>
    <w:p>
      <w:pPr>
        <w:pStyle w:val="ListParagraph"/>
      </w:pPr>
      <w:r>
        <w:rPr>
          <w:sz w:val="22"/>
        </w:rPr>
        <w:t>D. macOS</w:t>
      </w:r>
    </w:p>
    <w:p/>
    <w:p>
      <w:r>
        <w:rPr>
          <w:b/>
          <w:sz w:val="24"/>
        </w:rPr>
        <w:t>Câu 19: Hệ điều hành nào sau đây là hệ điều hành mạng?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Windows Server</w:t>
      </w:r>
    </w:p>
    <w:p>
      <w:pPr>
        <w:pStyle w:val="ListParagraph"/>
      </w:pPr>
      <w:r>
        <w:rPr>
          <w:sz w:val="22"/>
        </w:rPr>
        <w:t>C. Android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20: Hệ điều hành nào sau đây là hệ điều hành phân tán?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Amoeba</w:t>
      </w:r>
    </w:p>
    <w:p>
      <w:pPr>
        <w:pStyle w:val="ListParagraph"/>
      </w:pPr>
      <w:r>
        <w:rPr>
          <w:sz w:val="22"/>
        </w:rPr>
        <w:t>C. Android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21: Hệ điều hành nào sau đây là hệ điều hành nhúng phổ biến?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Linux nhúng</w:t>
      </w:r>
    </w:p>
    <w:p>
      <w:pPr>
        <w:pStyle w:val="ListParagraph"/>
      </w:pPr>
      <w:r>
        <w:rPr>
          <w:sz w:val="22"/>
        </w:rPr>
        <w:t>C. macOS</w:t>
      </w:r>
    </w:p>
    <w:p>
      <w:pPr>
        <w:pStyle w:val="ListParagraph"/>
      </w:pPr>
      <w:r>
        <w:rPr>
          <w:sz w:val="22"/>
        </w:rPr>
        <w:t>D. Ubuntu</w:t>
      </w:r>
    </w:p>
    <w:p/>
    <w:p>
      <w:r>
        <w:rPr>
          <w:b/>
          <w:sz w:val="24"/>
        </w:rPr>
        <w:t>Câu 22: Hệ điều hành nào sau đây là hệ điều hành mã nguồn mở phổ biến?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23: Hệ điều hành nào sau đây là hệ điều hành thương mại?</w:t>
      </w:r>
    </w:p>
    <w:p>
      <w:pPr>
        <w:pStyle w:val="ListParagraph"/>
      </w:pPr>
      <w:r>
        <w:rPr>
          <w:sz w:val="22"/>
        </w:rPr>
        <w:t>A. Linux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Ubuntu</w:t>
      </w:r>
    </w:p>
    <w:p>
      <w:pPr>
        <w:pStyle w:val="ListParagraph"/>
      </w:pPr>
      <w:r>
        <w:rPr>
          <w:sz w:val="22"/>
        </w:rPr>
        <w:t>D. Fedora</w:t>
      </w:r>
    </w:p>
    <w:p/>
    <w:p>
      <w:r>
        <w:rPr>
          <w:b/>
          <w:sz w:val="24"/>
        </w:rPr>
        <w:t>Câu 24: Hệ điều hành nào sau đây là hệ điều hành miễn phí?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macOS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25: Hệ điều hành nào sau đây là hệ điều hành trả phí?</w:t>
      </w:r>
    </w:p>
    <w:p>
      <w:pPr>
        <w:pStyle w:val="ListParagraph"/>
      </w:pPr>
      <w:r>
        <w:rPr>
          <w:sz w:val="22"/>
        </w:rPr>
        <w:t>A. Linux</w:t>
      </w:r>
    </w:p>
    <w:p>
      <w:pPr>
        <w:pStyle w:val="ListParagraph"/>
      </w:pPr>
      <w:r>
        <w:rPr>
          <w:sz w:val="22"/>
        </w:rPr>
        <w:t>B. Ubuntu</w:t>
      </w:r>
    </w:p>
    <w:p>
      <w:pPr>
        <w:pStyle w:val="ListParagraph"/>
      </w:pPr>
      <w:r>
        <w:rPr>
          <w:sz w:val="22"/>
        </w:rPr>
        <w:t>C. Windows</w:t>
      </w:r>
    </w:p>
    <w:p>
      <w:pPr>
        <w:pStyle w:val="ListParagraph"/>
      </w:pPr>
      <w:r>
        <w:rPr>
          <w:sz w:val="22"/>
        </w:rPr>
        <w:t>D. Fedora</w:t>
      </w:r>
    </w:p>
    <w:p/>
    <w:p>
      <w:r>
        <w:rPr>
          <w:b/>
          <w:sz w:val="24"/>
        </w:rPr>
        <w:t>Câu 26: Hệ điều hành nào sau đây là hệ điều hành đa nhiệm?</w:t>
      </w:r>
    </w:p>
    <w:p>
      <w:pPr>
        <w:pStyle w:val="ListParagraph"/>
      </w:pPr>
      <w:r>
        <w:rPr>
          <w:sz w:val="22"/>
        </w:rPr>
        <w:t>A. MS-DOS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CP/M</w:t>
      </w:r>
    </w:p>
    <w:p>
      <w:pPr>
        <w:pStyle w:val="ListParagraph"/>
      </w:pPr>
      <w:r>
        <w:rPr>
          <w:sz w:val="22"/>
        </w:rPr>
        <w:t>D. PC-DOS</w:t>
      </w:r>
    </w:p>
    <w:p/>
    <w:p>
      <w:r>
        <w:rPr>
          <w:b/>
          <w:sz w:val="24"/>
        </w:rPr>
        <w:t>Câu 27: Hệ điều hành nào sau đây là hệ điều hành đơn nhiệm?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MS-DOS</w:t>
      </w:r>
    </w:p>
    <w:p>
      <w:pPr>
        <w:pStyle w:val="ListParagraph"/>
      </w:pPr>
      <w:r>
        <w:rPr>
          <w:sz w:val="22"/>
        </w:rPr>
        <w:t>D. macOS</w:t>
      </w:r>
    </w:p>
    <w:p/>
    <w:p>
      <w:r>
        <w:rPr>
          <w:b/>
          <w:sz w:val="24"/>
        </w:rPr>
        <w:t>Câu 28: Hệ điều hành nào sau đây là hệ điều hành đa người dùng?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Android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29: Hệ điều hành nào sau đây là hệ điều hành đơn người dùng?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Android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30: Hệ điều hành nào sau đây là hệ điều hành nhúng thời gian thực?</w:t>
      </w:r>
    </w:p>
    <w:p>
      <w:pPr>
        <w:pStyle w:val="ListParagraph"/>
      </w:pPr>
      <w:r>
        <w:rPr>
          <w:sz w:val="22"/>
        </w:rPr>
        <w:t>A. Windows 10</w:t>
      </w:r>
    </w:p>
    <w:p>
      <w:pPr>
        <w:pStyle w:val="ListParagraph"/>
      </w:pPr>
      <w:r>
        <w:rPr>
          <w:sz w:val="22"/>
        </w:rPr>
        <w:t>B. FreeRTOS</w:t>
      </w:r>
    </w:p>
    <w:p>
      <w:pPr>
        <w:pStyle w:val="ListParagraph"/>
      </w:pPr>
      <w:r>
        <w:rPr>
          <w:sz w:val="22"/>
        </w:rPr>
        <w:t>C. macOS</w:t>
      </w:r>
    </w:p>
    <w:p>
      <w:pPr>
        <w:pStyle w:val="ListParagraph"/>
      </w:pPr>
      <w:r>
        <w:rPr>
          <w:sz w:val="22"/>
        </w:rPr>
        <w:t>D. Ubuntu</w:t>
      </w:r>
    </w:p>
    <w:p/>
    <w:p>
      <w:r>
        <w:rPr>
          <w:b/>
          <w:sz w:val="24"/>
        </w:rPr>
        <w:t>Câu 31: Hệ điều hành nào sau đây là hệ điều hành di động mã nguồn mở?</w:t>
      </w:r>
    </w:p>
    <w:p>
      <w:pPr>
        <w:pStyle w:val="ListParagraph"/>
      </w:pPr>
      <w:r>
        <w:rPr>
          <w:sz w:val="22"/>
        </w:rPr>
        <w:t>A. iOS</w:t>
      </w:r>
    </w:p>
    <w:p>
      <w:pPr>
        <w:pStyle w:val="ListParagraph"/>
      </w:pPr>
      <w:r>
        <w:rPr>
          <w:sz w:val="22"/>
        </w:rPr>
        <w:t>B. Android</w:t>
      </w:r>
    </w:p>
    <w:p>
      <w:pPr>
        <w:pStyle w:val="ListParagraph"/>
      </w:pPr>
      <w:r>
        <w:rPr>
          <w:sz w:val="22"/>
        </w:rPr>
        <w:t>C. Windows Phone</w:t>
      </w:r>
    </w:p>
    <w:p>
      <w:pPr>
        <w:pStyle w:val="ListParagraph"/>
      </w:pPr>
      <w:r>
        <w:rPr>
          <w:sz w:val="22"/>
        </w:rPr>
        <w:t>D. BlackBerry OS</w:t>
      </w:r>
    </w:p>
    <w:p/>
    <w:p>
      <w:r>
        <w:rPr>
          <w:b/>
          <w:sz w:val="24"/>
        </w:rPr>
        <w:t>Câu 32: Hệ điều hành nào sau đây là hệ điều hành di động thương mại?</w:t>
      </w:r>
    </w:p>
    <w:p>
      <w:pPr>
        <w:pStyle w:val="ListParagraph"/>
      </w:pPr>
      <w:r>
        <w:rPr>
          <w:sz w:val="22"/>
        </w:rPr>
        <w:t>A. Android</w:t>
      </w:r>
    </w:p>
    <w:p>
      <w:pPr>
        <w:pStyle w:val="ListParagraph"/>
      </w:pPr>
      <w:r>
        <w:rPr>
          <w:sz w:val="22"/>
        </w:rPr>
        <w:t>B. iOS</w:t>
      </w:r>
    </w:p>
    <w:p>
      <w:pPr>
        <w:pStyle w:val="ListParagraph"/>
      </w:pPr>
      <w:r>
        <w:rPr>
          <w:sz w:val="22"/>
        </w:rPr>
        <w:t>C. Ubuntu Touch</w:t>
      </w:r>
    </w:p>
    <w:p>
      <w:pPr>
        <w:pStyle w:val="ListParagraph"/>
      </w:pPr>
      <w:r>
        <w:rPr>
          <w:sz w:val="22"/>
        </w:rPr>
        <w:t>D. Firefox OS</w:t>
      </w:r>
    </w:p>
    <w:p/>
    <w:p>
      <w:r>
        <w:rPr>
          <w:b/>
          <w:sz w:val="24"/>
        </w:rPr>
        <w:t>Câu 33: Hệ điều hành nào sau đây là hệ điều hành máy chủ mã nguồn mở?</w:t>
      </w:r>
    </w:p>
    <w:p>
      <w:pPr>
        <w:pStyle w:val="ListParagraph"/>
      </w:pPr>
      <w:r>
        <w:rPr>
          <w:sz w:val="22"/>
        </w:rPr>
        <w:t>A. Windows Server</w:t>
      </w:r>
    </w:p>
    <w:p>
      <w:pPr>
        <w:pStyle w:val="ListParagraph"/>
      </w:pPr>
      <w:r>
        <w:rPr>
          <w:sz w:val="22"/>
        </w:rPr>
        <w:t>B. Ubuntu Server</w:t>
      </w:r>
    </w:p>
    <w:p>
      <w:pPr>
        <w:pStyle w:val="ListParagraph"/>
      </w:pPr>
      <w:r>
        <w:rPr>
          <w:sz w:val="22"/>
        </w:rPr>
        <w:t>C. macOS Server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34: Hệ điều hành nào sau đây là hệ điều hành máy chủ thương mại?</w:t>
      </w:r>
    </w:p>
    <w:p>
      <w:pPr>
        <w:pStyle w:val="ListParagraph"/>
      </w:pPr>
      <w:r>
        <w:rPr>
          <w:sz w:val="22"/>
        </w:rPr>
        <w:t>A. Ubuntu Server</w:t>
      </w:r>
    </w:p>
    <w:p>
      <w:pPr>
        <w:pStyle w:val="ListParagraph"/>
      </w:pPr>
      <w:r>
        <w:rPr>
          <w:sz w:val="22"/>
        </w:rPr>
        <w:t>B. Windows Server</w:t>
      </w:r>
    </w:p>
    <w:p>
      <w:pPr>
        <w:pStyle w:val="ListParagraph"/>
      </w:pPr>
      <w:r>
        <w:rPr>
          <w:sz w:val="22"/>
        </w:rPr>
        <w:t>C. CentOS</w:t>
      </w:r>
    </w:p>
    <w:p>
      <w:pPr>
        <w:pStyle w:val="ListParagraph"/>
      </w:pPr>
      <w:r>
        <w:rPr>
          <w:sz w:val="22"/>
        </w:rPr>
        <w:t>D. Debian</w:t>
      </w:r>
    </w:p>
    <w:p/>
    <w:p>
      <w:r>
        <w:rPr>
          <w:b/>
          <w:sz w:val="24"/>
        </w:rPr>
        <w:t>Câu 35: Hệ điều hành nào sau đây là hệ điều hành nhúng mã nguồn mở?</w:t>
      </w:r>
    </w:p>
    <w:p>
      <w:pPr>
        <w:pStyle w:val="ListParagraph"/>
      </w:pPr>
      <w:r>
        <w:rPr>
          <w:sz w:val="22"/>
        </w:rPr>
        <w:t>A. VxWorks</w:t>
      </w:r>
    </w:p>
    <w:p>
      <w:pPr>
        <w:pStyle w:val="ListParagraph"/>
      </w:pPr>
      <w:r>
        <w:rPr>
          <w:sz w:val="22"/>
        </w:rPr>
        <w:t>B. FreeRTOS</w:t>
      </w:r>
    </w:p>
    <w:p>
      <w:pPr>
        <w:pStyle w:val="ListParagraph"/>
      </w:pPr>
      <w:r>
        <w:rPr>
          <w:sz w:val="22"/>
        </w:rPr>
        <w:t>C. Windows Embedded</w:t>
      </w:r>
    </w:p>
    <w:p>
      <w:pPr>
        <w:pStyle w:val="ListParagraph"/>
      </w:pPr>
      <w:r>
        <w:rPr>
          <w:sz w:val="22"/>
        </w:rPr>
        <w:t>D. QNX</w:t>
      </w:r>
    </w:p>
    <w:p/>
    <w:p>
      <w:r>
        <w:rPr>
          <w:b/>
          <w:sz w:val="24"/>
        </w:rPr>
        <w:t>Câu 36: Hệ điều hành nào sau đây là hệ điều hành nhúng thương mại?</w:t>
      </w:r>
    </w:p>
    <w:p>
      <w:pPr>
        <w:pStyle w:val="ListParagraph"/>
      </w:pPr>
      <w:r>
        <w:rPr>
          <w:sz w:val="22"/>
        </w:rPr>
        <w:t>A. FreeRTOS</w:t>
      </w:r>
    </w:p>
    <w:p>
      <w:pPr>
        <w:pStyle w:val="ListParagraph"/>
      </w:pPr>
      <w:r>
        <w:rPr>
          <w:sz w:val="22"/>
        </w:rPr>
        <w:t>B. VxWorks</w:t>
      </w:r>
    </w:p>
    <w:p>
      <w:pPr>
        <w:pStyle w:val="ListParagraph"/>
      </w:pPr>
      <w:r>
        <w:rPr>
          <w:sz w:val="22"/>
        </w:rPr>
        <w:t>C. Linux nhúng</w:t>
      </w:r>
    </w:p>
    <w:p>
      <w:pPr>
        <w:pStyle w:val="ListParagraph"/>
      </w:pPr>
      <w:r>
        <w:rPr>
          <w:sz w:val="22"/>
        </w:rPr>
        <w:t>D. Android Things</w:t>
      </w:r>
    </w:p>
    <w:p/>
    <w:p>
      <w:r>
        <w:rPr>
          <w:b/>
          <w:sz w:val="24"/>
        </w:rPr>
        <w:t>Câu 37: Hệ điều hành nào sau đây là hệ điều hành thời gian thực mã nguồn mở?</w:t>
      </w:r>
    </w:p>
    <w:p>
      <w:pPr>
        <w:pStyle w:val="ListParagraph"/>
      </w:pPr>
      <w:r>
        <w:rPr>
          <w:sz w:val="22"/>
        </w:rPr>
        <w:t>A. VxWorks</w:t>
      </w:r>
    </w:p>
    <w:p>
      <w:pPr>
        <w:pStyle w:val="ListParagraph"/>
      </w:pPr>
      <w:r>
        <w:rPr>
          <w:sz w:val="22"/>
        </w:rPr>
        <w:t>B. FreeRTOS</w:t>
      </w:r>
    </w:p>
    <w:p>
      <w:pPr>
        <w:pStyle w:val="ListParagraph"/>
      </w:pPr>
      <w:r>
        <w:rPr>
          <w:sz w:val="22"/>
        </w:rPr>
        <w:t>C. QNX</w:t>
      </w:r>
    </w:p>
    <w:p>
      <w:pPr>
        <w:pStyle w:val="ListParagraph"/>
      </w:pPr>
      <w:r>
        <w:rPr>
          <w:sz w:val="22"/>
        </w:rPr>
        <w:t>D. Windows CE</w:t>
      </w:r>
    </w:p>
    <w:p/>
    <w:p>
      <w:r>
        <w:rPr>
          <w:b/>
          <w:sz w:val="24"/>
        </w:rPr>
        <w:t>Câu 38: Hệ điều hành nào sau đây là hệ điều hành thời gian thực thương mại?</w:t>
      </w:r>
    </w:p>
    <w:p>
      <w:pPr>
        <w:pStyle w:val="ListParagraph"/>
      </w:pPr>
      <w:r>
        <w:rPr>
          <w:sz w:val="22"/>
        </w:rPr>
        <w:t>A. FreeRTOS</w:t>
      </w:r>
    </w:p>
    <w:p>
      <w:pPr>
        <w:pStyle w:val="ListParagraph"/>
      </w:pPr>
      <w:r>
        <w:rPr>
          <w:sz w:val="22"/>
        </w:rPr>
        <w:t>B. VxWorks</w:t>
      </w:r>
    </w:p>
    <w:p>
      <w:pPr>
        <w:pStyle w:val="ListParagraph"/>
      </w:pPr>
      <w:r>
        <w:rPr>
          <w:sz w:val="22"/>
        </w:rPr>
        <w:t>C. Linux RT</w:t>
      </w:r>
    </w:p>
    <w:p>
      <w:pPr>
        <w:pStyle w:val="ListParagraph"/>
      </w:pPr>
      <w:r>
        <w:rPr>
          <w:sz w:val="22"/>
        </w:rPr>
        <w:t>D. Zephyr</w:t>
      </w:r>
    </w:p>
    <w:p/>
    <w:p>
      <w:r>
        <w:rPr>
          <w:b/>
          <w:sz w:val="24"/>
        </w:rPr>
        <w:t>Câu 39: Hệ điều hành nào sau đây là hệ điều hành phân tán mã nguồn mở?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Amoeba</w:t>
      </w:r>
    </w:p>
    <w:p>
      <w:pPr>
        <w:pStyle w:val="ListParagraph"/>
      </w:pPr>
      <w:r>
        <w:rPr>
          <w:sz w:val="22"/>
        </w:rPr>
        <w:t>C. macOS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40: Hệ điều hành nào sau đây là hệ điều hành phân tán thương mại?</w:t>
      </w:r>
    </w:p>
    <w:p>
      <w:pPr>
        <w:pStyle w:val="ListParagraph"/>
      </w:pPr>
      <w:r>
        <w:rPr>
          <w:sz w:val="22"/>
        </w:rPr>
        <w:t>A. Amoeba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Linux</w:t>
      </w:r>
    </w:p>
    <w:p>
      <w:pPr>
        <w:pStyle w:val="ListParagraph"/>
      </w:pPr>
      <w:r>
        <w:rPr>
          <w:sz w:val="22"/>
        </w:rPr>
        <w:t>D. FreeBSD</w:t>
      </w:r>
    </w:p>
    <w:p/>
    <w:p>
      <w:r>
        <w:rPr>
          <w:b/>
          <w:sz w:val="24"/>
        </w:rPr>
        <w:t>Câu 41: Hệ điều hành nào sau đây là hệ điều hành mạng mã nguồn mở?</w:t>
      </w:r>
    </w:p>
    <w:p>
      <w:pPr>
        <w:pStyle w:val="ListParagraph"/>
      </w:pPr>
      <w:r>
        <w:rPr>
          <w:sz w:val="22"/>
        </w:rPr>
        <w:t>A. Windows Server</w:t>
      </w:r>
    </w:p>
    <w:p>
      <w:pPr>
        <w:pStyle w:val="ListParagraph"/>
      </w:pPr>
      <w:r>
        <w:rPr>
          <w:sz w:val="22"/>
        </w:rPr>
        <w:t>B. Ubuntu Server</w:t>
      </w:r>
    </w:p>
    <w:p>
      <w:pPr>
        <w:pStyle w:val="ListParagraph"/>
      </w:pPr>
      <w:r>
        <w:rPr>
          <w:sz w:val="22"/>
        </w:rPr>
        <w:t>C. macOS Server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42: Hệ điều hành nào sau đây là hệ điều hành mạng thương mại?</w:t>
      </w:r>
    </w:p>
    <w:p>
      <w:pPr>
        <w:pStyle w:val="ListParagraph"/>
      </w:pPr>
      <w:r>
        <w:rPr>
          <w:sz w:val="22"/>
        </w:rPr>
        <w:t>A. Ubuntu Server</w:t>
      </w:r>
    </w:p>
    <w:p>
      <w:pPr>
        <w:pStyle w:val="ListParagraph"/>
      </w:pPr>
      <w:r>
        <w:rPr>
          <w:sz w:val="22"/>
        </w:rPr>
        <w:t>B. Windows Server</w:t>
      </w:r>
    </w:p>
    <w:p>
      <w:pPr>
        <w:pStyle w:val="ListParagraph"/>
      </w:pPr>
      <w:r>
        <w:rPr>
          <w:sz w:val="22"/>
        </w:rPr>
        <w:t>C. CentOS</w:t>
      </w:r>
    </w:p>
    <w:p>
      <w:pPr>
        <w:pStyle w:val="ListParagraph"/>
      </w:pPr>
      <w:r>
        <w:rPr>
          <w:sz w:val="22"/>
        </w:rPr>
        <w:t>D. Debian</w:t>
      </w:r>
    </w:p>
    <w:p/>
    <w:p>
      <w:r>
        <w:rPr>
          <w:b/>
          <w:sz w:val="24"/>
        </w:rPr>
        <w:t>Câu 43: Hệ điều hành nào sau đây là hệ điều hành máy tính cá nhân mã nguồn mở?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Linux</w:t>
      </w:r>
    </w:p>
    <w:p>
      <w:pPr>
        <w:pStyle w:val="ListParagraph"/>
      </w:pPr>
      <w:r>
        <w:rPr>
          <w:sz w:val="22"/>
        </w:rPr>
        <w:t>C. macOS</w:t>
      </w:r>
    </w:p>
    <w:p>
      <w:pPr>
        <w:pStyle w:val="ListParagraph"/>
      </w:pPr>
      <w:r>
        <w:rPr>
          <w:sz w:val="22"/>
        </w:rPr>
        <w:t>D. iOS</w:t>
      </w:r>
    </w:p>
    <w:p/>
    <w:p>
      <w:r>
        <w:rPr>
          <w:b/>
          <w:sz w:val="24"/>
        </w:rPr>
        <w:t>Câu 44: Hệ điều hành nào sau đây là hệ điều hành máy tính cá nhân thương mại?</w:t>
      </w:r>
    </w:p>
    <w:p>
      <w:pPr>
        <w:pStyle w:val="ListParagraph"/>
      </w:pPr>
      <w:r>
        <w:rPr>
          <w:sz w:val="22"/>
        </w:rPr>
        <w:t>A. Linux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Ubuntu</w:t>
      </w:r>
    </w:p>
    <w:p>
      <w:pPr>
        <w:pStyle w:val="ListParagraph"/>
      </w:pPr>
      <w:r>
        <w:rPr>
          <w:sz w:val="22"/>
        </w:rPr>
        <w:t>D. Fedora</w:t>
      </w:r>
    </w:p>
    <w:p/>
    <w:p>
      <w:r>
        <w:rPr>
          <w:b/>
          <w:sz w:val="24"/>
        </w:rPr>
        <w:t>Câu 45: Hệ điều hành nào sau đây là hệ điều hành di động mã nguồn mở?</w:t>
      </w:r>
    </w:p>
    <w:p>
      <w:pPr>
        <w:pStyle w:val="ListParagraph"/>
      </w:pPr>
      <w:r>
        <w:rPr>
          <w:sz w:val="22"/>
        </w:rPr>
        <w:t>A. iOS</w:t>
      </w:r>
    </w:p>
    <w:p>
      <w:pPr>
        <w:pStyle w:val="ListParagraph"/>
      </w:pPr>
      <w:r>
        <w:rPr>
          <w:sz w:val="22"/>
        </w:rPr>
        <w:t>B. Android</w:t>
      </w:r>
    </w:p>
    <w:p>
      <w:pPr>
        <w:pStyle w:val="ListParagraph"/>
      </w:pPr>
      <w:r>
        <w:rPr>
          <w:sz w:val="22"/>
        </w:rPr>
        <w:t>C. Windows Phone</w:t>
      </w:r>
    </w:p>
    <w:p>
      <w:pPr>
        <w:pStyle w:val="ListParagraph"/>
      </w:pPr>
      <w:r>
        <w:rPr>
          <w:sz w:val="22"/>
        </w:rPr>
        <w:t>D. BlackBerry OS</w:t>
      </w:r>
    </w:p>
    <w:p/>
    <w:p>
      <w:r>
        <w:rPr>
          <w:b/>
          <w:sz w:val="24"/>
        </w:rPr>
        <w:t>Câu 46: Hệ điều hành nào sau đây là hệ điều hành di động thương mại?</w:t>
      </w:r>
    </w:p>
    <w:p>
      <w:pPr>
        <w:pStyle w:val="ListParagraph"/>
      </w:pPr>
      <w:r>
        <w:rPr>
          <w:sz w:val="22"/>
        </w:rPr>
        <w:t>A. Android</w:t>
      </w:r>
    </w:p>
    <w:p>
      <w:pPr>
        <w:pStyle w:val="ListParagraph"/>
      </w:pPr>
      <w:r>
        <w:rPr>
          <w:sz w:val="22"/>
        </w:rPr>
        <w:t>B. iOS</w:t>
      </w:r>
    </w:p>
    <w:p>
      <w:pPr>
        <w:pStyle w:val="ListParagraph"/>
      </w:pPr>
      <w:r>
        <w:rPr>
          <w:sz w:val="22"/>
        </w:rPr>
        <w:t>C. Ubuntu Touch</w:t>
      </w:r>
    </w:p>
    <w:p>
      <w:pPr>
        <w:pStyle w:val="ListParagraph"/>
      </w:pPr>
      <w:r>
        <w:rPr>
          <w:sz w:val="22"/>
        </w:rPr>
        <w:t>D. Firefox OS</w:t>
      </w:r>
    </w:p>
    <w:p/>
    <w:p>
      <w:r>
        <w:rPr>
          <w:b/>
          <w:sz w:val="24"/>
        </w:rPr>
        <w:t>Câu 47: Hệ điều hành nào sau đây là hệ điều hành nhúng mã nguồn mở?</w:t>
      </w:r>
    </w:p>
    <w:p>
      <w:pPr>
        <w:pStyle w:val="ListParagraph"/>
      </w:pPr>
      <w:r>
        <w:rPr>
          <w:sz w:val="22"/>
        </w:rPr>
        <w:t>A. VxWorks</w:t>
      </w:r>
    </w:p>
    <w:p>
      <w:pPr>
        <w:pStyle w:val="ListParagraph"/>
      </w:pPr>
      <w:r>
        <w:rPr>
          <w:sz w:val="22"/>
        </w:rPr>
        <w:t>B. FreeRTOS</w:t>
      </w:r>
    </w:p>
    <w:p>
      <w:pPr>
        <w:pStyle w:val="ListParagraph"/>
      </w:pPr>
      <w:r>
        <w:rPr>
          <w:sz w:val="22"/>
        </w:rPr>
        <w:t>C. Windows Embedded</w:t>
      </w:r>
    </w:p>
    <w:p>
      <w:pPr>
        <w:pStyle w:val="ListParagraph"/>
      </w:pPr>
      <w:r>
        <w:rPr>
          <w:sz w:val="22"/>
        </w:rPr>
        <w:t>D. QNX</w:t>
      </w:r>
    </w:p>
    <w:p/>
    <w:p>
      <w:r>
        <w:rPr>
          <w:b/>
          <w:sz w:val="24"/>
        </w:rPr>
        <w:t>Câu 48: Hệ điều hành nào sau đây là hệ điều hành nhúng thương mại?</w:t>
      </w:r>
    </w:p>
    <w:p>
      <w:pPr>
        <w:pStyle w:val="ListParagraph"/>
      </w:pPr>
      <w:r>
        <w:rPr>
          <w:sz w:val="22"/>
        </w:rPr>
        <w:t>A. FreeRTOS</w:t>
      </w:r>
    </w:p>
    <w:p>
      <w:pPr>
        <w:pStyle w:val="ListParagraph"/>
      </w:pPr>
      <w:r>
        <w:rPr>
          <w:sz w:val="22"/>
        </w:rPr>
        <w:t>B. VxWorks</w:t>
      </w:r>
    </w:p>
    <w:p>
      <w:pPr>
        <w:pStyle w:val="ListParagraph"/>
      </w:pPr>
      <w:r>
        <w:rPr>
          <w:sz w:val="22"/>
        </w:rPr>
        <w:t>C. Linux nhúng</w:t>
      </w:r>
    </w:p>
    <w:p>
      <w:pPr>
        <w:pStyle w:val="ListParagraph"/>
      </w:pPr>
      <w:r>
        <w:rPr>
          <w:sz w:val="22"/>
        </w:rPr>
        <w:t>D. Android Things</w:t>
      </w:r>
    </w:p>
    <w:p/>
    <w:p>
      <w:r>
        <w:rPr>
          <w:b/>
          <w:sz w:val="24"/>
        </w:rPr>
        <w:t>Câu 49: Hệ điều hành nào sau đây là hệ điều hành thời gian thực mã nguồn mở?</w:t>
      </w:r>
    </w:p>
    <w:p>
      <w:pPr>
        <w:pStyle w:val="ListParagraph"/>
      </w:pPr>
      <w:r>
        <w:rPr>
          <w:sz w:val="22"/>
        </w:rPr>
        <w:t>A. VxWorks</w:t>
      </w:r>
    </w:p>
    <w:p>
      <w:pPr>
        <w:pStyle w:val="ListParagraph"/>
      </w:pPr>
      <w:r>
        <w:rPr>
          <w:sz w:val="22"/>
        </w:rPr>
        <w:t>B. FreeRTOS</w:t>
      </w:r>
    </w:p>
    <w:p>
      <w:pPr>
        <w:pStyle w:val="ListParagraph"/>
      </w:pPr>
      <w:r>
        <w:rPr>
          <w:sz w:val="22"/>
        </w:rPr>
        <w:t>C. QNX</w:t>
      </w:r>
    </w:p>
    <w:p>
      <w:pPr>
        <w:pStyle w:val="ListParagraph"/>
      </w:pPr>
      <w:r>
        <w:rPr>
          <w:sz w:val="22"/>
        </w:rPr>
        <w:t>D. Windows CE</w:t>
      </w:r>
    </w:p>
    <w:p/>
    <w:p>
      <w:r>
        <w:rPr>
          <w:b/>
          <w:sz w:val="24"/>
        </w:rPr>
        <w:t>Câu 50: Hệ điều hành nào sau đây là hệ điều hành thời gian thực thương mại?</w:t>
      </w:r>
    </w:p>
    <w:p>
      <w:pPr>
        <w:pStyle w:val="ListParagraph"/>
      </w:pPr>
      <w:r>
        <w:rPr>
          <w:sz w:val="22"/>
        </w:rPr>
        <w:t>A. FreeRTOS</w:t>
      </w:r>
    </w:p>
    <w:p>
      <w:pPr>
        <w:pStyle w:val="ListParagraph"/>
      </w:pPr>
      <w:r>
        <w:rPr>
          <w:sz w:val="22"/>
        </w:rPr>
        <w:t>B. VxWorks</w:t>
      </w:r>
    </w:p>
    <w:p>
      <w:pPr>
        <w:pStyle w:val="ListParagraph"/>
      </w:pPr>
      <w:r>
        <w:rPr>
          <w:sz w:val="22"/>
        </w:rPr>
        <w:t>C. Linux RT</w:t>
      </w:r>
    </w:p>
    <w:p>
      <w:pPr>
        <w:pStyle w:val="ListParagraph"/>
      </w:pPr>
      <w:r>
        <w:rPr>
          <w:sz w:val="22"/>
        </w:rPr>
        <w:t>D. Zephyr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