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thường xuyên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Trong nguyên tử, hạt mang điện tích dương là</w:t>
      </w:r>
    </w:p>
    <w:p>
      <w:pPr>
        <w:pStyle w:val="ListParagraph"/>
      </w:pPr>
      <w:r>
        <w:rPr>
          <w:sz w:val="22"/>
        </w:rPr>
        <w:t>A. neutron.</w:t>
      </w:r>
    </w:p>
    <w:p>
      <w:pPr>
        <w:pStyle w:val="ListParagraph"/>
      </w:pPr>
      <w:r>
        <w:rPr>
          <w:sz w:val="22"/>
        </w:rPr>
        <w:t>B. proton.</w:t>
      </w:r>
    </w:p>
    <w:p>
      <w:pPr>
        <w:pStyle w:val="ListParagraph"/>
      </w:pPr>
      <w:r>
        <w:rPr>
          <w:sz w:val="22"/>
        </w:rPr>
        <w:t>C. electron.</w:t>
      </w:r>
    </w:p>
    <w:p>
      <w:pPr>
        <w:pStyle w:val="ListParagraph"/>
      </w:pPr>
      <w:r>
        <w:rPr>
          <w:sz w:val="22"/>
        </w:rPr>
        <w:t>D. proton và neutron.</w:t>
      </w:r>
    </w:p>
    <w:p/>
    <w:p>
      <w:r>
        <w:rPr>
          <w:b/>
          <w:sz w:val="24"/>
        </w:rPr>
        <w:t>Câu 2: Đồng vị là những nguyên tử có cùng số proton nhưng khác số</w:t>
      </w:r>
    </w:p>
    <w:p>
      <w:pPr>
        <w:pStyle w:val="ListParagraph"/>
      </w:pPr>
      <w:r>
        <w:rPr>
          <w:sz w:val="22"/>
        </w:rPr>
        <w:t>A. electron.</w:t>
      </w:r>
    </w:p>
    <w:p>
      <w:pPr>
        <w:pStyle w:val="ListParagraph"/>
      </w:pPr>
      <w:r>
        <w:rPr>
          <w:sz w:val="22"/>
        </w:rPr>
        <w:t>B. neutron.</w:t>
      </w:r>
    </w:p>
    <w:p>
      <w:pPr>
        <w:pStyle w:val="ListParagraph"/>
      </w:pPr>
      <w:r>
        <w:rPr>
          <w:sz w:val="22"/>
        </w:rPr>
        <w:t>C. khối.</w:t>
      </w:r>
    </w:p>
    <w:p>
      <w:pPr>
        <w:pStyle w:val="ListParagraph"/>
      </w:pPr>
      <w:r>
        <w:rPr>
          <w:sz w:val="22"/>
        </w:rPr>
        <w:t>D. orbital.</w:t>
      </w:r>
    </w:p>
    <w:p/>
    <w:p>
      <w:r>
        <w:rPr>
          <w:b/>
          <w:sz w:val="24"/>
        </w:rPr>
        <w:t>Câu 3: Nguyên tử chlorine (Z = 17) có cấu hình electron là</w:t>
      </w:r>
    </w:p>
    <w:p>
      <w:pPr>
        <w:pStyle w:val="ListParagraph"/>
      </w:pPr>
      <w:r>
        <w:rPr>
          <w:sz w:val="22"/>
        </w:rPr>
        <w:t>A. $1s^2 2s^2 2p^6 3s^2 3p^6$</w:t>
      </w:r>
    </w:p>
    <w:p>
      <w:pPr>
        <w:pStyle w:val="ListParagraph"/>
      </w:pPr>
      <w:r>
        <w:rPr>
          <w:sz w:val="22"/>
        </w:rPr>
        <w:t>B. $1s^2 2s^2 2p^6 3s^2 3p^5$</w:t>
      </w:r>
    </w:p>
    <w:p>
      <w:pPr>
        <w:pStyle w:val="ListParagraph"/>
      </w:pPr>
      <w:r>
        <w:rPr>
          <w:sz w:val="22"/>
        </w:rPr>
        <w:t>C. $1s^2 2s^2 2p^6 3s^2 3p^4$</w:t>
      </w:r>
    </w:p>
    <w:p>
      <w:pPr>
        <w:pStyle w:val="ListParagraph"/>
      </w:pPr>
      <w:r>
        <w:rPr>
          <w:sz w:val="22"/>
        </w:rPr>
        <w:t>D. $1s^2 2s^2 2p^6 3s^2 3p^3$</w:t>
      </w:r>
    </w:p>
    <w:p/>
    <w:p>
      <w:r>
        <w:rPr>
          <w:b/>
          <w:sz w:val="24"/>
        </w:rPr>
        <w:t>Câu 4: Số thứ tự ô nguyên tố trong bảng tuần hoàn bằng</w:t>
      </w:r>
    </w:p>
    <w:p>
      <w:pPr>
        <w:pStyle w:val="ListParagraph"/>
      </w:pPr>
      <w:r>
        <w:rPr>
          <w:sz w:val="22"/>
        </w:rPr>
        <w:t>A. số neutron.</w:t>
      </w:r>
    </w:p>
    <w:p>
      <w:pPr>
        <w:pStyle w:val="ListParagraph"/>
      </w:pPr>
      <w:r>
        <w:rPr>
          <w:sz w:val="22"/>
        </w:rPr>
        <w:t>B. số hiệu nguyên tử.</w:t>
      </w:r>
    </w:p>
    <w:p>
      <w:pPr>
        <w:pStyle w:val="ListParagraph"/>
      </w:pPr>
      <w:r>
        <w:rPr>
          <w:sz w:val="22"/>
        </w:rPr>
        <w:t>C. số khối.</w:t>
      </w:r>
    </w:p>
    <w:p>
      <w:pPr>
        <w:pStyle w:val="ListParagraph"/>
      </w:pPr>
      <w:r>
        <w:rPr>
          <w:sz w:val="22"/>
        </w:rPr>
        <w:t>D. số electron lớp ngoài cùng.</w:t>
      </w:r>
    </w:p>
    <w:p/>
    <w:p>
      <w:r>
        <w:rPr>
          <w:b/>
          <w:sz w:val="24"/>
        </w:rPr>
        <w:t>Câu 5: Trong một chu kì, theo chiều tăng dần điện tích hạt nhân, tính kim loại của các nguyên tố</w:t>
      </w:r>
    </w:p>
    <w:p>
      <w:pPr>
        <w:pStyle w:val="ListParagraph"/>
      </w:pPr>
      <w:r>
        <w:rPr>
          <w:sz w:val="22"/>
        </w:rPr>
        <w:t>A. tăng dần.</w:t>
      </w:r>
    </w:p>
    <w:p>
      <w:pPr>
        <w:pStyle w:val="ListParagraph"/>
      </w:pPr>
      <w:r>
        <w:rPr>
          <w:sz w:val="22"/>
        </w:rPr>
        <w:t>B. giảm dần.</w:t>
      </w:r>
    </w:p>
    <w:p>
      <w:pPr>
        <w:pStyle w:val="ListParagraph"/>
      </w:pPr>
      <w:r>
        <w:rPr>
          <w:sz w:val="22"/>
        </w:rPr>
        <w:t>C. không thay đổi.</w:t>
      </w:r>
    </w:p>
    <w:p>
      <w:pPr>
        <w:pStyle w:val="ListParagraph"/>
      </w:pPr>
      <w:r>
        <w:rPr>
          <w:sz w:val="22"/>
        </w:rPr>
        <w:t>D. giảm rồi tăng.</w:t>
      </w:r>
    </w:p>
    <w:p/>
    <w:p>
      <w:r>
        <w:rPr>
          <w:b/>
          <w:sz w:val="24"/>
        </w:rPr>
        <w:t>Câu 6: Hợp chất nào sau đây là hợp chất ion?</w:t>
      </w:r>
    </w:p>
    <w:p>
      <w:pPr>
        <w:pStyle w:val="ListParagraph"/>
      </w:pPr>
      <w:r>
        <w:rPr>
          <w:sz w:val="22"/>
        </w:rPr>
        <w:t>A. $HCl$.</w:t>
      </w:r>
    </w:p>
    <w:p>
      <w:pPr>
        <w:pStyle w:val="ListParagraph"/>
      </w:pPr>
      <w:r>
        <w:rPr>
          <w:sz w:val="22"/>
        </w:rPr>
        <w:t>B. $NaCl$.</w:t>
      </w:r>
    </w:p>
    <w:p>
      <w:pPr>
        <w:pStyle w:val="ListParagraph"/>
      </w:pPr>
      <w:r>
        <w:rPr>
          <w:sz w:val="22"/>
        </w:rPr>
        <w:t>C. $H_2O$.</w:t>
      </w:r>
    </w:p>
    <w:p>
      <w:pPr>
        <w:pStyle w:val="ListParagraph"/>
      </w:pPr>
      <w:r>
        <w:rPr>
          <w:sz w:val="22"/>
        </w:rPr>
        <w:t>D. $CO_2$.</w:t>
      </w:r>
    </w:p>
    <w:p/>
    <w:p>
      <w:r>
        <w:rPr>
          <w:b/>
          <w:sz w:val="24"/>
        </w:rPr>
        <w:t>Câu 7: Liên kết hóa học trong phân tử $H_2$ thuộc loại liên kết</w:t>
      </w:r>
    </w:p>
    <w:p>
      <w:pPr>
        <w:pStyle w:val="ListParagraph"/>
      </w:pPr>
      <w:r>
        <w:rPr>
          <w:sz w:val="22"/>
        </w:rPr>
        <w:t>A. ion.</w:t>
      </w:r>
    </w:p>
    <w:p>
      <w:pPr>
        <w:pStyle w:val="ListParagraph"/>
      </w:pPr>
      <w:r>
        <w:rPr>
          <w:sz w:val="22"/>
        </w:rPr>
        <w:t>B. cộng hóa trị không phân cực.</w:t>
      </w:r>
    </w:p>
    <w:p>
      <w:pPr>
        <w:pStyle w:val="ListParagraph"/>
      </w:pPr>
      <w:r>
        <w:rPr>
          <w:sz w:val="22"/>
        </w:rPr>
        <w:t>C. cộng hóa trị phân cực.</w:t>
      </w:r>
    </w:p>
    <w:p>
      <w:pPr>
        <w:pStyle w:val="ListParagraph"/>
      </w:pPr>
      <w:r>
        <w:rPr>
          <w:sz w:val="22"/>
        </w:rPr>
        <w:t>D. cho – nhận.</w:t>
      </w:r>
    </w:p>
    <w:p/>
    <w:p>
      <w:r>
        <w:rPr>
          <w:b/>
          <w:sz w:val="24"/>
        </w:rPr>
        <w:t>Câu 8: Nguyên tử kim loại nhóm IA có xu hướng</w:t>
      </w:r>
    </w:p>
    <w:p>
      <w:pPr>
        <w:pStyle w:val="ListParagraph"/>
      </w:pPr>
      <w:r>
        <w:rPr>
          <w:sz w:val="22"/>
        </w:rPr>
        <w:t>A. nhận 1 electron.</w:t>
      </w:r>
    </w:p>
    <w:p>
      <w:pPr>
        <w:pStyle w:val="ListParagraph"/>
      </w:pPr>
      <w:r>
        <w:rPr>
          <w:sz w:val="22"/>
        </w:rPr>
        <w:t>B. nhường 1 electron.</w:t>
      </w:r>
    </w:p>
    <w:p>
      <w:pPr>
        <w:pStyle w:val="ListParagraph"/>
      </w:pPr>
      <w:r>
        <w:rPr>
          <w:sz w:val="22"/>
        </w:rPr>
        <w:t>C. nhận 7 electron.</w:t>
      </w:r>
    </w:p>
    <w:p>
      <w:pPr>
        <w:pStyle w:val="ListParagraph"/>
      </w:pPr>
      <w:r>
        <w:rPr>
          <w:sz w:val="22"/>
        </w:rPr>
        <w:t>D. nhường 7 electron.</w:t>
      </w:r>
    </w:p>
    <w:p/>
    <w:p>
      <w:r>
        <w:rPr>
          <w:b/>
          <w:sz w:val="24"/>
        </w:rPr>
        <w:t>Câu 9: Số oxi hóa của sulfur trong $H_2SO_4$ là</w:t>
      </w:r>
    </w:p>
    <w:p>
      <w:pPr>
        <w:pStyle w:val="ListParagraph"/>
      </w:pPr>
      <w:r>
        <w:rPr>
          <w:sz w:val="22"/>
        </w:rPr>
        <w:t>A. +2.</w:t>
      </w:r>
    </w:p>
    <w:p>
      <w:pPr>
        <w:pStyle w:val="ListParagraph"/>
      </w:pPr>
      <w:r>
        <w:rPr>
          <w:sz w:val="22"/>
        </w:rPr>
        <w:t>B. +4.</w:t>
      </w:r>
    </w:p>
    <w:p>
      <w:pPr>
        <w:pStyle w:val="ListParagraph"/>
      </w:pPr>
      <w:r>
        <w:rPr>
          <w:sz w:val="22"/>
        </w:rPr>
        <w:t>C. +6.</w:t>
      </w:r>
    </w:p>
    <w:p>
      <w:pPr>
        <w:pStyle w:val="ListParagraph"/>
      </w:pPr>
      <w:r>
        <w:rPr>
          <w:sz w:val="22"/>
        </w:rPr>
        <w:t>D. –2.</w:t>
      </w:r>
    </w:p>
    <w:p/>
    <w:p>
      <w:r>
        <w:rPr>
          <w:b/>
          <w:sz w:val="24"/>
        </w:rPr>
        <w:t>Câu 10: Trong phản ứng oxi hóa – khử, chất oxi hóa là chất</w:t>
      </w:r>
    </w:p>
    <w:p>
      <w:pPr>
        <w:pStyle w:val="ListParagraph"/>
      </w:pPr>
      <w:r>
        <w:rPr>
          <w:sz w:val="22"/>
        </w:rPr>
        <w:t>A. nhường electron.</w:t>
      </w:r>
    </w:p>
    <w:p>
      <w:pPr>
        <w:pStyle w:val="ListParagraph"/>
      </w:pPr>
      <w:r>
        <w:rPr>
          <w:sz w:val="22"/>
        </w:rPr>
        <w:t>B. nhận electron.</w:t>
      </w:r>
    </w:p>
    <w:p>
      <w:pPr>
        <w:pStyle w:val="ListParagraph"/>
      </w:pPr>
      <w:r>
        <w:rPr>
          <w:sz w:val="22"/>
        </w:rPr>
        <w:t>C. không thay đổi số oxi hóa.</w:t>
      </w:r>
    </w:p>
    <w:p>
      <w:pPr>
        <w:pStyle w:val="ListParagraph"/>
      </w:pPr>
      <w:r>
        <w:rPr>
          <w:sz w:val="22"/>
        </w:rPr>
        <w:t>D. vừa nhường vừa nhận electron.</w:t>
      </w:r>
    </w:p>
    <w:p/>
    <w:p>
      <w:r>
        <w:rPr>
          <w:b/>
          <w:sz w:val="24"/>
        </w:rPr>
        <w:t>Câu 11: Phản ứng nào sau đây là phản ứng oxi hóa – khử?</w:t>
      </w:r>
    </w:p>
    <w:p>
      <w:pPr>
        <w:pStyle w:val="ListParagraph"/>
      </w:pPr>
      <w:r>
        <w:rPr>
          <w:sz w:val="22"/>
        </w:rPr>
        <w:t>A. $NaOH + HCl$ → $NaCl + H_2O$.</w:t>
      </w:r>
    </w:p>
    <w:p>
      <w:pPr>
        <w:pStyle w:val="ListParagraph"/>
      </w:pPr>
      <w:r>
        <w:rPr>
          <w:sz w:val="22"/>
        </w:rPr>
        <w:t>B. $Zn + CuSO_4$ → $ZnSO_4 + Cu$.</w:t>
      </w:r>
    </w:p>
    <w:p>
      <w:pPr>
        <w:pStyle w:val="ListParagraph"/>
      </w:pPr>
      <w:r>
        <w:rPr>
          <w:sz w:val="22"/>
        </w:rPr>
        <w:t>C. $CaCO_3$ → $CaO + CO_2$.</w:t>
      </w:r>
    </w:p>
    <w:p>
      <w:pPr>
        <w:pStyle w:val="ListParagraph"/>
      </w:pPr>
      <w:r>
        <w:rPr>
          <w:sz w:val="22"/>
        </w:rPr>
        <w:t>D. $SO_3 + H_2O$ → $H_2SO_4$.</w:t>
      </w:r>
    </w:p>
    <w:p/>
    <w:p>
      <w:r>
        <w:rPr>
          <w:b/>
          <w:sz w:val="24"/>
        </w:rPr>
        <w:t>Câu 12: Phản ứng tỏa nhiệt có biến thiên enthalpy chuẩn</w:t>
      </w:r>
    </w:p>
    <w:p>
      <w:pPr>
        <w:pStyle w:val="ListParagraph"/>
      </w:pPr>
      <w:r>
        <w:rPr>
          <w:sz w:val="22"/>
        </w:rPr>
        <w:t>A. ΔH &gt; 0.</w:t>
      </w:r>
    </w:p>
    <w:p>
      <w:pPr>
        <w:pStyle w:val="ListParagraph"/>
      </w:pPr>
      <w:r>
        <w:rPr>
          <w:sz w:val="22"/>
        </w:rPr>
        <w:t>B. ΔH &lt; 0.</w:t>
      </w:r>
    </w:p>
    <w:p>
      <w:pPr>
        <w:pStyle w:val="ListParagraph"/>
      </w:pPr>
      <w:r>
        <w:rPr>
          <w:sz w:val="22"/>
        </w:rPr>
        <w:t>C. ΔH = 0.</w:t>
      </w:r>
    </w:p>
    <w:p>
      <w:pPr>
        <w:pStyle w:val="ListParagraph"/>
      </w:pPr>
      <w:r>
        <w:rPr>
          <w:sz w:val="22"/>
        </w:rPr>
        <w:t>D. không xác định được dấu.</w:t>
      </w:r>
    </w:p>
    <w:p/>
    <w:p>
      <w:r>
        <w:rPr>
          <w:b/>
          <w:sz w:val="24"/>
        </w:rPr>
        <w:t>Câu 13: Enthalpy tạo thành chuẩn của một đơn chất bền ở điều kiện chuẩn được quy ước bằng</w:t>
      </w:r>
    </w:p>
    <w:p>
      <w:pPr>
        <w:pStyle w:val="ListParagraph"/>
      </w:pPr>
      <w:r>
        <w:rPr>
          <w:sz w:val="22"/>
        </w:rPr>
        <w:t>A. 0.</w:t>
      </w:r>
    </w:p>
    <w:p>
      <w:pPr>
        <w:pStyle w:val="ListParagraph"/>
      </w:pPr>
      <w:r>
        <w:rPr>
          <w:sz w:val="22"/>
        </w:rPr>
        <w:t>B. 1.</w:t>
      </w:r>
    </w:p>
    <w:p>
      <w:pPr>
        <w:pStyle w:val="ListParagraph"/>
      </w:pPr>
      <w:r>
        <w:rPr>
          <w:sz w:val="22"/>
        </w:rPr>
        <w:t>C. –1.</w:t>
      </w:r>
    </w:p>
    <w:p>
      <w:pPr>
        <w:pStyle w:val="ListParagraph"/>
      </w:pPr>
      <w:r>
        <w:rPr>
          <w:sz w:val="22"/>
        </w:rPr>
        <w:t>D. giá trị bất kì.</w:t>
      </w:r>
    </w:p>
    <w:p/>
    <w:p>
      <w:r>
        <w:rPr>
          <w:b/>
          <w:sz w:val="24"/>
        </w:rPr>
        <w:t>Câu 14: Khi tăng nhiệt độ, tốc độ của một phản ứng hóa học thường</w:t>
      </w:r>
    </w:p>
    <w:p>
      <w:pPr>
        <w:pStyle w:val="ListParagraph"/>
      </w:pPr>
      <w:r>
        <w:rPr>
          <w:sz w:val="22"/>
        </w:rPr>
        <w:t>A. tăng.</w:t>
      </w:r>
    </w:p>
    <w:p>
      <w:pPr>
        <w:pStyle w:val="ListParagraph"/>
      </w:pPr>
      <w:r>
        <w:rPr>
          <w:sz w:val="22"/>
        </w:rPr>
        <w:t>B. giảm.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giảm rồi tăng.</w:t>
      </w:r>
    </w:p>
    <w:p/>
    <w:p>
      <w:r>
        <w:rPr>
          <w:b/>
          <w:sz w:val="24"/>
        </w:rPr>
        <w:t>Câu 15: Chất xúc tác có tác dụng</w:t>
      </w:r>
    </w:p>
    <w:p>
      <w:pPr>
        <w:pStyle w:val="ListParagraph"/>
      </w:pPr>
      <w:r>
        <w:rPr>
          <w:sz w:val="22"/>
        </w:rPr>
        <w:t>A. làm tăng tốc độ phản ứng và không bị tiêu thụ sau phản ứng.</w:t>
      </w:r>
    </w:p>
    <w:p>
      <w:pPr>
        <w:pStyle w:val="ListParagraph"/>
      </w:pPr>
      <w:r>
        <w:rPr>
          <w:sz w:val="22"/>
        </w:rPr>
        <w:t>B. làm giảm tốc độ phản ứng.</w:t>
      </w:r>
    </w:p>
    <w:p>
      <w:pPr>
        <w:pStyle w:val="ListParagraph"/>
      </w:pPr>
      <w:r>
        <w:rPr>
          <w:sz w:val="22"/>
        </w:rPr>
        <w:t>C. làm chuyển dịch cân bằng theo chiều thuận.</w:t>
      </w:r>
    </w:p>
    <w:p>
      <w:pPr>
        <w:pStyle w:val="ListParagraph"/>
      </w:pPr>
      <w:r>
        <w:rPr>
          <w:sz w:val="22"/>
        </w:rPr>
        <w:t>D. làm tăng năng lượng hoạt hóa của phản ứng.</w:t>
      </w:r>
    </w:p>
    <w:p/>
    <w:p>
      <w:r>
        <w:rPr>
          <w:b/>
          <w:sz w:val="24"/>
        </w:rPr>
        <w:t>Câu 16: Nguyên tố halogen thuộc nhóm nào trong bảng tuần hoàn?</w:t>
      </w:r>
    </w:p>
    <w:p>
      <w:pPr>
        <w:pStyle w:val="ListParagraph"/>
      </w:pPr>
      <w:r>
        <w:rPr>
          <w:sz w:val="22"/>
        </w:rPr>
        <w:t>A. IA.</w:t>
      </w:r>
    </w:p>
    <w:p>
      <w:pPr>
        <w:pStyle w:val="ListParagraph"/>
      </w:pPr>
      <w:r>
        <w:rPr>
          <w:sz w:val="22"/>
        </w:rPr>
        <w:t>B. IIA.</w:t>
      </w:r>
    </w:p>
    <w:p>
      <w:pPr>
        <w:pStyle w:val="ListParagraph"/>
      </w:pPr>
      <w:r>
        <w:rPr>
          <w:sz w:val="22"/>
        </w:rPr>
        <w:t>C. VIIA.</w:t>
      </w:r>
    </w:p>
    <w:p>
      <w:pPr>
        <w:pStyle w:val="ListParagraph"/>
      </w:pPr>
      <w:r>
        <w:rPr>
          <w:sz w:val="22"/>
        </w:rPr>
        <w:t>D. VIIIA.</w:t>
      </w:r>
    </w:p>
    <w:p/>
    <w:p>
      <w:r>
        <w:rPr>
          <w:b/>
          <w:sz w:val="24"/>
        </w:rPr>
        <w:t>Câu 17: Theo chiều từ $F_2$ đến $I_2$, tính oxi hóa của các halogen</w:t>
      </w:r>
    </w:p>
    <w:p>
      <w:pPr>
        <w:pStyle w:val="ListParagraph"/>
      </w:pPr>
      <w:r>
        <w:rPr>
          <w:sz w:val="22"/>
        </w:rPr>
        <w:t>A. tăng dần.</w:t>
      </w:r>
    </w:p>
    <w:p>
      <w:pPr>
        <w:pStyle w:val="ListParagraph"/>
      </w:pPr>
      <w:r>
        <w:rPr>
          <w:sz w:val="22"/>
        </w:rPr>
        <w:t>B. giảm dần.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tăng rồi giảm.</w:t>
      </w:r>
    </w:p>
    <w:p/>
    <w:p>
      <w:r>
        <w:rPr>
          <w:b/>
          <w:sz w:val="24"/>
        </w:rPr>
        <w:t>Câu 18: Trong hợp chất với hydrogen, nguyên tử halogen có số oxi hóa</w:t>
      </w:r>
    </w:p>
    <w:p>
      <w:pPr>
        <w:pStyle w:val="ListParagraph"/>
      </w:pPr>
      <w:r>
        <w:rPr>
          <w:sz w:val="22"/>
        </w:rPr>
        <w:t>A. +1.</w:t>
      </w:r>
    </w:p>
    <w:p>
      <w:pPr>
        <w:pStyle w:val="ListParagraph"/>
      </w:pPr>
      <w:r>
        <w:rPr>
          <w:sz w:val="22"/>
        </w:rPr>
        <w:t>B. –1.</w:t>
      </w:r>
    </w:p>
    <w:p>
      <w:pPr>
        <w:pStyle w:val="ListParagraph"/>
      </w:pPr>
      <w:r>
        <w:rPr>
          <w:sz w:val="22"/>
        </w:rPr>
        <w:t>C. 0.</w:t>
      </w:r>
    </w:p>
    <w:p>
      <w:pPr>
        <w:pStyle w:val="ListParagraph"/>
      </w:pPr>
      <w:r>
        <w:rPr>
          <w:sz w:val="22"/>
        </w:rPr>
        <w:t>D. +7.</w:t>
      </w:r>
    </w:p>
    <w:p/>
    <w:p>
      <w:r>
        <w:rPr>
          <w:b/>
          <w:sz w:val="24"/>
        </w:rPr>
        <w:t>Câu 19: Tự luận: Viết cấu hình electron của nguyên tử sodium (Z = 11) và ion $Na^+$. Cho biết sodium thuộc chu kì nào, nhóm nào trong bảng tuần hoàn.</w:t>
      </w:r>
    </w:p>
    <w:p/>
    <w:p>
      <w:r>
        <w:rPr>
          <w:b/>
          <w:sz w:val="24"/>
        </w:rPr>
        <w:t>Câu 20: Tự luận: Lập phương trình hóa học của phản ứng oxi hóa – khử sau bằng phương pháp thăng bằng electron: $Al + HCl$ → $AlCl_3 + H_2$. Xác định chất oxi hóa, chất khử.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Na: $1s^2 2s^2 2p^6 3s^1$; $Na^+$: $1s^2 2s^2 2p^6$. Sodium thuộc chu kì 3, nhóm IA.</w:t>
      </w:r>
    </w:p>
    <w:p>
      <w:r>
        <w:rPr>
          <w:b/>
        </w:rPr>
        <w:t>Câu 20: Đáp án đúng: $2Al + 6HCl$ → $2AlCl_3 + 3H_2$. Chất khử: Al. Chất oxi hóa: HCl (ion $H^+$).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