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Địa lý Lớp 9 - Địa lý dân cư và nguồn lao động Việt Nam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Năm 2021, số dân Việt Nam là khoảng bao nhiêu triệu người?</w:t>
      </w:r>
    </w:p>
    <w:p>
      <w:pPr>
        <w:pStyle w:val="ListParagraph"/>
      </w:pPr>
      <w:r>
        <w:rPr>
          <w:sz w:val="22"/>
        </w:rPr>
        <w:t>A. 87,8 triệu</w:t>
      </w:r>
    </w:p>
    <w:p>
      <w:pPr>
        <w:pStyle w:val="ListParagraph"/>
      </w:pPr>
      <w:r>
        <w:rPr>
          <w:sz w:val="22"/>
        </w:rPr>
        <w:t>B. 98,2 triệu</w:t>
      </w:r>
    </w:p>
    <w:p>
      <w:pPr>
        <w:pStyle w:val="ListParagraph"/>
      </w:pPr>
      <w:r>
        <w:rPr>
          <w:sz w:val="22"/>
        </w:rPr>
        <w:t>C. 100,0 triệu</w:t>
      </w:r>
    </w:p>
    <w:p>
      <w:pPr>
        <w:pStyle w:val="ListParagraph"/>
      </w:pPr>
      <w:r>
        <w:rPr>
          <w:sz w:val="22"/>
        </w:rPr>
        <w:t>D. 103,2 triệu</w:t>
      </w:r>
    </w:p>
    <w:p/>
    <w:p>
      <w:r>
        <w:rPr>
          <w:b/>
          <w:sz w:val="24"/>
        </w:rPr>
        <w:t>Câu 2: Tỉ lệ dân thành thị của nước ta năm 2021 chiếm khoảng bao nhiêu phần trăm?</w:t>
      </w:r>
    </w:p>
    <w:p>
      <w:pPr>
        <w:pStyle w:val="ListParagraph"/>
      </w:pPr>
      <w:r>
        <w:rPr>
          <w:sz w:val="22"/>
        </w:rPr>
        <w:t>A. 20%</w:t>
      </w:r>
    </w:p>
    <w:p>
      <w:pPr>
        <w:pStyle w:val="ListParagraph"/>
      </w:pPr>
      <w:r>
        <w:rPr>
          <w:sz w:val="22"/>
        </w:rPr>
        <w:t>B. 30%</w:t>
      </w:r>
    </w:p>
    <w:p>
      <w:pPr>
        <w:pStyle w:val="ListParagraph"/>
      </w:pPr>
      <w:r>
        <w:rPr>
          <w:sz w:val="22"/>
        </w:rPr>
        <w:t>C. 37%</w:t>
      </w:r>
    </w:p>
    <w:p>
      <w:pPr>
        <w:pStyle w:val="ListParagraph"/>
      </w:pPr>
      <w:r>
        <w:rPr>
          <w:sz w:val="22"/>
        </w:rPr>
        <w:t>D. 50%</w:t>
      </w:r>
    </w:p>
    <w:p/>
    <w:p>
      <w:r>
        <w:rPr>
          <w:b/>
          <w:sz w:val="24"/>
        </w:rPr>
        <w:t>Câu 3: Dân cư nước ta tập trung chủ yếu ở khu vực nào?</w:t>
      </w:r>
    </w:p>
    <w:p>
      <w:pPr>
        <w:pStyle w:val="ListParagraph"/>
      </w:pPr>
      <w:r>
        <w:rPr>
          <w:sz w:val="22"/>
        </w:rPr>
        <w:t>A. Đồng bằng</w:t>
      </w:r>
    </w:p>
    <w:p>
      <w:pPr>
        <w:pStyle w:val="ListParagraph"/>
      </w:pPr>
      <w:r>
        <w:rPr>
          <w:sz w:val="22"/>
        </w:rPr>
        <w:t>B. Trung du</w:t>
      </w:r>
    </w:p>
    <w:p>
      <w:pPr>
        <w:pStyle w:val="ListParagraph"/>
      </w:pPr>
      <w:r>
        <w:rPr>
          <w:sz w:val="22"/>
        </w:rPr>
        <w:t>C. Miền núi</w:t>
      </w:r>
    </w:p>
    <w:p>
      <w:pPr>
        <w:pStyle w:val="ListParagraph"/>
      </w:pPr>
      <w:r>
        <w:rPr>
          <w:sz w:val="22"/>
        </w:rPr>
        <w:t>D. Hải đảo</w:t>
      </w:r>
    </w:p>
    <w:p/>
    <w:p>
      <w:r>
        <w:rPr>
          <w:b/>
          <w:sz w:val="24"/>
        </w:rPr>
        <w:t>Câu 4: Dân tộc Kinh chiếm khoảng bao nhiêu phần trăm tổng số dân của Việt Nam?</w:t>
      </w:r>
    </w:p>
    <w:p>
      <w:pPr>
        <w:pStyle w:val="ListParagraph"/>
      </w:pPr>
      <w:r>
        <w:rPr>
          <w:sz w:val="22"/>
        </w:rPr>
        <w:t>A. 86%</w:t>
      </w:r>
    </w:p>
    <w:p>
      <w:pPr>
        <w:pStyle w:val="ListParagraph"/>
      </w:pPr>
      <w:r>
        <w:rPr>
          <w:sz w:val="22"/>
        </w:rPr>
        <w:t>B. 80%</w:t>
      </w:r>
    </w:p>
    <w:p>
      <w:pPr>
        <w:pStyle w:val="ListParagraph"/>
      </w:pPr>
      <w:r>
        <w:rPr>
          <w:sz w:val="22"/>
        </w:rPr>
        <w:t>C. 90%</w:t>
      </w:r>
    </w:p>
    <w:p>
      <w:pPr>
        <w:pStyle w:val="ListParagraph"/>
      </w:pPr>
      <w:r>
        <w:rPr>
          <w:sz w:val="22"/>
        </w:rPr>
        <w:t>D. 75%</w:t>
      </w:r>
    </w:p>
    <w:p/>
    <w:p>
      <w:r>
        <w:rPr>
          <w:b/>
          <w:sz w:val="24"/>
        </w:rPr>
        <w:t>Câu 5: Đặc điểm nổi bật của nguồn lao động nước ta là gì?</w:t>
      </w:r>
    </w:p>
    <w:p>
      <w:pPr>
        <w:pStyle w:val="ListParagraph"/>
      </w:pPr>
      <w:r>
        <w:rPr>
          <w:sz w:val="22"/>
        </w:rPr>
        <w:t>A. Dồi dào và tăng nhanh</w:t>
      </w:r>
    </w:p>
    <w:p>
      <w:pPr>
        <w:pStyle w:val="ListParagraph"/>
      </w:pPr>
      <w:r>
        <w:rPr>
          <w:sz w:val="22"/>
        </w:rPr>
        <w:t>B. Mong manh và giảm</w:t>
      </w:r>
    </w:p>
    <w:p>
      <w:pPr>
        <w:pStyle w:val="ListParagraph"/>
      </w:pPr>
      <w:r>
        <w:rPr>
          <w:sz w:val="22"/>
        </w:rPr>
        <w:t>C. Lớn tuổi</w:t>
      </w:r>
    </w:p>
    <w:p>
      <w:pPr>
        <w:pStyle w:val="ListParagraph"/>
      </w:pPr>
      <w:r>
        <w:rPr>
          <w:sz w:val="22"/>
        </w:rPr>
        <w:t>D. Thiếu hụt</w:t>
      </w:r>
    </w:p>
    <w:p/>
    <w:p>
      <w:r>
        <w:rPr>
          <w:b/>
          <w:sz w:val="24"/>
        </w:rPr>
        <w:t>Câu 6: Hiện nay, hoạt động kinh tế chủ yếu của lao động nước ta tập trung trong ngành nào?</w:t>
      </w:r>
    </w:p>
    <w:p>
      <w:pPr>
        <w:pStyle w:val="ListParagraph"/>
      </w:pPr>
      <w:r>
        <w:rPr>
          <w:sz w:val="22"/>
        </w:rPr>
        <w:t>A. Nông nghiệp</w:t>
      </w:r>
    </w:p>
    <w:p>
      <w:pPr>
        <w:pStyle w:val="ListParagraph"/>
      </w:pPr>
      <w:r>
        <w:rPr>
          <w:sz w:val="22"/>
        </w:rPr>
        <w:t>B. Công nghiệp</w:t>
      </w:r>
    </w:p>
    <w:p>
      <w:pPr>
        <w:pStyle w:val="ListParagraph"/>
      </w:pPr>
      <w:r>
        <w:rPr>
          <w:sz w:val="22"/>
        </w:rPr>
        <w:t>C. Dịch vụ</w:t>
      </w:r>
    </w:p>
    <w:p>
      <w:pPr>
        <w:pStyle w:val="ListParagraph"/>
      </w:pPr>
      <w:r>
        <w:rPr>
          <w:sz w:val="22"/>
        </w:rPr>
        <w:t>D. Khai thác khoáng sản</w:t>
      </w:r>
    </w:p>
    <w:p/>
    <w:p>
      <w:r>
        <w:rPr>
          <w:b/>
          <w:sz w:val="24"/>
        </w:rPr>
        <w:t>Câu 7: Đúng/Sai: Đồng bằng có mật độ dân số cao hơn miền núi.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8: Đúng/Sai: Việt Nam đang trong thời kì già hóa dân số.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9: Năm 2019, dân số Việt Nam đứng thứ mấy trong khu vực Đông Nam Á?</w:t>
      </w:r>
    </w:p>
    <w:p>
      <w:pPr>
        <w:pStyle w:val="ListParagraph"/>
      </w:pPr>
      <w:r>
        <w:rPr>
          <w:sz w:val="22"/>
        </w:rPr>
        <w:t>A. Thứ 3</w:t>
      </w:r>
    </w:p>
    <w:p>
      <w:pPr>
        <w:pStyle w:val="ListParagraph"/>
      </w:pPr>
      <w:r>
        <w:rPr>
          <w:sz w:val="22"/>
        </w:rPr>
        <w:t>B. Thứ 4</w:t>
      </w:r>
    </w:p>
    <w:p>
      <w:pPr>
        <w:pStyle w:val="ListParagraph"/>
      </w:pPr>
      <w:r>
        <w:rPr>
          <w:sz w:val="22"/>
        </w:rPr>
        <w:t>C. Thứ 5</w:t>
      </w:r>
    </w:p>
    <w:p>
      <w:pPr>
        <w:pStyle w:val="ListParagraph"/>
      </w:pPr>
      <w:r>
        <w:rPr>
          <w:sz w:val="22"/>
        </w:rPr>
        <w:t>D. Thứ 2</w:t>
      </w:r>
    </w:p>
    <w:p/>
    <w:p>
      <w:r>
        <w:rPr>
          <w:b/>
          <w:sz w:val="24"/>
        </w:rPr>
        <w:t>Câu 10: Yếu tố nào quyết định sự phân bố dân cư của nước ta?</w:t>
      </w:r>
    </w:p>
    <w:p>
      <w:pPr>
        <w:pStyle w:val="ListParagraph"/>
      </w:pPr>
      <w:r>
        <w:rPr>
          <w:sz w:val="22"/>
        </w:rPr>
        <w:t>A. Điều kiện tự nhiên</w:t>
      </w:r>
    </w:p>
    <w:p>
      <w:pPr>
        <w:pStyle w:val="ListParagraph"/>
      </w:pPr>
      <w:r>
        <w:rPr>
          <w:sz w:val="22"/>
        </w:rPr>
        <w:t>B. Lịch sử khai thác lãnh thổ</w:t>
      </w:r>
    </w:p>
    <w:p>
      <w:pPr>
        <w:pStyle w:val="ListParagraph"/>
      </w:pPr>
      <w:r>
        <w:rPr>
          <w:sz w:val="22"/>
        </w:rPr>
        <w:t>C. Trình độ phát triển kinh tế</w:t>
      </w:r>
    </w:p>
    <w:p>
      <w:pPr>
        <w:pStyle w:val="ListParagraph"/>
      </w:pPr>
      <w:r>
        <w:rPr>
          <w:sz w:val="22"/>
        </w:rPr>
        <w:t>D. Tất cả các yếu tố trên</w:t>
      </w:r>
    </w:p>
    <w:p/>
    <w:p>
      <w:r>
        <w:rPr>
          <w:b/>
          <w:sz w:val="24"/>
        </w:rPr>
        <w:t>Câu 11: Tỉ lệ dân thành thị nước ta tăng nhanh chủ yếu do đâu?</w:t>
      </w:r>
    </w:p>
    <w:p>
      <w:pPr>
        <w:pStyle w:val="ListParagraph"/>
      </w:pPr>
      <w:r>
        <w:rPr>
          <w:sz w:val="22"/>
        </w:rPr>
        <w:t>A. Quá trình đô thị hóa</w:t>
      </w:r>
    </w:p>
    <w:p>
      <w:pPr>
        <w:pStyle w:val="ListParagraph"/>
      </w:pPr>
      <w:r>
        <w:rPr>
          <w:sz w:val="22"/>
        </w:rPr>
        <w:t>B. Di dân tự do</w:t>
      </w:r>
    </w:p>
    <w:p>
      <w:pPr>
        <w:pStyle w:val="ListParagraph"/>
      </w:pPr>
      <w:r>
        <w:rPr>
          <w:sz w:val="22"/>
        </w:rPr>
        <w:t>C. Sinh tự nhiên</w:t>
      </w:r>
    </w:p>
    <w:p>
      <w:pPr>
        <w:pStyle w:val="ListParagraph"/>
      </w:pPr>
      <w:r>
        <w:rPr>
          <w:sz w:val="22"/>
        </w:rPr>
        <w:t>D. Nhập cư</w:t>
      </w:r>
    </w:p>
    <w:p/>
    <w:p>
      <w:r>
        <w:rPr>
          <w:b/>
          <w:sz w:val="24"/>
        </w:rPr>
        <w:t>Câu 12: Cơ cấu lao động theo ngành kinh tế của nước ta đang chuyển dịch theo hướng nào?</w:t>
      </w:r>
    </w:p>
    <w:p>
      <w:pPr>
        <w:pStyle w:val="ListParagraph"/>
      </w:pPr>
      <w:r>
        <w:rPr>
          <w:sz w:val="22"/>
        </w:rPr>
        <w:t>A. Tăng tỉ trọng nông nghiệp, giảm công nghiệp và dịch vụ</w:t>
      </w:r>
    </w:p>
    <w:p>
      <w:pPr>
        <w:pStyle w:val="ListParagraph"/>
      </w:pPr>
      <w:r>
        <w:rPr>
          <w:sz w:val="22"/>
        </w:rPr>
        <w:t>B. Giảm tỉ trọng nông nghiệp, tăng tỉ trọng công nghiệp và dịch vụ</w:t>
      </w:r>
    </w:p>
    <w:p>
      <w:pPr>
        <w:pStyle w:val="ListParagraph"/>
      </w:pPr>
      <w:r>
        <w:rPr>
          <w:sz w:val="22"/>
        </w:rPr>
        <w:t>C. Tăng tỉ trọng nông nghiệp và công nghiệp</w:t>
      </w:r>
    </w:p>
    <w:p>
      <w:pPr>
        <w:pStyle w:val="ListParagraph"/>
      </w:pPr>
      <w:r>
        <w:rPr>
          <w:sz w:val="22"/>
        </w:rPr>
        <w:t>D. Giảm tỉ trọng dịch vụ, tăng nông nghiệp</w:t>
      </w:r>
    </w:p>
    <w:p/>
    <w:p>
      <w:r>
        <w:rPr>
          <w:b/>
          <w:sz w:val="24"/>
        </w:rPr>
        <w:t>Câu 13: Mật độ dân số trung bình của nước ta hiện nay khoảng bao nhiêu người/km²?</w:t>
      </w:r>
    </w:p>
    <w:p>
      <w:pPr>
        <w:pStyle w:val="ListParagraph"/>
      </w:pPr>
      <w:r>
        <w:rPr>
          <w:sz w:val="22"/>
        </w:rPr>
        <w:t>A. 250 người/km²</w:t>
      </w:r>
    </w:p>
    <w:p>
      <w:pPr>
        <w:pStyle w:val="ListParagraph"/>
      </w:pPr>
      <w:r>
        <w:rPr>
          <w:sz w:val="22"/>
        </w:rPr>
        <w:t>B. 300 người/km²</w:t>
      </w:r>
    </w:p>
    <w:p>
      <w:pPr>
        <w:pStyle w:val="ListParagraph"/>
      </w:pPr>
      <w:r>
        <w:rPr>
          <w:sz w:val="22"/>
        </w:rPr>
        <w:t>C. 350 người/km²</w:t>
      </w:r>
    </w:p>
    <w:p>
      <w:pPr>
        <w:pStyle w:val="ListParagraph"/>
      </w:pPr>
      <w:r>
        <w:rPr>
          <w:sz w:val="22"/>
        </w:rPr>
        <w:t>D. 400 người/km²</w:t>
      </w:r>
    </w:p>
    <w:p/>
    <w:p>
      <w:r>
        <w:rPr>
          <w:b/>
          <w:sz w:val="24"/>
        </w:rPr>
        <w:t>Câu 14: Vùng nào hiện nay có mật độ dân số cao nhất cả nước?</w:t>
      </w:r>
    </w:p>
    <w:p>
      <w:pPr>
        <w:pStyle w:val="ListParagraph"/>
      </w:pPr>
      <w:r>
        <w:rPr>
          <w:sz w:val="22"/>
        </w:rPr>
        <w:t>A. Đồng bằng sông Hồng</w:t>
      </w:r>
    </w:p>
    <w:p>
      <w:pPr>
        <w:pStyle w:val="ListParagraph"/>
      </w:pPr>
      <w:r>
        <w:rPr>
          <w:sz w:val="22"/>
        </w:rPr>
        <w:t>B. Đồng bằng sông Cửu Long</w:t>
      </w:r>
    </w:p>
    <w:p>
      <w:pPr>
        <w:pStyle w:val="ListParagraph"/>
      </w:pPr>
      <w:r>
        <w:rPr>
          <w:sz w:val="22"/>
        </w:rPr>
        <w:t>C. Duyên hải miền Trung</w:t>
      </w:r>
    </w:p>
    <w:p>
      <w:pPr>
        <w:pStyle w:val="ListParagraph"/>
      </w:pPr>
      <w:r>
        <w:rPr>
          <w:sz w:val="22"/>
        </w:rPr>
        <w:t>D. Đông Nam Bộ</w:t>
      </w:r>
    </w:p>
    <w:p/>
    <w:p>
      <w:r>
        <w:rPr>
          <w:b/>
          <w:sz w:val="24"/>
        </w:rPr>
        <w:t>Câu 15: Nguồn lao động nước ta còn có hạn chế nào chủ yếu?</w:t>
      </w:r>
    </w:p>
    <w:p>
      <w:pPr>
        <w:pStyle w:val="ListParagraph"/>
      </w:pPr>
      <w:r>
        <w:rPr>
          <w:sz w:val="22"/>
        </w:rPr>
        <w:t>A. Trình độ chuyên môn chưa cao</w:t>
      </w:r>
    </w:p>
    <w:p>
      <w:pPr>
        <w:pStyle w:val="ListParagraph"/>
      </w:pPr>
      <w:r>
        <w:rPr>
          <w:sz w:val="22"/>
        </w:rPr>
        <w:t>B. Số lượng ít</w:t>
      </w:r>
    </w:p>
    <w:p>
      <w:pPr>
        <w:pStyle w:val="ListParagraph"/>
      </w:pPr>
      <w:r>
        <w:rPr>
          <w:sz w:val="22"/>
        </w:rPr>
        <w:t>C. Thể lực kém</w:t>
      </w:r>
    </w:p>
    <w:p>
      <w:pPr>
        <w:pStyle w:val="ListParagraph"/>
      </w:pPr>
      <w:r>
        <w:rPr>
          <w:sz w:val="22"/>
        </w:rPr>
        <w:t>D. Già hóa nhanh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