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tập 1: Xác định loại thang đo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Xác định loại thang đo cho: Giới tính (Nam, Nữ, Khác)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2: Xác định loại thang đo cho: Mức độ hài lòng (Rất không hài lòng $\rightarrow$ Rất hài lòng)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3: Xác định loại thang đo cho: Nhiệt độ phòng ($^\circ\text{C}$)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4: Xác định loại thang đo cho: Thu nhập hàng tháng (triệu đồng)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5: Xác định loại thang đo cho: Nhóm máu (A, B, AB, O)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6: Xác định loại thang đo cho: Xếp hạng học lực (Xuất sắc, Giỏi, Khá, Trung bình, Yếu)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7: Xác định loại thang đo cho: Tuổi (năm)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8: Xác định loại thang đo cho: Điểm IQ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9: Xác định loại thang đo cho: Màu xe yêu thích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10: Xác định loại thang đo cho: Số anh chị em trong gia đình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11: Xác định loại thang đo cho: Giới tính của bạn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12: Xác định loại thang đo cho: Bạn thuộc nhóm tuổi nào? (Dạng phân nhóm như &lt;18, 18-24)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13: Xác định loại thang đo cho: Bạn mua hàng trên Shopee bao nhiêu lần mỗi tháng?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14: Xác định loại thang đo cho: Thu nhập bình quân hàng tháng của bạn là bao nhiêu?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15: Xác định loại thang đo cho: Bạn đánh giá chất lượng dịch vụ của Shopee theo thang điểm 1–5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16: Xác định loại thang đo cho: Mức độ hài lòng của bạn (Rất không hài lòng $\rightarrow$ Rất hài lòng)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17: Xác định loại thang đo cho: Bạn xếp Shopee ở vị trí thứ mấy trong các sàn TMĐT bạn thường sử dụng?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18: Xác định loại thang đo cho: Nhiệt độ bảo quản kho hàng là $25^\circ\text{C}$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19: Xác định loại thang đo cho: Mã số sinh viên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20: Xác định loại thang đo cho: Số điện thoại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