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 tiết sinh học di truyền bài cấu trúc và chức năng sinh học của tế bào.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Thành phần nào sau đây không có trong màng tế bào?</w:t>
      </w:r>
    </w:p>
    <w:p>
      <w:pPr>
        <w:pStyle w:val="ListParagraph"/>
      </w:pPr>
      <w:r>
        <w:rPr>
          <w:sz w:val="22"/>
        </w:rPr>
        <w:t>A. Phospholipid</w:t>
      </w:r>
    </w:p>
    <w:p>
      <w:pPr>
        <w:pStyle w:val="ListParagraph"/>
      </w:pPr>
      <w:r>
        <w:rPr>
          <w:sz w:val="22"/>
        </w:rPr>
        <w:t>B. Protein</w:t>
      </w:r>
    </w:p>
    <w:p>
      <w:pPr>
        <w:pStyle w:val="ListParagraph"/>
      </w:pPr>
      <w:r>
        <w:rPr>
          <w:sz w:val="22"/>
        </w:rPr>
        <w:t>C. Cholesterol</w:t>
      </w:r>
    </w:p>
    <w:p>
      <w:pPr>
        <w:pStyle w:val="ListParagraph"/>
      </w:pPr>
      <w:r>
        <w:rPr>
          <w:sz w:val="22"/>
        </w:rPr>
        <w:t>D. DNA</w:t>
      </w:r>
    </w:p>
    <w:p/>
    <w:p>
      <w:r>
        <w:rPr>
          <w:b/>
          <w:sz w:val="24"/>
        </w:rPr>
        <w:t>Câu 2: Chức năng chính của ribosome trong tế bào là gì?</w:t>
      </w:r>
    </w:p>
    <w:p>
      <w:pPr>
        <w:pStyle w:val="ListParagraph"/>
      </w:pPr>
      <w:r>
        <w:rPr>
          <w:sz w:val="22"/>
        </w:rPr>
        <w:t>A. Tổng hợp lipid</w:t>
      </w:r>
    </w:p>
    <w:p>
      <w:pPr>
        <w:pStyle w:val="ListParagraph"/>
      </w:pPr>
      <w:r>
        <w:rPr>
          <w:sz w:val="22"/>
        </w:rPr>
        <w:t>B. Tổng hợp protein</w:t>
      </w:r>
    </w:p>
    <w:p>
      <w:pPr>
        <w:pStyle w:val="ListParagraph"/>
      </w:pPr>
      <w:r>
        <w:rPr>
          <w:sz w:val="22"/>
        </w:rPr>
        <w:t>C. Phân giải protein</w:t>
      </w:r>
    </w:p>
    <w:p>
      <w:pPr>
        <w:pStyle w:val="ListParagraph"/>
      </w:pPr>
      <w:r>
        <w:rPr>
          <w:sz w:val="22"/>
        </w:rPr>
        <w:t>D. Sản xuất năng lượng</w:t>
      </w:r>
    </w:p>
    <w:p/>
    <w:p>
      <w:r>
        <w:rPr>
          <w:b/>
          <w:sz w:val="24"/>
        </w:rPr>
        <w:t>Câu 3: Bào quan nào được coi là 'nhà máy năng lượng' của tế bào?</w:t>
      </w:r>
    </w:p>
    <w:p>
      <w:pPr>
        <w:pStyle w:val="ListParagraph"/>
      </w:pPr>
      <w:r>
        <w:rPr>
          <w:sz w:val="22"/>
        </w:rPr>
        <w:t>A. Lục lạp</w:t>
      </w:r>
    </w:p>
    <w:p>
      <w:pPr>
        <w:pStyle w:val="ListParagraph"/>
      </w:pPr>
      <w:r>
        <w:rPr>
          <w:sz w:val="22"/>
        </w:rPr>
        <w:t>B. Ti thể</w:t>
      </w:r>
    </w:p>
    <w:p>
      <w:pPr>
        <w:pStyle w:val="ListParagraph"/>
      </w:pPr>
      <w:r>
        <w:rPr>
          <w:sz w:val="22"/>
        </w:rPr>
        <w:t>C. Ribosome</w:t>
      </w:r>
    </w:p>
    <w:p>
      <w:pPr>
        <w:pStyle w:val="ListParagraph"/>
      </w:pPr>
      <w:r>
        <w:rPr>
          <w:sz w:val="22"/>
        </w:rPr>
        <w:t>D. Lưới nội chất</w:t>
      </w:r>
    </w:p>
    <w:p/>
    <w:p>
      <w:r>
        <w:rPr>
          <w:b/>
          <w:sz w:val="24"/>
        </w:rPr>
        <w:t>Câu 4: Trong tế bào nhân thực, DNA được lưu trữ chủ yếu ở đâu?</w:t>
      </w:r>
    </w:p>
    <w:p>
      <w:pPr>
        <w:pStyle w:val="ListParagraph"/>
      </w:pPr>
      <w:r>
        <w:rPr>
          <w:sz w:val="22"/>
        </w:rPr>
        <w:t>A. Tế bào chất</w:t>
      </w:r>
    </w:p>
    <w:p>
      <w:pPr>
        <w:pStyle w:val="ListParagraph"/>
      </w:pPr>
      <w:r>
        <w:rPr>
          <w:sz w:val="22"/>
        </w:rPr>
        <w:t>B. Nhân</w:t>
      </w:r>
    </w:p>
    <w:p>
      <w:pPr>
        <w:pStyle w:val="ListParagraph"/>
      </w:pPr>
      <w:r>
        <w:rPr>
          <w:sz w:val="22"/>
        </w:rPr>
        <w:t>C. Ti thể</w:t>
      </w:r>
    </w:p>
    <w:p>
      <w:pPr>
        <w:pStyle w:val="ListParagraph"/>
      </w:pPr>
      <w:r>
        <w:rPr>
          <w:sz w:val="22"/>
        </w:rPr>
        <w:t>D. Lục lạp</w:t>
      </w:r>
    </w:p>
    <w:p/>
    <w:p>
      <w:r>
        <w:rPr>
          <w:b/>
          <w:sz w:val="24"/>
        </w:rPr>
        <w:t>Câu 5: Chức năng của lưới nội chất hạt là gì?</w:t>
      </w:r>
    </w:p>
    <w:p>
      <w:pPr>
        <w:pStyle w:val="ListParagraph"/>
      </w:pPr>
      <w:r>
        <w:rPr>
          <w:sz w:val="22"/>
        </w:rPr>
        <w:t>A. Tổng hợp lipid</w:t>
      </w:r>
    </w:p>
    <w:p>
      <w:pPr>
        <w:pStyle w:val="ListParagraph"/>
      </w:pPr>
      <w:r>
        <w:rPr>
          <w:sz w:val="22"/>
        </w:rPr>
        <w:t>B. Tổng hợp protein</w:t>
      </w:r>
    </w:p>
    <w:p>
      <w:pPr>
        <w:pStyle w:val="ListParagraph"/>
      </w:pPr>
      <w:r>
        <w:rPr>
          <w:sz w:val="22"/>
        </w:rPr>
        <w:t>C. Phân giải chất độc</w:t>
      </w:r>
    </w:p>
    <w:p>
      <w:pPr>
        <w:pStyle w:val="ListParagraph"/>
      </w:pPr>
      <w:r>
        <w:rPr>
          <w:sz w:val="22"/>
        </w:rPr>
        <w:t>D. Dự trữ canxi</w:t>
      </w:r>
    </w:p>
    <w:p/>
    <w:p>
      <w:r>
        <w:rPr>
          <w:b/>
          <w:sz w:val="24"/>
        </w:rPr>
        <w:t>Câu 6: Bộ máy Golgi có chức năng chính là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Sửa đổi, đóng gói và phân phối protein và lipid</w:t>
      </w:r>
    </w:p>
    <w:p>
      <w:pPr>
        <w:pStyle w:val="ListParagraph"/>
      </w:pPr>
      <w:r>
        <w:rPr>
          <w:sz w:val="22"/>
        </w:rPr>
        <w:t>C. Sản xuất ATP</w:t>
      </w:r>
    </w:p>
    <w:p>
      <w:pPr>
        <w:pStyle w:val="ListParagraph"/>
      </w:pPr>
      <w:r>
        <w:rPr>
          <w:sz w:val="22"/>
        </w:rPr>
        <w:t>D. Phân hủy các chất thải</w:t>
      </w:r>
    </w:p>
    <w:p/>
    <w:p>
      <w:r>
        <w:rPr>
          <w:b/>
          <w:sz w:val="24"/>
        </w:rPr>
        <w:t>Câu 7: Lysosome có chức năng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Phân giải các đại phân tử</w:t>
      </w:r>
    </w:p>
    <w:p>
      <w:pPr>
        <w:pStyle w:val="ListParagraph"/>
      </w:pPr>
      <w:r>
        <w:rPr>
          <w:sz w:val="22"/>
        </w:rPr>
        <w:t>C. Sản xuất lipid</w:t>
      </w:r>
    </w:p>
    <w:p>
      <w:pPr>
        <w:pStyle w:val="ListParagraph"/>
      </w:pPr>
      <w:r>
        <w:rPr>
          <w:sz w:val="22"/>
        </w:rPr>
        <w:t>D. Dự trữ nước</w:t>
      </w:r>
    </w:p>
    <w:p/>
    <w:p>
      <w:r>
        <w:rPr>
          <w:b/>
          <w:sz w:val="24"/>
        </w:rPr>
        <w:t>Câu 8: Peroxisome có vai trò chính trong việc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Phân giải acid béo và khử độc</w:t>
      </w:r>
    </w:p>
    <w:p>
      <w:pPr>
        <w:pStyle w:val="ListParagraph"/>
      </w:pPr>
      <w:r>
        <w:rPr>
          <w:sz w:val="22"/>
        </w:rPr>
        <w:t>C. Sản xuất ATP</w:t>
      </w:r>
    </w:p>
    <w:p>
      <w:pPr>
        <w:pStyle w:val="ListParagraph"/>
      </w:pPr>
      <w:r>
        <w:rPr>
          <w:sz w:val="22"/>
        </w:rPr>
        <w:t>D. Lưu trữ DNA</w:t>
      </w:r>
    </w:p>
    <w:p/>
    <w:p>
      <w:r>
        <w:rPr>
          <w:b/>
          <w:sz w:val="24"/>
        </w:rPr>
        <w:t>Câu 9: Khung xương tế bào được cấu tạo từ các thành phần nào?</w:t>
      </w:r>
    </w:p>
    <w:p>
      <w:pPr>
        <w:pStyle w:val="ListParagraph"/>
      </w:pPr>
      <w:r>
        <w:rPr>
          <w:sz w:val="22"/>
        </w:rPr>
        <w:t>A. Vi ống, vi sợi, sợi trung gian</w:t>
      </w:r>
    </w:p>
    <w:p>
      <w:pPr>
        <w:pStyle w:val="ListParagraph"/>
      </w:pPr>
      <w:r>
        <w:rPr>
          <w:sz w:val="22"/>
        </w:rPr>
        <w:t>B. Phospholipid, protein, cholesterol</w:t>
      </w:r>
    </w:p>
    <w:p>
      <w:pPr>
        <w:pStyle w:val="ListParagraph"/>
      </w:pPr>
      <w:r>
        <w:rPr>
          <w:sz w:val="22"/>
        </w:rPr>
        <w:t>C. DNA, RNA, protein</w:t>
      </w:r>
    </w:p>
    <w:p>
      <w:pPr>
        <w:pStyle w:val="ListParagraph"/>
      </w:pPr>
      <w:r>
        <w:rPr>
          <w:sz w:val="22"/>
        </w:rPr>
        <w:t>D. Ribosome, lysosome, peroxisome</w:t>
      </w:r>
    </w:p>
    <w:p/>
    <w:p>
      <w:r>
        <w:rPr>
          <w:b/>
          <w:sz w:val="24"/>
        </w:rPr>
        <w:t>Câu 10: Chức năng của ti thể trong tế bào là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Sản xuất năng lượng dưới dạng ATP</w:t>
      </w:r>
    </w:p>
    <w:p>
      <w:pPr>
        <w:pStyle w:val="ListParagraph"/>
      </w:pPr>
      <w:r>
        <w:rPr>
          <w:sz w:val="22"/>
        </w:rPr>
        <w:t>C. Lưu trữ chất dinh dưỡng</w:t>
      </w:r>
    </w:p>
    <w:p>
      <w:pPr>
        <w:pStyle w:val="ListParagraph"/>
      </w:pPr>
      <w:r>
        <w:rPr>
          <w:sz w:val="22"/>
        </w:rPr>
        <w:t>D. Phân giải chất thải</w:t>
      </w:r>
    </w:p>
    <w:p/>
    <w:p>
      <w:r>
        <w:rPr>
          <w:b/>
          <w:sz w:val="24"/>
        </w:rPr>
        <w:t>Câu 11: Lục lạp có chức năng gì?</w:t>
      </w:r>
    </w:p>
    <w:p>
      <w:pPr>
        <w:pStyle w:val="ListParagraph"/>
      </w:pPr>
      <w:r>
        <w:rPr>
          <w:sz w:val="22"/>
        </w:rPr>
        <w:t>A. Hô hấp tế bào</w:t>
      </w:r>
    </w:p>
    <w:p>
      <w:pPr>
        <w:pStyle w:val="ListParagraph"/>
      </w:pPr>
      <w:r>
        <w:rPr>
          <w:sz w:val="22"/>
        </w:rPr>
        <w:t>B. Quang hợp</w:t>
      </w:r>
    </w:p>
    <w:p>
      <w:pPr>
        <w:pStyle w:val="ListParagraph"/>
      </w:pPr>
      <w:r>
        <w:rPr>
          <w:sz w:val="22"/>
        </w:rPr>
        <w:t>C. Tổng hợp protein</w:t>
      </w:r>
    </w:p>
    <w:p>
      <w:pPr>
        <w:pStyle w:val="ListParagraph"/>
      </w:pPr>
      <w:r>
        <w:rPr>
          <w:sz w:val="22"/>
        </w:rPr>
        <w:t>D. Phân giải lipid</w:t>
      </w:r>
    </w:p>
    <w:p/>
    <w:p>
      <w:r>
        <w:rPr>
          <w:b/>
          <w:sz w:val="24"/>
        </w:rPr>
        <w:t>Câu 12: Trong tế bào nhân sơ, vật chất di truyền nằm ở đâu?</w:t>
      </w:r>
    </w:p>
    <w:p>
      <w:pPr>
        <w:pStyle w:val="ListParagraph"/>
      </w:pPr>
      <w:r>
        <w:rPr>
          <w:sz w:val="22"/>
        </w:rPr>
        <w:t>A. Trong nhân</w:t>
      </w:r>
    </w:p>
    <w:p>
      <w:pPr>
        <w:pStyle w:val="ListParagraph"/>
      </w:pPr>
      <w:r>
        <w:rPr>
          <w:sz w:val="22"/>
        </w:rPr>
        <w:t>B. Trong vùng nhân</w:t>
      </w:r>
    </w:p>
    <w:p>
      <w:pPr>
        <w:pStyle w:val="ListParagraph"/>
      </w:pPr>
      <w:r>
        <w:rPr>
          <w:sz w:val="22"/>
        </w:rPr>
        <w:t>C. Trong ti thể</w:t>
      </w:r>
    </w:p>
    <w:p>
      <w:pPr>
        <w:pStyle w:val="ListParagraph"/>
      </w:pPr>
      <w:r>
        <w:rPr>
          <w:sz w:val="22"/>
        </w:rPr>
        <w:t>D. Trong lục lạp</w:t>
      </w:r>
    </w:p>
    <w:p/>
    <w:p>
      <w:r>
        <w:rPr>
          <w:b/>
          <w:sz w:val="24"/>
        </w:rPr>
        <w:t>Câu 13: Thành tế bào thực vật được cấu tạo chủ yếu từ chất nào?</w:t>
      </w:r>
    </w:p>
    <w:p>
      <w:pPr>
        <w:pStyle w:val="ListParagraph"/>
      </w:pPr>
      <w:r>
        <w:rPr>
          <w:sz w:val="22"/>
        </w:rPr>
        <w:t>A. Cellulose</w:t>
      </w:r>
    </w:p>
    <w:p>
      <w:pPr>
        <w:pStyle w:val="ListParagraph"/>
      </w:pPr>
      <w:r>
        <w:rPr>
          <w:sz w:val="22"/>
        </w:rPr>
        <w:t>B. Chitin</w:t>
      </w:r>
    </w:p>
    <w:p>
      <w:pPr>
        <w:pStyle w:val="ListParagraph"/>
      </w:pPr>
      <w:r>
        <w:rPr>
          <w:sz w:val="22"/>
        </w:rPr>
        <w:t>C. Peptidoglycan</w:t>
      </w:r>
    </w:p>
    <w:p>
      <w:pPr>
        <w:pStyle w:val="ListParagraph"/>
      </w:pPr>
      <w:r>
        <w:rPr>
          <w:sz w:val="22"/>
        </w:rPr>
        <w:t>D. Protein</w:t>
      </w:r>
    </w:p>
    <w:p/>
    <w:p>
      <w:r>
        <w:rPr>
          <w:b/>
          <w:sz w:val="24"/>
        </w:rPr>
        <w:t>Câu 14: Chức năng của không bào trung tâm ở tế bào thực vật là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Dự trữ nước và chất dinh dưỡng</w:t>
      </w:r>
    </w:p>
    <w:p>
      <w:pPr>
        <w:pStyle w:val="ListParagraph"/>
      </w:pPr>
      <w:r>
        <w:rPr>
          <w:sz w:val="22"/>
        </w:rPr>
        <w:t>C. Sản xuất năng lượng</w:t>
      </w:r>
    </w:p>
    <w:p>
      <w:pPr>
        <w:pStyle w:val="ListParagraph"/>
      </w:pPr>
      <w:r>
        <w:rPr>
          <w:sz w:val="22"/>
        </w:rPr>
        <w:t>D. Phân giải chất thải</w:t>
      </w:r>
    </w:p>
    <w:p/>
    <w:p>
      <w:r>
        <w:rPr>
          <w:b/>
          <w:sz w:val="24"/>
        </w:rPr>
        <w:t>Câu 15: Màng sinh chất có tính thấm chọn lọc nhờ đâu?</w:t>
      </w:r>
    </w:p>
    <w:p>
      <w:pPr>
        <w:pStyle w:val="ListParagraph"/>
      </w:pPr>
      <w:r>
        <w:rPr>
          <w:sz w:val="22"/>
        </w:rPr>
        <w:t>A. Lớp phospholipid kép và protein</w:t>
      </w:r>
    </w:p>
    <w:p>
      <w:pPr>
        <w:pStyle w:val="ListParagraph"/>
      </w:pPr>
      <w:r>
        <w:rPr>
          <w:sz w:val="22"/>
        </w:rPr>
        <w:t>B. Cholesterol</w:t>
      </w:r>
    </w:p>
    <w:p>
      <w:pPr>
        <w:pStyle w:val="ListParagraph"/>
      </w:pPr>
      <w:r>
        <w:rPr>
          <w:sz w:val="22"/>
        </w:rPr>
        <w:t>C. Glycolipid</w:t>
      </w:r>
    </w:p>
    <w:p>
      <w:pPr>
        <w:pStyle w:val="ListParagraph"/>
      </w:pPr>
      <w:r>
        <w:rPr>
          <w:sz w:val="22"/>
        </w:rPr>
        <w:t>D. Tất cả các thành phần trên</w:t>
      </w:r>
    </w:p>
    <w:p/>
    <w:p>
      <w:r>
        <w:rPr>
          <w:b/>
          <w:sz w:val="24"/>
        </w:rPr>
        <w:t>Câu 16: Quá trình vận chuyển thụ động qua màng tế bào không cần yếu tố nào?</w:t>
      </w:r>
    </w:p>
    <w:p>
      <w:pPr>
        <w:pStyle w:val="ListParagraph"/>
      </w:pPr>
      <w:r>
        <w:rPr>
          <w:sz w:val="22"/>
        </w:rPr>
        <w:t>A. Protein vận chuyển</w:t>
      </w:r>
    </w:p>
    <w:p>
      <w:pPr>
        <w:pStyle w:val="ListParagraph"/>
      </w:pPr>
      <w:r>
        <w:rPr>
          <w:sz w:val="22"/>
        </w:rPr>
        <w:t>B. ATP</w:t>
      </w:r>
    </w:p>
    <w:p>
      <w:pPr>
        <w:pStyle w:val="ListParagraph"/>
      </w:pPr>
      <w:r>
        <w:rPr>
          <w:sz w:val="22"/>
        </w:rPr>
        <w:t>C. Gradient nồng độ</w:t>
      </w:r>
    </w:p>
    <w:p>
      <w:pPr>
        <w:pStyle w:val="ListParagraph"/>
      </w:pPr>
      <w:r>
        <w:rPr>
          <w:sz w:val="22"/>
        </w:rPr>
        <w:t>D. Nước</w:t>
      </w:r>
    </w:p>
    <w:p/>
    <w:p>
      <w:r>
        <w:rPr>
          <w:b/>
          <w:sz w:val="24"/>
        </w:rPr>
        <w:t>Câu 17: Khuếch tán đơn giản là gì?</w:t>
      </w:r>
    </w:p>
    <w:p>
      <w:pPr>
        <w:pStyle w:val="ListParagraph"/>
      </w:pPr>
      <w:r>
        <w:rPr>
          <w:sz w:val="22"/>
        </w:rPr>
        <w:t>A. Vận chuyển chất từ nơi có nồng độ cao đến nơi có nồng độ thấp, không cần protein vận chuyển</w:t>
      </w:r>
    </w:p>
    <w:p>
      <w:pPr>
        <w:pStyle w:val="ListParagraph"/>
      </w:pPr>
      <w:r>
        <w:rPr>
          <w:sz w:val="22"/>
        </w:rPr>
        <w:t>B. Vận chuyển chất từ nơi có nồng độ thấp đến nơi có nồng độ cao, cần ATP</w:t>
      </w:r>
    </w:p>
    <w:p>
      <w:pPr>
        <w:pStyle w:val="ListParagraph"/>
      </w:pPr>
      <w:r>
        <w:rPr>
          <w:sz w:val="22"/>
        </w:rPr>
        <w:t>C. Vận chuyển chất nhờ protein vận chuyển</w:t>
      </w:r>
    </w:p>
    <w:p>
      <w:pPr>
        <w:pStyle w:val="ListParagraph"/>
      </w:pPr>
      <w:r>
        <w:rPr>
          <w:sz w:val="22"/>
        </w:rPr>
        <w:t>D. Vận chuyển chất qua màng nhờ túi vận chuyển</w:t>
      </w:r>
    </w:p>
    <w:p/>
    <w:p>
      <w:r>
        <w:rPr>
          <w:b/>
          <w:sz w:val="24"/>
        </w:rPr>
        <w:t>Câu 18: Khuếch tán tăng cường (facilitated diffusion) khác khuếch tán đơn giản ở điểm nào?</w:t>
      </w:r>
    </w:p>
    <w:p>
      <w:pPr>
        <w:pStyle w:val="ListParagraph"/>
      </w:pPr>
      <w:r>
        <w:rPr>
          <w:sz w:val="22"/>
        </w:rPr>
        <w:t>A. Cần ATP</w:t>
      </w:r>
    </w:p>
    <w:p>
      <w:pPr>
        <w:pStyle w:val="ListParagraph"/>
      </w:pPr>
      <w:r>
        <w:rPr>
          <w:sz w:val="22"/>
        </w:rPr>
        <w:t>B. Cần protein vận chuyển</w:t>
      </w:r>
    </w:p>
    <w:p>
      <w:pPr>
        <w:pStyle w:val="ListParagraph"/>
      </w:pPr>
      <w:r>
        <w:rPr>
          <w:sz w:val="22"/>
        </w:rPr>
        <w:t>C. Đi ngược gradient nồng độ</w:t>
      </w:r>
    </w:p>
    <w:p>
      <w:pPr>
        <w:pStyle w:val="ListParagraph"/>
      </w:pPr>
      <w:r>
        <w:rPr>
          <w:sz w:val="22"/>
        </w:rPr>
        <w:t>D. Chỉ xảy ra với nước</w:t>
      </w:r>
    </w:p>
    <w:p/>
    <w:p>
      <w:r>
        <w:rPr>
          <w:b/>
          <w:sz w:val="24"/>
        </w:rPr>
        <w:t>Câu 19: Bơm natri-kali là ví dụ của loại vận chuyển nào?</w:t>
      </w:r>
    </w:p>
    <w:p>
      <w:pPr>
        <w:pStyle w:val="ListParagraph"/>
      </w:pPr>
      <w:r>
        <w:rPr>
          <w:sz w:val="22"/>
        </w:rPr>
        <w:t>A. Khuếch tán đơn giản</w:t>
      </w:r>
    </w:p>
    <w:p>
      <w:pPr>
        <w:pStyle w:val="ListParagraph"/>
      </w:pPr>
      <w:r>
        <w:rPr>
          <w:sz w:val="22"/>
        </w:rPr>
        <w:t>B. Khuếch tán tăng cường</w:t>
      </w:r>
    </w:p>
    <w:p>
      <w:pPr>
        <w:pStyle w:val="ListParagraph"/>
      </w:pPr>
      <w:r>
        <w:rPr>
          <w:sz w:val="22"/>
        </w:rPr>
        <w:t>C. Vận chuyển tích cực</w:t>
      </w:r>
    </w:p>
    <w:p>
      <w:pPr>
        <w:pStyle w:val="ListParagraph"/>
      </w:pPr>
      <w:r>
        <w:rPr>
          <w:sz w:val="22"/>
        </w:rPr>
        <w:t>D. Thẩm thấu</w:t>
      </w:r>
    </w:p>
    <w:p/>
    <w:p>
      <w:r>
        <w:rPr>
          <w:b/>
          <w:sz w:val="24"/>
        </w:rPr>
        <w:t>Câu 20: Thẩm thấu là gì?</w:t>
      </w:r>
    </w:p>
    <w:p>
      <w:pPr>
        <w:pStyle w:val="ListParagraph"/>
      </w:pPr>
      <w:r>
        <w:rPr>
          <w:sz w:val="22"/>
        </w:rPr>
        <w:t>A. Sự di chuyển của các phân tử nước qua màng bán thấm từ nơi có nồng độ chất tan thấp đến nơi có nồng độ chất tan cao</w:t>
      </w:r>
    </w:p>
    <w:p>
      <w:pPr>
        <w:pStyle w:val="ListParagraph"/>
      </w:pPr>
      <w:r>
        <w:rPr>
          <w:sz w:val="22"/>
        </w:rPr>
        <w:t>B. Sự di chuyển của các ion qua màng</w:t>
      </w:r>
    </w:p>
    <w:p>
      <w:pPr>
        <w:pStyle w:val="ListParagraph"/>
      </w:pPr>
      <w:r>
        <w:rPr>
          <w:sz w:val="22"/>
        </w:rPr>
        <w:t>C. Sự vận chuyển chất nhờ ATP</w:t>
      </w:r>
    </w:p>
    <w:p>
      <w:pPr>
        <w:pStyle w:val="ListParagraph"/>
      </w:pPr>
      <w:r>
        <w:rPr>
          <w:sz w:val="22"/>
        </w:rPr>
        <w:t>D. Sự vận chuyển chất nhờ protein vận chuyển</w:t>
      </w:r>
    </w:p>
    <w:p/>
    <w:p>
      <w:r>
        <w:rPr>
          <w:b/>
          <w:sz w:val="24"/>
        </w:rPr>
        <w:t>Câu 21: Trong môi trường ưu trương, tế bào động vật sẽ như thế nào?</w:t>
      </w:r>
    </w:p>
    <w:p>
      <w:pPr>
        <w:pStyle w:val="ListParagraph"/>
      </w:pPr>
      <w:r>
        <w:rPr>
          <w:sz w:val="22"/>
        </w:rPr>
        <w:t>A. Trương lên và vỡ</w:t>
      </w:r>
    </w:p>
    <w:p>
      <w:pPr>
        <w:pStyle w:val="ListParagraph"/>
      </w:pPr>
      <w:r>
        <w:rPr>
          <w:sz w:val="22"/>
        </w:rPr>
        <w:t>B. Co lại (teo)</w:t>
      </w:r>
    </w:p>
    <w:p>
      <w:pPr>
        <w:pStyle w:val="ListParagraph"/>
      </w:pPr>
      <w:r>
        <w:rPr>
          <w:sz w:val="22"/>
        </w:rPr>
        <w:t>C. Giữ nguyên hình dạng</w:t>
      </w:r>
    </w:p>
    <w:p>
      <w:pPr>
        <w:pStyle w:val="ListParagraph"/>
      </w:pPr>
      <w:r>
        <w:rPr>
          <w:sz w:val="22"/>
        </w:rPr>
        <w:t>D. Tăng kích thước</w:t>
      </w:r>
    </w:p>
    <w:p/>
    <w:p>
      <w:r>
        <w:rPr>
          <w:b/>
          <w:sz w:val="24"/>
        </w:rPr>
        <w:t>Câu 22: Trong môi trường nhược trương, tế bào thực vật sẽ như thế nào?</w:t>
      </w:r>
    </w:p>
    <w:p>
      <w:pPr>
        <w:pStyle w:val="ListParagraph"/>
      </w:pPr>
      <w:r>
        <w:rPr>
          <w:sz w:val="22"/>
        </w:rPr>
        <w:t>A. Co nguyên sinh</w:t>
      </w:r>
    </w:p>
    <w:p>
      <w:pPr>
        <w:pStyle w:val="ListParagraph"/>
      </w:pPr>
      <w:r>
        <w:rPr>
          <w:sz w:val="22"/>
        </w:rPr>
        <w:t>B. Trương lên nhưng không vỡ do có thành tế bào</w:t>
      </w:r>
    </w:p>
    <w:p>
      <w:pPr>
        <w:pStyle w:val="ListParagraph"/>
      </w:pPr>
      <w:r>
        <w:rPr>
          <w:sz w:val="22"/>
        </w:rPr>
        <w:t>C. Vỡ ra</w:t>
      </w:r>
    </w:p>
    <w:p>
      <w:pPr>
        <w:pStyle w:val="ListParagraph"/>
      </w:pPr>
      <w:r>
        <w:rPr>
          <w:sz w:val="22"/>
        </w:rPr>
        <w:t>D. Teo lại</w:t>
      </w:r>
    </w:p>
    <w:p/>
    <w:p>
      <w:r>
        <w:rPr>
          <w:b/>
          <w:sz w:val="24"/>
        </w:rPr>
        <w:t>Câu 23: Nhập bào (endocytosis) là quá trình gì?</w:t>
      </w:r>
    </w:p>
    <w:p>
      <w:pPr>
        <w:pStyle w:val="ListParagraph"/>
      </w:pPr>
      <w:r>
        <w:rPr>
          <w:sz w:val="22"/>
        </w:rPr>
        <w:t>A. Tế bào lấy các chất từ môi trường vào trong bằng cách tạo túi màng</w:t>
      </w:r>
    </w:p>
    <w:p>
      <w:pPr>
        <w:pStyle w:val="ListParagraph"/>
      </w:pPr>
      <w:r>
        <w:rPr>
          <w:sz w:val="22"/>
        </w:rPr>
        <w:t>B. Tế bào thải các chất ra ngoài</w:t>
      </w:r>
    </w:p>
    <w:p>
      <w:pPr>
        <w:pStyle w:val="ListParagraph"/>
      </w:pPr>
      <w:r>
        <w:rPr>
          <w:sz w:val="22"/>
        </w:rPr>
        <w:t>C. Tế bào phân chia</w:t>
      </w:r>
    </w:p>
    <w:p>
      <w:pPr>
        <w:pStyle w:val="ListParagraph"/>
      </w:pPr>
      <w:r>
        <w:rPr>
          <w:sz w:val="22"/>
        </w:rPr>
        <w:t>D. Tế bào tổng hợp protein</w:t>
      </w:r>
    </w:p>
    <w:p/>
    <w:p>
      <w:r>
        <w:rPr>
          <w:b/>
          <w:sz w:val="24"/>
        </w:rPr>
        <w:t>Câu 24: Xuất bào (exocytosis) là quá trình gì?</w:t>
      </w:r>
    </w:p>
    <w:p>
      <w:pPr>
        <w:pStyle w:val="ListParagraph"/>
      </w:pPr>
      <w:r>
        <w:rPr>
          <w:sz w:val="22"/>
        </w:rPr>
        <w:t>A. Tế bào lấy chất vào</w:t>
      </w:r>
    </w:p>
    <w:p>
      <w:pPr>
        <w:pStyle w:val="ListParagraph"/>
      </w:pPr>
      <w:r>
        <w:rPr>
          <w:sz w:val="22"/>
        </w:rPr>
        <w:t>B. Tế bào thải chất ra ngoài bằng túi tiết</w:t>
      </w:r>
    </w:p>
    <w:p>
      <w:pPr>
        <w:pStyle w:val="ListParagraph"/>
      </w:pPr>
      <w:r>
        <w:rPr>
          <w:sz w:val="22"/>
        </w:rPr>
        <w:t>C. Tế bào tự phân hủy</w:t>
      </w:r>
    </w:p>
    <w:p>
      <w:pPr>
        <w:pStyle w:val="ListParagraph"/>
      </w:pPr>
      <w:r>
        <w:rPr>
          <w:sz w:val="22"/>
        </w:rPr>
        <w:t>D. Tế bào tổng hợp lipid</w:t>
      </w:r>
    </w:p>
    <w:p/>
    <w:p>
      <w:r>
        <w:rPr>
          <w:b/>
          <w:sz w:val="24"/>
        </w:rPr>
        <w:t>Câu 25: Chu trình tế bào bao gồm những giai đoạn nào?</w:t>
      </w:r>
    </w:p>
    <w:p>
      <w:pPr>
        <w:pStyle w:val="ListParagraph"/>
      </w:pPr>
      <w:r>
        <w:rPr>
          <w:sz w:val="22"/>
        </w:rPr>
        <w:t>A. Pha G1, S, G2 và pha M</w:t>
      </w:r>
    </w:p>
    <w:p>
      <w:pPr>
        <w:pStyle w:val="ListParagraph"/>
      </w:pPr>
      <w:r>
        <w:rPr>
          <w:sz w:val="22"/>
        </w:rPr>
        <w:t>B. Pha G0, G1, S, G2</w:t>
      </w:r>
    </w:p>
    <w:p>
      <w:pPr>
        <w:pStyle w:val="ListParagraph"/>
      </w:pPr>
      <w:r>
        <w:rPr>
          <w:sz w:val="22"/>
        </w:rPr>
        <w:t>C. Pha M và G0</w:t>
      </w:r>
    </w:p>
    <w:p>
      <w:pPr>
        <w:pStyle w:val="ListParagraph"/>
      </w:pPr>
      <w:r>
        <w:rPr>
          <w:sz w:val="22"/>
        </w:rPr>
        <w:t>D. Pha S và G2</w:t>
      </w:r>
    </w:p>
    <w:p/>
    <w:p>
      <w:r>
        <w:rPr>
          <w:b/>
          <w:sz w:val="24"/>
        </w:rPr>
        <w:t>Câu 26: Trong pha S của chu trình tế bào, điều gì xảy ra?</w:t>
      </w:r>
    </w:p>
    <w:p>
      <w:pPr>
        <w:pStyle w:val="ListParagraph"/>
      </w:pPr>
      <w:r>
        <w:rPr>
          <w:sz w:val="22"/>
        </w:rPr>
        <w:t>A. Tế bào phân chia</w:t>
      </w:r>
    </w:p>
    <w:p>
      <w:pPr>
        <w:pStyle w:val="ListParagraph"/>
      </w:pPr>
      <w:r>
        <w:rPr>
          <w:sz w:val="22"/>
        </w:rPr>
        <w:t>B. DNA được nhân đôi</w:t>
      </w:r>
    </w:p>
    <w:p>
      <w:pPr>
        <w:pStyle w:val="ListParagraph"/>
      </w:pPr>
      <w:r>
        <w:rPr>
          <w:sz w:val="22"/>
        </w:rPr>
        <w:t>C. Tế bào tổng hợp protein</w:t>
      </w:r>
    </w:p>
    <w:p>
      <w:pPr>
        <w:pStyle w:val="ListParagraph"/>
      </w:pPr>
      <w:r>
        <w:rPr>
          <w:sz w:val="22"/>
        </w:rPr>
        <w:t>D. Tế bào ngừng phát triển</w:t>
      </w:r>
    </w:p>
    <w:p/>
    <w:p>
      <w:r>
        <w:rPr>
          <w:b/>
          <w:sz w:val="24"/>
        </w:rPr>
        <w:t>Câu 27: Nguyên phân (mitosis) tạo ra bao nhiêu tế bào con?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28: Giảm phân (meiosis) tạo ra bao nhiêu tế bào con?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29: Điểm khác biệt chính giữa nguyên phân và giảm phân là gì?</w:t>
      </w:r>
    </w:p>
    <w:p>
      <w:pPr>
        <w:pStyle w:val="ListParagraph"/>
      </w:pPr>
      <w:r>
        <w:rPr>
          <w:sz w:val="22"/>
        </w:rPr>
        <w:t>A. Nguyên phân tạo tế bào con có bộ NST giống tế bào mẹ, giảm phân tạo tế bào con có bộ NST giảm một nửa</w:t>
      </w:r>
    </w:p>
    <w:p>
      <w:pPr>
        <w:pStyle w:val="ListParagraph"/>
      </w:pPr>
      <w:r>
        <w:rPr>
          <w:sz w:val="22"/>
        </w:rPr>
        <w:t>B. Nguyên phân xảy ra ở tế bào sinh dục, giảm phân xảy ra ở tế bào sinh dưỡng</w:t>
      </w:r>
    </w:p>
    <w:p>
      <w:pPr>
        <w:pStyle w:val="ListParagraph"/>
      </w:pPr>
      <w:r>
        <w:rPr>
          <w:sz w:val="22"/>
        </w:rPr>
        <w:t>C. Nguyên phân có 2 lần phân chia, giảm phân có 1 lần</w:t>
      </w:r>
    </w:p>
    <w:p>
      <w:pPr>
        <w:pStyle w:val="ListParagraph"/>
      </w:pPr>
      <w:r>
        <w:rPr>
          <w:sz w:val="22"/>
        </w:rPr>
        <w:t>D. Nguyên phân tạo ra 4 tế bào con, giảm phân tạo ra 2 tế bào con</w:t>
      </w:r>
    </w:p>
    <w:p/>
    <w:p>
      <w:r>
        <w:rPr>
          <w:b/>
          <w:sz w:val="24"/>
        </w:rPr>
        <w:t>Câu 30: Trong giảm phân, sự trao đổi chéo xảy ra ở giai đoạn nào?</w:t>
      </w:r>
    </w:p>
    <w:p>
      <w:pPr>
        <w:pStyle w:val="ListParagraph"/>
      </w:pPr>
      <w:r>
        <w:rPr>
          <w:sz w:val="22"/>
        </w:rPr>
        <w:t>A. Kỳ đầu I</w:t>
      </w:r>
    </w:p>
    <w:p>
      <w:pPr>
        <w:pStyle w:val="ListParagraph"/>
      </w:pPr>
      <w:r>
        <w:rPr>
          <w:sz w:val="22"/>
        </w:rPr>
        <w:t>B. Kỳ giữa I</w:t>
      </w:r>
    </w:p>
    <w:p>
      <w:pPr>
        <w:pStyle w:val="ListParagraph"/>
      </w:pPr>
      <w:r>
        <w:rPr>
          <w:sz w:val="22"/>
        </w:rPr>
        <w:t>C. Kỳ sau I</w:t>
      </w:r>
    </w:p>
    <w:p>
      <w:pPr>
        <w:pStyle w:val="ListParagraph"/>
      </w:pPr>
      <w:r>
        <w:rPr>
          <w:sz w:val="22"/>
        </w:rPr>
        <w:t>D. Kỳ đầu II</w:t>
      </w:r>
    </w:p>
    <w:p/>
    <w:p>
      <w:r>
        <w:rPr>
          <w:b/>
          <w:sz w:val="24"/>
        </w:rPr>
        <w:t>Câu 31: Thoi phân bào được hình thành từ đâu?</w:t>
      </w:r>
    </w:p>
    <w:p>
      <w:pPr>
        <w:pStyle w:val="ListParagraph"/>
      </w:pPr>
      <w:r>
        <w:rPr>
          <w:sz w:val="22"/>
        </w:rPr>
        <w:t>A. Trung thể</w:t>
      </w:r>
    </w:p>
    <w:p>
      <w:pPr>
        <w:pStyle w:val="ListParagraph"/>
      </w:pPr>
      <w:r>
        <w:rPr>
          <w:sz w:val="22"/>
        </w:rPr>
        <w:t>B. Nhân</w:t>
      </w:r>
    </w:p>
    <w:p>
      <w:pPr>
        <w:pStyle w:val="ListParagraph"/>
      </w:pPr>
      <w:r>
        <w:rPr>
          <w:sz w:val="22"/>
        </w:rPr>
        <w:t>C. Ti thể</w:t>
      </w:r>
    </w:p>
    <w:p>
      <w:pPr>
        <w:pStyle w:val="ListParagraph"/>
      </w:pPr>
      <w:r>
        <w:rPr>
          <w:sz w:val="22"/>
        </w:rPr>
        <w:t>D. Lưới nội chất</w:t>
      </w:r>
    </w:p>
    <w:p/>
    <w:p>
      <w:r>
        <w:rPr>
          <w:b/>
          <w:sz w:val="24"/>
        </w:rPr>
        <w:t>Câu 32: Chức năng của trung thể trong tế bào động vật là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Tổ chức thoi phân bào trong phân chia tế bào</w:t>
      </w:r>
    </w:p>
    <w:p>
      <w:pPr>
        <w:pStyle w:val="ListParagraph"/>
      </w:pPr>
      <w:r>
        <w:rPr>
          <w:sz w:val="22"/>
        </w:rPr>
        <w:t>C. Sản xuất năng lượng</w:t>
      </w:r>
    </w:p>
    <w:p>
      <w:pPr>
        <w:pStyle w:val="ListParagraph"/>
      </w:pPr>
      <w:r>
        <w:rPr>
          <w:sz w:val="22"/>
        </w:rPr>
        <w:t>D. Phân giải chất thải</w:t>
      </w:r>
    </w:p>
    <w:p/>
    <w:p>
      <w:r>
        <w:rPr>
          <w:b/>
          <w:sz w:val="24"/>
        </w:rPr>
        <w:t>Câu 33: Tế bào chất bao gồm những thành phần nào?</w:t>
      </w:r>
    </w:p>
    <w:p>
      <w:pPr>
        <w:pStyle w:val="ListParagraph"/>
      </w:pPr>
      <w:r>
        <w:rPr>
          <w:sz w:val="22"/>
        </w:rPr>
        <w:t>A. Bào tương và các bào quan</w:t>
      </w:r>
    </w:p>
    <w:p>
      <w:pPr>
        <w:pStyle w:val="ListParagraph"/>
      </w:pPr>
      <w:r>
        <w:rPr>
          <w:sz w:val="22"/>
        </w:rPr>
        <w:t>B. Nhân và màng tế bào</w:t>
      </w:r>
    </w:p>
    <w:p>
      <w:pPr>
        <w:pStyle w:val="ListParagraph"/>
      </w:pPr>
      <w:r>
        <w:rPr>
          <w:sz w:val="22"/>
        </w:rPr>
        <w:t>C. DNA và RNA</w:t>
      </w:r>
    </w:p>
    <w:p>
      <w:pPr>
        <w:pStyle w:val="ListParagraph"/>
      </w:pPr>
      <w:r>
        <w:rPr>
          <w:sz w:val="22"/>
        </w:rPr>
        <w:t>D. Protein và lipid</w:t>
      </w:r>
    </w:p>
    <w:p/>
    <w:p>
      <w:r>
        <w:rPr>
          <w:b/>
          <w:sz w:val="24"/>
        </w:rPr>
        <w:t>Câu 34: Bào tương (cytosol) là gì?</w:t>
      </w:r>
    </w:p>
    <w:p>
      <w:pPr>
        <w:pStyle w:val="ListParagraph"/>
      </w:pPr>
      <w:r>
        <w:rPr>
          <w:sz w:val="22"/>
        </w:rPr>
        <w:t>A. Phần lỏng của tế bào chất, chứa các phân tử hòa tan</w:t>
      </w:r>
    </w:p>
    <w:p>
      <w:pPr>
        <w:pStyle w:val="ListParagraph"/>
      </w:pPr>
      <w:r>
        <w:rPr>
          <w:sz w:val="22"/>
        </w:rPr>
        <w:t>B. Màng tế bào</w:t>
      </w:r>
    </w:p>
    <w:p>
      <w:pPr>
        <w:pStyle w:val="ListParagraph"/>
      </w:pPr>
      <w:r>
        <w:rPr>
          <w:sz w:val="22"/>
        </w:rPr>
        <w:t>C. Nhân tế bào</w:t>
      </w:r>
    </w:p>
    <w:p>
      <w:pPr>
        <w:pStyle w:val="ListParagraph"/>
      </w:pPr>
      <w:r>
        <w:rPr>
          <w:sz w:val="22"/>
        </w:rPr>
        <w:t>D. Các bào quan</w:t>
      </w:r>
    </w:p>
    <w:p/>
    <w:p>
      <w:r>
        <w:rPr>
          <w:b/>
          <w:sz w:val="24"/>
        </w:rPr>
        <w:t>Câu 35: Chức năng của màng nhân là gì?</w:t>
      </w:r>
    </w:p>
    <w:p>
      <w:pPr>
        <w:pStyle w:val="ListParagraph"/>
      </w:pPr>
      <w:r>
        <w:rPr>
          <w:sz w:val="22"/>
        </w:rPr>
        <w:t>A. Kiểm soát sự ra vào của các chất giữa nhân và tế bào chất</w:t>
      </w:r>
    </w:p>
    <w:p>
      <w:pPr>
        <w:pStyle w:val="ListParagraph"/>
      </w:pPr>
      <w:r>
        <w:rPr>
          <w:sz w:val="22"/>
        </w:rPr>
        <w:t>B. Tổng hợp protein</w:t>
      </w:r>
    </w:p>
    <w:p>
      <w:pPr>
        <w:pStyle w:val="ListParagraph"/>
      </w:pPr>
      <w:r>
        <w:rPr>
          <w:sz w:val="22"/>
        </w:rPr>
        <w:t>C. Sản xuất năng lượng</w:t>
      </w:r>
    </w:p>
    <w:p>
      <w:pPr>
        <w:pStyle w:val="ListParagraph"/>
      </w:pPr>
      <w:r>
        <w:rPr>
          <w:sz w:val="22"/>
        </w:rPr>
        <w:t>D. Phân giải lipid</w:t>
      </w:r>
    </w:p>
    <w:p/>
    <w:p>
      <w:r>
        <w:rPr>
          <w:b/>
          <w:sz w:val="24"/>
        </w:rPr>
        <w:t>Câu 36: Lỗ nhân có chức năng gì?</w:t>
      </w:r>
    </w:p>
    <w:p>
      <w:pPr>
        <w:pStyle w:val="ListParagraph"/>
      </w:pPr>
      <w:r>
        <w:rPr>
          <w:sz w:val="22"/>
        </w:rPr>
        <w:t>A. Cho phép các phân tử lớn như protein và RNA đi qua màng nhân</w:t>
      </w:r>
    </w:p>
    <w:p>
      <w:pPr>
        <w:pStyle w:val="ListParagraph"/>
      </w:pPr>
      <w:r>
        <w:rPr>
          <w:sz w:val="22"/>
        </w:rPr>
        <w:t>B. Tổng hợp DNA</w:t>
      </w:r>
    </w:p>
    <w:p>
      <w:pPr>
        <w:pStyle w:val="ListParagraph"/>
      </w:pPr>
      <w:r>
        <w:rPr>
          <w:sz w:val="22"/>
        </w:rPr>
        <w:t>C. Sản xuất ATP</w:t>
      </w:r>
    </w:p>
    <w:p>
      <w:pPr>
        <w:pStyle w:val="ListParagraph"/>
      </w:pPr>
      <w:r>
        <w:rPr>
          <w:sz w:val="22"/>
        </w:rPr>
        <w:t>D. Phân giải protein</w:t>
      </w:r>
    </w:p>
    <w:p/>
    <w:p>
      <w:r>
        <w:rPr>
          <w:b/>
          <w:sz w:val="24"/>
        </w:rPr>
        <w:t>Câu 37: Chất nhiễm sắc (chromatin) là gì?</w:t>
      </w:r>
    </w:p>
    <w:p>
      <w:pPr>
        <w:pStyle w:val="ListParagraph"/>
      </w:pPr>
      <w:r>
        <w:rPr>
          <w:sz w:val="22"/>
        </w:rPr>
        <w:t>A. Phức hợp DNA và protein histone</w:t>
      </w:r>
    </w:p>
    <w:p>
      <w:pPr>
        <w:pStyle w:val="ListParagraph"/>
      </w:pPr>
      <w:r>
        <w:rPr>
          <w:sz w:val="22"/>
        </w:rPr>
        <w:t>B. RNA và protein</w:t>
      </w:r>
    </w:p>
    <w:p>
      <w:pPr>
        <w:pStyle w:val="ListParagraph"/>
      </w:pPr>
      <w:r>
        <w:rPr>
          <w:sz w:val="22"/>
        </w:rPr>
        <w:t>C. Lipid và protein</w:t>
      </w:r>
    </w:p>
    <w:p>
      <w:pPr>
        <w:pStyle w:val="ListParagraph"/>
      </w:pPr>
      <w:r>
        <w:rPr>
          <w:sz w:val="22"/>
        </w:rPr>
        <w:t>D. Carbohydrate và protein</w:t>
      </w:r>
    </w:p>
    <w:p/>
    <w:p>
      <w:r>
        <w:rPr>
          <w:b/>
          <w:sz w:val="24"/>
        </w:rPr>
        <w:t>Câu 38: Nhiễm sắc thể (chromosome) là gì?</w:t>
      </w:r>
    </w:p>
    <w:p>
      <w:pPr>
        <w:pStyle w:val="ListParagraph"/>
      </w:pPr>
      <w:r>
        <w:rPr>
          <w:sz w:val="22"/>
        </w:rPr>
        <w:t>A. Dạng cuộn xoắn của chất nhiễm sắc trong quá trình phân chia tế bào</w:t>
      </w:r>
    </w:p>
    <w:p>
      <w:pPr>
        <w:pStyle w:val="ListParagraph"/>
      </w:pPr>
      <w:r>
        <w:rPr>
          <w:sz w:val="22"/>
        </w:rPr>
        <w:t>B. Một loại protein</w:t>
      </w:r>
    </w:p>
    <w:p>
      <w:pPr>
        <w:pStyle w:val="ListParagraph"/>
      </w:pPr>
      <w:r>
        <w:rPr>
          <w:sz w:val="22"/>
        </w:rPr>
        <w:t>C. Một bào quan</w:t>
      </w:r>
    </w:p>
    <w:p>
      <w:pPr>
        <w:pStyle w:val="ListParagraph"/>
      </w:pPr>
      <w:r>
        <w:rPr>
          <w:sz w:val="22"/>
        </w:rPr>
        <w:t>D. Một loại lipid</w:t>
      </w:r>
    </w:p>
    <w:p/>
    <w:p>
      <w:r>
        <w:rPr>
          <w:b/>
          <w:sz w:val="24"/>
        </w:rPr>
        <w:t>Câu 39: Thành phần nào sau đây có trong tế bào nhân sơ mà không có trong tế bào nhân thực?</w:t>
      </w:r>
    </w:p>
    <w:p>
      <w:pPr>
        <w:pStyle w:val="ListParagraph"/>
      </w:pPr>
      <w:r>
        <w:rPr>
          <w:sz w:val="22"/>
        </w:rPr>
        <w:t>A. Ribosome</w:t>
      </w:r>
    </w:p>
    <w:p>
      <w:pPr>
        <w:pStyle w:val="ListParagraph"/>
      </w:pPr>
      <w:r>
        <w:rPr>
          <w:sz w:val="22"/>
        </w:rPr>
        <w:t>B. Màng sinh chất</w:t>
      </w:r>
    </w:p>
    <w:p>
      <w:pPr>
        <w:pStyle w:val="ListParagraph"/>
      </w:pPr>
      <w:r>
        <w:rPr>
          <w:sz w:val="22"/>
        </w:rPr>
        <w:t>C. Thành peptidoglycan</w:t>
      </w:r>
    </w:p>
    <w:p>
      <w:pPr>
        <w:pStyle w:val="ListParagraph"/>
      </w:pPr>
      <w:r>
        <w:rPr>
          <w:sz w:val="22"/>
        </w:rPr>
        <w:t>D. DNA</w:t>
      </w:r>
    </w:p>
    <w:p/>
    <w:p>
      <w:r>
        <w:rPr>
          <w:b/>
          <w:sz w:val="24"/>
        </w:rPr>
        <w:t>Câu 40: Chức năng của plasmid trong tế bào nhân sơ là gì?</w:t>
      </w:r>
    </w:p>
    <w:p>
      <w:pPr>
        <w:pStyle w:val="ListParagraph"/>
      </w:pPr>
      <w:r>
        <w:rPr>
          <w:sz w:val="22"/>
        </w:rPr>
        <w:t>A. Mang gen kháng thuốc hoặc gen trao đổi chất</w:t>
      </w:r>
    </w:p>
    <w:p>
      <w:pPr>
        <w:pStyle w:val="ListParagraph"/>
      </w:pPr>
      <w:r>
        <w:rPr>
          <w:sz w:val="22"/>
        </w:rPr>
        <w:t>B. Tổng hợp protein</w:t>
      </w:r>
    </w:p>
    <w:p>
      <w:pPr>
        <w:pStyle w:val="ListParagraph"/>
      </w:pPr>
      <w:r>
        <w:rPr>
          <w:sz w:val="22"/>
        </w:rPr>
        <w:t>C. Sản xuất năng lượng</w:t>
      </w:r>
    </w:p>
    <w:p>
      <w:pPr>
        <w:pStyle w:val="ListParagraph"/>
      </w:pPr>
      <w:r>
        <w:rPr>
          <w:sz w:val="22"/>
        </w:rPr>
        <w:t>D. Phân giải chất thải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