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Tiếng Anh lớp 3 - Việt Nam nằm ở khu vực nào sau đây?</w:t>
      </w:r>
    </w:p>
    <w:p>
      <w:pPr>
        <w:jc w:val="center"/>
      </w:pPr>
      <w:r>
        <w:rPr>
          <w:sz w:val="22"/>
        </w:rPr>
        <w:t>Số câu: 15    Thời gian: _____ phút    Họ và tên: _________________________</w:t>
      </w:r>
    </w:p>
    <w:p/>
    <w:p>
      <w:r>
        <w:rPr>
          <w:b/>
          <w:sz w:val="24"/>
        </w:rPr>
        <w:t>Câu 1: Việt Nam nằm ở khu vực nào sau đây?</w:t>
      </w:r>
    </w:p>
    <w:p>
      <w:pPr>
        <w:pStyle w:val="ListParagraph"/>
      </w:pPr>
      <w:r>
        <w:rPr>
          <w:sz w:val="22"/>
        </w:rPr>
        <w:t>A. Đông Á.</w:t>
      </w:r>
    </w:p>
    <w:p>
      <w:pPr>
        <w:pStyle w:val="ListParagraph"/>
      </w:pPr>
      <w:r>
        <w:rPr>
          <w:sz w:val="22"/>
        </w:rPr>
        <w:t>B. Đông Nam Á.</w:t>
      </w:r>
    </w:p>
    <w:p>
      <w:pPr>
        <w:pStyle w:val="ListParagraph"/>
      </w:pPr>
      <w:r>
        <w:rPr>
          <w:sz w:val="22"/>
        </w:rPr>
        <w:t>C. Tây Nam Á.</w:t>
      </w:r>
    </w:p>
    <w:p>
      <w:pPr>
        <w:pStyle w:val="ListParagraph"/>
      </w:pPr>
      <w:r>
        <w:rPr>
          <w:sz w:val="22"/>
        </w:rPr>
        <w:t>D. Nam Á.</w:t>
      </w:r>
    </w:p>
    <w:p/>
    <w:p>
      <w:r>
        <w:rPr>
          <w:b/>
          <w:sz w:val="24"/>
        </w:rPr>
        <w:t>Câu 2: Vị trí địa lí của nước ta tạo thuận lợi chủ yếu nào sau đây?</w:t>
      </w:r>
    </w:p>
    <w:p>
      <w:pPr>
        <w:pStyle w:val="ListParagraph"/>
      </w:pPr>
      <w:r>
        <w:rPr>
          <w:sz w:val="22"/>
        </w:rPr>
        <w:t>A. Phát triển nền nông nghiệp ôn đới.</w:t>
      </w:r>
    </w:p>
    <w:p>
      <w:pPr>
        <w:pStyle w:val="ListParagraph"/>
      </w:pPr>
      <w:r>
        <w:rPr>
          <w:sz w:val="22"/>
        </w:rPr>
        <w:t>B. Phát triển kinh tế biển và giao lưu quốc tế.</w:t>
      </w:r>
    </w:p>
    <w:p>
      <w:pPr>
        <w:pStyle w:val="ListParagraph"/>
      </w:pPr>
      <w:r>
        <w:rPr>
          <w:sz w:val="22"/>
        </w:rPr>
        <w:t>C. Hạn chế ảnh hưởng của thiên tai.</w:t>
      </w:r>
    </w:p>
    <w:p>
      <w:pPr>
        <w:pStyle w:val="ListParagraph"/>
      </w:pPr>
      <w:r>
        <w:rPr>
          <w:sz w:val="22"/>
        </w:rPr>
        <w:t>D. Có khí hậu lạnh quanh năm.</w:t>
      </w:r>
    </w:p>
    <w:p/>
    <w:p>
      <w:r>
        <w:rPr>
          <w:b/>
          <w:sz w:val="24"/>
        </w:rPr>
        <w:t>Câu 3: Lãnh thổ Việt Nam bao gồm</w:t>
      </w:r>
    </w:p>
    <w:p>
      <w:pPr>
        <w:pStyle w:val="ListParagraph"/>
      </w:pPr>
      <w:r>
        <w:rPr>
          <w:sz w:val="22"/>
        </w:rPr>
        <w:t>A. vùng đất và vùng biển.</w:t>
      </w:r>
    </w:p>
    <w:p>
      <w:pPr>
        <w:pStyle w:val="ListParagraph"/>
      </w:pPr>
      <w:r>
        <w:rPr>
          <w:sz w:val="22"/>
        </w:rPr>
        <w:t>B. vùng đất và vùng trời.</w:t>
      </w:r>
    </w:p>
    <w:p>
      <w:pPr>
        <w:pStyle w:val="ListParagraph"/>
      </w:pPr>
      <w:r>
        <w:rPr>
          <w:sz w:val="22"/>
        </w:rPr>
        <w:t>C. vùng đất, vùng biển và vùng trời.</w:t>
      </w:r>
    </w:p>
    <w:p>
      <w:pPr>
        <w:pStyle w:val="ListParagraph"/>
      </w:pPr>
      <w:r>
        <w:rPr>
          <w:sz w:val="22"/>
        </w:rPr>
        <w:t>D. vùng biển và vùng trời.</w:t>
      </w:r>
    </w:p>
    <w:p/>
    <w:p>
      <w:r>
        <w:rPr>
          <w:b/>
          <w:sz w:val="24"/>
        </w:rPr>
        <w:t>Câu 4: Nguyên nhân chủ yếu làm cho thiên nhiên nước ta mang tính chất nhiệt đới là</w:t>
      </w:r>
    </w:p>
    <w:p>
      <w:pPr>
        <w:pStyle w:val="ListParagraph"/>
      </w:pPr>
      <w:r>
        <w:rPr>
          <w:sz w:val="22"/>
        </w:rPr>
        <w:t>A. địa hình phần lớn là đồi núi.</w:t>
      </w:r>
    </w:p>
    <w:p>
      <w:pPr>
        <w:pStyle w:val="ListParagraph"/>
      </w:pPr>
      <w:r>
        <w:rPr>
          <w:sz w:val="22"/>
        </w:rPr>
        <w:t>B. nằm trong vùng nội chí tuyến.</w:t>
      </w:r>
    </w:p>
    <w:p>
      <w:pPr>
        <w:pStyle w:val="ListParagraph"/>
      </w:pPr>
      <w:r>
        <w:rPr>
          <w:sz w:val="22"/>
        </w:rPr>
        <w:t>C. có nhiều sông ngòi.</w:t>
      </w:r>
    </w:p>
    <w:p>
      <w:pPr>
        <w:pStyle w:val="ListParagraph"/>
      </w:pPr>
      <w:r>
        <w:rPr>
          <w:sz w:val="22"/>
        </w:rPr>
        <w:t>D. tiếp giáp với Biển Đông.</w:t>
      </w:r>
    </w:p>
    <w:p/>
    <w:p>
      <w:r>
        <w:rPr>
          <w:b/>
          <w:sz w:val="24"/>
        </w:rPr>
        <w:t>Câu 5: Biểu hiện của tính chất ẩm trong khí hậu nước ta là</w:t>
      </w:r>
    </w:p>
    <w:p>
      <w:pPr>
        <w:pStyle w:val="ListParagraph"/>
      </w:pPr>
      <w:r>
        <w:rPr>
          <w:sz w:val="22"/>
        </w:rPr>
        <w:t>A. lượng mưa lớn.</w:t>
      </w:r>
    </w:p>
    <w:p>
      <w:pPr>
        <w:pStyle w:val="ListParagraph"/>
      </w:pPr>
      <w:r>
        <w:rPr>
          <w:sz w:val="22"/>
        </w:rPr>
        <w:t>B. mùa đông lạnh kéo dài trên cả nước.</w:t>
      </w:r>
    </w:p>
    <w:p>
      <w:pPr>
        <w:pStyle w:val="ListParagraph"/>
      </w:pPr>
      <w:r>
        <w:rPr>
          <w:sz w:val="22"/>
        </w:rPr>
        <w:t>C. nhiệt độ thấp quanh năm.</w:t>
      </w:r>
    </w:p>
    <w:p>
      <w:pPr>
        <w:pStyle w:val="ListParagraph"/>
      </w:pPr>
      <w:r>
        <w:rPr>
          <w:sz w:val="22"/>
        </w:rPr>
        <w:t>D. lượng bốc hơi luôn lớn hơn lượng mưa.</w:t>
      </w:r>
    </w:p>
    <w:p/>
    <w:p>
      <w:r>
        <w:rPr>
          <w:b/>
          <w:sz w:val="24"/>
        </w:rPr>
        <w:t>Câu 6: Gió mùa mùa đông ở miền Bắc nước ta có hướng chủ yếu là</w:t>
      </w:r>
    </w:p>
    <w:p>
      <w:pPr>
        <w:pStyle w:val="ListParagraph"/>
      </w:pPr>
      <w:r>
        <w:rPr>
          <w:sz w:val="22"/>
        </w:rPr>
        <w:t>A. tây nam.</w:t>
      </w:r>
    </w:p>
    <w:p>
      <w:pPr>
        <w:pStyle w:val="ListParagraph"/>
      </w:pPr>
      <w:r>
        <w:rPr>
          <w:sz w:val="22"/>
        </w:rPr>
        <w:t>B. đông nam.</w:t>
      </w:r>
    </w:p>
    <w:p>
      <w:pPr>
        <w:pStyle w:val="ListParagraph"/>
      </w:pPr>
      <w:r>
        <w:rPr>
          <w:sz w:val="22"/>
        </w:rPr>
        <w:t>C. đông bắc.</w:t>
      </w:r>
    </w:p>
    <w:p>
      <w:pPr>
        <w:pStyle w:val="ListParagraph"/>
      </w:pPr>
      <w:r>
        <w:rPr>
          <w:sz w:val="22"/>
        </w:rPr>
        <w:t>D. tây bắc.</w:t>
      </w:r>
    </w:p>
    <w:p/>
    <w:p>
      <w:r>
        <w:rPr>
          <w:b/>
          <w:sz w:val="24"/>
        </w:rPr>
        <w:t>Câu 7: Sự phân hóa thiên nhiên theo chiều Bắc – Nam ở nước ta chủ yếu liên quan đến</w:t>
      </w:r>
    </w:p>
    <w:p>
      <w:pPr>
        <w:pStyle w:val="ListParagraph"/>
      </w:pPr>
      <w:r>
        <w:rPr>
          <w:sz w:val="22"/>
        </w:rPr>
        <w:t>A. sự thay đổi của vĩ độ địa lí.</w:t>
      </w:r>
    </w:p>
    <w:p>
      <w:pPr>
        <w:pStyle w:val="ListParagraph"/>
      </w:pPr>
      <w:r>
        <w:rPr>
          <w:sz w:val="22"/>
        </w:rPr>
        <w:t>B. sự thay đổi mật độ dân số.</w:t>
      </w:r>
    </w:p>
    <w:p>
      <w:pPr>
        <w:pStyle w:val="ListParagraph"/>
      </w:pPr>
      <w:r>
        <w:rPr>
          <w:sz w:val="22"/>
        </w:rPr>
        <w:t>C. sự phân bố các đô thị.</w:t>
      </w:r>
    </w:p>
    <w:p>
      <w:pPr>
        <w:pStyle w:val="ListParagraph"/>
      </w:pPr>
      <w:r>
        <w:rPr>
          <w:sz w:val="22"/>
        </w:rPr>
        <w:t>D. sự phát triển của công nghiệp.</w:t>
      </w:r>
    </w:p>
    <w:p/>
    <w:p>
      <w:r>
        <w:rPr>
          <w:b/>
          <w:sz w:val="24"/>
        </w:rPr>
        <w:t>Câu 8: Thiên nhiên phần lãnh thổ phía Nam nước ta mang đặc trưng của kiểu khí hậu nào?</w:t>
      </w:r>
    </w:p>
    <w:p>
      <w:pPr>
        <w:pStyle w:val="ListParagraph"/>
      </w:pPr>
      <w:r>
        <w:rPr>
          <w:sz w:val="22"/>
        </w:rPr>
        <w:t>A. Nhiệt đới ẩm gió mùa có mùa đông lạnh.</w:t>
      </w:r>
    </w:p>
    <w:p>
      <w:pPr>
        <w:pStyle w:val="ListParagraph"/>
      </w:pPr>
      <w:r>
        <w:rPr>
          <w:sz w:val="22"/>
        </w:rPr>
        <w:t>B. Cận nhiệt đới gió mùa.</w:t>
      </w:r>
    </w:p>
    <w:p>
      <w:pPr>
        <w:pStyle w:val="ListParagraph"/>
      </w:pPr>
      <w:r>
        <w:rPr>
          <w:sz w:val="22"/>
        </w:rPr>
        <w:t>C. Cận xích đạo gió mùa.</w:t>
      </w:r>
    </w:p>
    <w:p>
      <w:pPr>
        <w:pStyle w:val="ListParagraph"/>
      </w:pPr>
      <w:r>
        <w:rPr>
          <w:sz w:val="22"/>
        </w:rPr>
        <w:t>D. Ôn đới hải dương.</w:t>
      </w:r>
    </w:p>
    <w:p/>
    <w:p>
      <w:r>
        <w:rPr>
          <w:b/>
          <w:sz w:val="24"/>
        </w:rPr>
        <w:t>Câu 9: Nguyên nhân chủ yếu làm thiên nhiên phân hóa theo độ cao là sự thay đổi của</w:t>
      </w:r>
    </w:p>
    <w:p>
      <w:pPr>
        <w:pStyle w:val="ListParagraph"/>
      </w:pPr>
      <w:r>
        <w:rPr>
          <w:sz w:val="22"/>
        </w:rPr>
        <w:t>A. lượng dân cư.</w:t>
      </w:r>
    </w:p>
    <w:p>
      <w:pPr>
        <w:pStyle w:val="ListParagraph"/>
      </w:pPr>
      <w:r>
        <w:rPr>
          <w:sz w:val="22"/>
        </w:rPr>
        <w:t>B. nhiệt độ và các yếu tố khí hậu theo độ cao.</w:t>
      </w:r>
    </w:p>
    <w:p>
      <w:pPr>
        <w:pStyle w:val="ListParagraph"/>
      </w:pPr>
      <w:r>
        <w:rPr>
          <w:sz w:val="22"/>
        </w:rPr>
        <w:t>C. hoạt động thương mại.</w:t>
      </w:r>
    </w:p>
    <w:p>
      <w:pPr>
        <w:pStyle w:val="ListParagraph"/>
      </w:pPr>
      <w:r>
        <w:rPr>
          <w:sz w:val="22"/>
        </w:rPr>
        <w:t>D. cơ cấu ngành kinh tế.</w:t>
      </w:r>
    </w:p>
    <w:p/>
    <w:p>
      <w:r>
        <w:rPr>
          <w:b/>
          <w:sz w:val="24"/>
        </w:rPr>
        <w:t>Câu 10: Để so sánh sự phân hóa khí hậu giữa miền Bắc và miền Nam, nguồn thông tin nào sau đây phù hợp nhất?</w:t>
      </w:r>
    </w:p>
    <w:p>
      <w:pPr>
        <w:pStyle w:val="ListParagraph"/>
      </w:pPr>
      <w:r>
        <w:rPr>
          <w:sz w:val="22"/>
        </w:rPr>
        <w:t>A. Bản đồ dân số.</w:t>
      </w:r>
    </w:p>
    <w:p>
      <w:pPr>
        <w:pStyle w:val="ListParagraph"/>
      </w:pPr>
      <w:r>
        <w:rPr>
          <w:sz w:val="22"/>
        </w:rPr>
        <w:t>B. Bảng số liệu nhiệt độ và lượng mưa.</w:t>
      </w:r>
    </w:p>
    <w:p>
      <w:pPr>
        <w:pStyle w:val="ListParagraph"/>
      </w:pPr>
      <w:r>
        <w:rPr>
          <w:sz w:val="22"/>
        </w:rPr>
        <w:t>C. Bản đồ công nghiệp.</w:t>
      </w:r>
    </w:p>
    <w:p>
      <w:pPr>
        <w:pStyle w:val="ListParagraph"/>
      </w:pPr>
      <w:r>
        <w:rPr>
          <w:sz w:val="22"/>
        </w:rPr>
        <w:t>D. Bảng số liệu xuất nhập khẩu.</w:t>
      </w:r>
    </w:p>
    <w:p/>
    <w:p>
      <w:r>
        <w:rPr>
          <w:b/>
          <w:sz w:val="24"/>
        </w:rPr>
        <w:t>Câu 11: Đặc điểm nổi bật của khí hậu miền Bắc nước ta là</w:t>
      </w:r>
    </w:p>
    <w:p>
      <w:pPr>
        <w:pStyle w:val="ListParagraph"/>
      </w:pPr>
      <w:r>
        <w:rPr>
          <w:sz w:val="22"/>
        </w:rPr>
        <w:t>A. nóng quanh năm, không có mùa đông lạnh.</w:t>
      </w:r>
    </w:p>
    <w:p>
      <w:pPr>
        <w:pStyle w:val="ListParagraph"/>
      </w:pPr>
      <w:r>
        <w:rPr>
          <w:sz w:val="22"/>
        </w:rPr>
        <w:t>B. có mùa đông lạnh, nhiệt độ trung bình năm nhìn chung thấp hơn miền Nam.</w:t>
      </w:r>
    </w:p>
    <w:p>
      <w:pPr>
        <w:pStyle w:val="ListParagraph"/>
      </w:pPr>
      <w:r>
        <w:rPr>
          <w:sz w:val="22"/>
        </w:rPr>
        <w:t>C. quanh năm chỉ có một mùa mưa.</w:t>
      </w:r>
    </w:p>
    <w:p>
      <w:pPr>
        <w:pStyle w:val="ListParagraph"/>
      </w:pPr>
      <w:r>
        <w:rPr>
          <w:sz w:val="22"/>
        </w:rPr>
        <w:t>D. có mùa đông nóng nhất trong năm.</w:t>
      </w:r>
    </w:p>
    <w:p/>
    <w:p>
      <w:r>
        <w:rPr>
          <w:b/>
          <w:sz w:val="24"/>
        </w:rPr>
        <w:t>Câu 12: Khi viết báo cáo về sự phân hóa tự nhiên, bước nào sau đây cần thiết?</w:t>
      </w:r>
    </w:p>
    <w:p>
      <w:pPr>
        <w:pStyle w:val="ListParagraph"/>
      </w:pPr>
      <w:r>
        <w:rPr>
          <w:sz w:val="22"/>
        </w:rPr>
        <w:t>A. Chỉ liệt kê số liệu, không cần nhận xét.</w:t>
      </w:r>
    </w:p>
    <w:p>
      <w:pPr>
        <w:pStyle w:val="ListParagraph"/>
      </w:pPr>
      <w:r>
        <w:rPr>
          <w:sz w:val="22"/>
        </w:rPr>
        <w:t>B. Chỉ sử dụng ý kiến cá nhân.</w:t>
      </w:r>
    </w:p>
    <w:p>
      <w:pPr>
        <w:pStyle w:val="ListParagraph"/>
      </w:pPr>
      <w:r>
        <w:rPr>
          <w:sz w:val="22"/>
        </w:rPr>
        <w:t>C. Thu thập thông tin, phân tích, so sánh và rút ra nhận xét.</w:t>
      </w:r>
    </w:p>
    <w:p>
      <w:pPr>
        <w:pStyle w:val="ListParagraph"/>
      </w:pPr>
      <w:r>
        <w:rPr>
          <w:sz w:val="22"/>
        </w:rPr>
        <w:t>D. Không cần dẫn chứng cụ thể.</w:t>
      </w:r>
    </w:p>
    <w:p/>
    <w:p>
      <w:r>
        <w:rPr>
          <w:b/>
          <w:sz w:val="24"/>
        </w:rPr>
        <w:t>Câu 13: Một trong những nguyên nhân làm suy giảm tài nguyên rừng ở nước ta là</w:t>
      </w:r>
    </w:p>
    <w:p>
      <w:pPr>
        <w:pStyle w:val="ListParagraph"/>
      </w:pPr>
      <w:r>
        <w:rPr>
          <w:sz w:val="22"/>
        </w:rPr>
        <w:t>A. khai thác rừng quá mức.</w:t>
      </w:r>
    </w:p>
    <w:p>
      <w:pPr>
        <w:pStyle w:val="ListParagraph"/>
      </w:pPr>
      <w:r>
        <w:rPr>
          <w:sz w:val="22"/>
        </w:rPr>
        <w:t>B. tăng cường trồng rừng.</w:t>
      </w:r>
    </w:p>
    <w:p>
      <w:pPr>
        <w:pStyle w:val="ListParagraph"/>
      </w:pPr>
      <w:r>
        <w:rPr>
          <w:sz w:val="22"/>
        </w:rPr>
        <w:t>C. bảo vệ các khu bảo tồn.</w:t>
      </w:r>
    </w:p>
    <w:p>
      <w:pPr>
        <w:pStyle w:val="ListParagraph"/>
      </w:pPr>
      <w:r>
        <w:rPr>
          <w:sz w:val="22"/>
        </w:rPr>
        <w:t>D. phục hồi hệ sinh thái rừng.</w:t>
      </w:r>
    </w:p>
    <w:p/>
    <w:p>
      <w:r>
        <w:rPr>
          <w:b/>
          <w:sz w:val="24"/>
        </w:rPr>
        <w:t>Câu 14: Biện pháp phù hợp để sử dụng hợp lí tài nguyên nước là</w:t>
      </w:r>
    </w:p>
    <w:p>
      <w:pPr>
        <w:pStyle w:val="ListParagraph"/>
      </w:pPr>
      <w:r>
        <w:rPr>
          <w:sz w:val="22"/>
        </w:rPr>
        <w:t>A. xả nước thải chưa xử lí ra sông.</w:t>
      </w:r>
    </w:p>
    <w:p>
      <w:pPr>
        <w:pStyle w:val="ListParagraph"/>
      </w:pPr>
      <w:r>
        <w:rPr>
          <w:sz w:val="22"/>
        </w:rPr>
        <w:t>B. khai thác nước ngầm không giới hạn.</w:t>
      </w:r>
    </w:p>
    <w:p>
      <w:pPr>
        <w:pStyle w:val="ListParagraph"/>
      </w:pPr>
      <w:r>
        <w:rPr>
          <w:sz w:val="22"/>
        </w:rPr>
        <w:t>C. sử dụng tiết kiệm và xử lí nước thải.</w:t>
      </w:r>
    </w:p>
    <w:p>
      <w:pPr>
        <w:pStyle w:val="ListParagraph"/>
      </w:pPr>
      <w:r>
        <w:rPr>
          <w:sz w:val="22"/>
        </w:rPr>
        <w:t>D. phá rừng đầu nguồn để mở rộng sản xuất.</w:t>
      </w:r>
    </w:p>
    <w:p/>
    <w:p>
      <w:r>
        <w:rPr>
          <w:b/>
          <w:sz w:val="24"/>
        </w:rPr>
        <w:t>Câu 15: Biện pháp góp phần bảo vệ đa dạng sinh học là</w:t>
      </w:r>
    </w:p>
    <w:p>
      <w:pPr>
        <w:pStyle w:val="ListParagraph"/>
      </w:pPr>
      <w:r>
        <w:rPr>
          <w:sz w:val="22"/>
        </w:rPr>
        <w:t>A. săn bắt động vật hoang dã.</w:t>
      </w:r>
    </w:p>
    <w:p>
      <w:pPr>
        <w:pStyle w:val="ListParagraph"/>
      </w:pPr>
      <w:r>
        <w:rPr>
          <w:sz w:val="22"/>
        </w:rPr>
        <w:t>B. mở rộng khai thác rừng tự nhiên.</w:t>
      </w:r>
    </w:p>
    <w:p>
      <w:pPr>
        <w:pStyle w:val="ListParagraph"/>
      </w:pPr>
      <w:r>
        <w:rPr>
          <w:sz w:val="22"/>
        </w:rPr>
        <w:t>C. bảo vệ các khu bảo tồn thiên nhiên.</w:t>
      </w:r>
    </w:p>
    <w:p>
      <w:pPr>
        <w:pStyle w:val="ListParagraph"/>
      </w:pPr>
      <w:r>
        <w:rPr>
          <w:sz w:val="22"/>
        </w:rPr>
        <w:t>D. chuyển toàn bộ rừng tự nhiên thành đất nông nghiệp.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