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1 - Các số có hai chữ số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Số 34 gồm mấy chục và mấy đơn vị?</w:t>
      </w:r>
    </w:p>
    <w:p>
      <w:pPr>
        <w:pStyle w:val="ListParagraph"/>
      </w:pPr>
      <w:r>
        <w:rPr>
          <w:sz w:val="22"/>
        </w:rPr>
        <w:t>A. 3 chục và 4 đơn vị</w:t>
      </w:r>
    </w:p>
    <w:p>
      <w:pPr>
        <w:pStyle w:val="ListParagraph"/>
      </w:pPr>
      <w:r>
        <w:rPr>
          <w:sz w:val="22"/>
        </w:rPr>
        <w:t>B. 4 chục và 3 đơn vị</w:t>
      </w:r>
    </w:p>
    <w:p>
      <w:pPr>
        <w:pStyle w:val="ListParagraph"/>
      </w:pPr>
      <w:r>
        <w:rPr>
          <w:sz w:val="22"/>
        </w:rPr>
        <w:t>C. 3 chục và 0 đơn vị</w:t>
      </w:r>
    </w:p>
    <w:p>
      <w:pPr>
        <w:pStyle w:val="ListParagraph"/>
      </w:pPr>
      <w:r>
        <w:rPr>
          <w:sz w:val="22"/>
        </w:rPr>
        <w:t>D. 4 chục và 4 đơn vị</w:t>
      </w:r>
    </w:p>
    <w:p/>
    <w:p>
      <w:r>
        <w:rPr>
          <w:b/>
          <w:sz w:val="24"/>
        </w:rPr>
        <w:t>Câu 2: Số nào là số có hai chữ số?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15</w:t>
      </w:r>
    </w:p>
    <w:p>
      <w:pPr>
        <w:pStyle w:val="ListParagraph"/>
      </w:pPr>
      <w:r>
        <w:rPr>
          <w:sz w:val="22"/>
        </w:rPr>
        <w:t>C. 0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3: Số liền sau của 29 là:</w:t>
      </w:r>
    </w:p>
    <w:p>
      <w:pPr>
        <w:pStyle w:val="ListParagraph"/>
      </w:pPr>
      <w:r>
        <w:rPr>
          <w:sz w:val="22"/>
        </w:rPr>
        <w:t>A. 28</w:t>
      </w:r>
    </w:p>
    <w:p>
      <w:pPr>
        <w:pStyle w:val="ListParagraph"/>
      </w:pPr>
      <w:r>
        <w:rPr>
          <w:sz w:val="22"/>
        </w:rPr>
        <w:t>B. 30</w:t>
      </w:r>
    </w:p>
    <w:p>
      <w:pPr>
        <w:pStyle w:val="ListParagraph"/>
      </w:pPr>
      <w:r>
        <w:rPr>
          <w:sz w:val="22"/>
        </w:rPr>
        <w:t>C. 31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4: Số liền trước của 40 là:</w:t>
      </w:r>
    </w:p>
    <w:p>
      <w:pPr>
        <w:pStyle w:val="ListParagraph"/>
      </w:pPr>
      <w:r>
        <w:rPr>
          <w:sz w:val="22"/>
        </w:rPr>
        <w:t>A. 39</w:t>
      </w:r>
    </w:p>
    <w:p>
      <w:pPr>
        <w:pStyle w:val="ListParagraph"/>
      </w:pPr>
      <w:r>
        <w:rPr>
          <w:sz w:val="22"/>
        </w:rPr>
        <w:t>B. 41</w:t>
      </w:r>
    </w:p>
    <w:p>
      <w:pPr>
        <w:pStyle w:val="ListParagraph"/>
      </w:pPr>
      <w:r>
        <w:rPr>
          <w:sz w:val="22"/>
        </w:rPr>
        <w:t>C. 38</w:t>
      </w:r>
    </w:p>
    <w:p>
      <w:pPr>
        <w:pStyle w:val="ListParagraph"/>
      </w:pPr>
      <w:r>
        <w:rPr>
          <w:sz w:val="22"/>
        </w:rPr>
        <w:t>D. 50</w:t>
      </w:r>
    </w:p>
    <w:p/>
    <w:p>
      <w:r>
        <w:rPr>
          <w:b/>
          <w:sz w:val="24"/>
        </w:rPr>
        <w:t>Câu 5: Trong số 56, chữ số 5 chỉ:</w:t>
      </w:r>
    </w:p>
    <w:p>
      <w:pPr>
        <w:pStyle w:val="ListParagraph"/>
      </w:pPr>
      <w:r>
        <w:rPr>
          <w:sz w:val="22"/>
        </w:rPr>
        <w:t>A. 5 đơn vị</w:t>
      </w:r>
    </w:p>
    <w:p>
      <w:pPr>
        <w:pStyle w:val="ListParagraph"/>
      </w:pPr>
      <w:r>
        <w:rPr>
          <w:sz w:val="22"/>
        </w:rPr>
        <w:t>B. 5 chục</w:t>
      </w:r>
    </w:p>
    <w:p>
      <w:pPr>
        <w:pStyle w:val="ListParagraph"/>
      </w:pPr>
      <w:r>
        <w:rPr>
          <w:sz w:val="22"/>
        </w:rPr>
        <w:t>C. 6 chục</w:t>
      </w:r>
    </w:p>
    <w:p>
      <w:pPr>
        <w:pStyle w:val="ListParagraph"/>
      </w:pPr>
      <w:r>
        <w:rPr>
          <w:sz w:val="22"/>
        </w:rPr>
        <w:t>D. 56 chục</w:t>
      </w:r>
    </w:p>
    <w:p/>
    <w:p>
      <w:r>
        <w:rPr>
          <w:b/>
          <w:sz w:val="24"/>
        </w:rPr>
        <w:t>Câu 6: Số lớn nhất trong các số: 23, 32, 19, 28 là:</w:t>
      </w:r>
    </w:p>
    <w:p>
      <w:pPr>
        <w:pStyle w:val="ListParagraph"/>
      </w:pPr>
      <w:r>
        <w:rPr>
          <w:sz w:val="22"/>
        </w:rPr>
        <w:t>A. 23</w:t>
      </w:r>
    </w:p>
    <w:p>
      <w:pPr>
        <w:pStyle w:val="ListParagraph"/>
      </w:pPr>
      <w:r>
        <w:rPr>
          <w:sz w:val="22"/>
        </w:rPr>
        <w:t>B. 32</w:t>
      </w:r>
    </w:p>
    <w:p>
      <w:pPr>
        <w:pStyle w:val="ListParagraph"/>
      </w:pPr>
      <w:r>
        <w:rPr>
          <w:sz w:val="22"/>
        </w:rPr>
        <w:t>C. 19</w:t>
      </w:r>
    </w:p>
    <w:p>
      <w:pPr>
        <w:pStyle w:val="ListParagraph"/>
      </w:pPr>
      <w:r>
        <w:rPr>
          <w:sz w:val="22"/>
        </w:rPr>
        <w:t>D. 28</w:t>
      </w:r>
    </w:p>
    <w:p/>
    <w:p>
      <w:r>
        <w:rPr>
          <w:b/>
          <w:sz w:val="24"/>
        </w:rPr>
        <w:t>Câu 7: Số bé nhất trong các số: 45, 54, 40, 49 là:</w:t>
      </w:r>
    </w:p>
    <w:p>
      <w:pPr>
        <w:pStyle w:val="ListParagraph"/>
      </w:pPr>
      <w:r>
        <w:rPr>
          <w:sz w:val="22"/>
        </w:rPr>
        <w:t>A. 45</w:t>
      </w:r>
    </w:p>
    <w:p>
      <w:pPr>
        <w:pStyle w:val="ListParagraph"/>
      </w:pPr>
      <w:r>
        <w:rPr>
          <w:sz w:val="22"/>
        </w:rPr>
        <w:t>B. 54</w:t>
      </w:r>
    </w:p>
    <w:p>
      <w:pPr>
        <w:pStyle w:val="ListParagraph"/>
      </w:pPr>
      <w:r>
        <w:rPr>
          <w:sz w:val="22"/>
        </w:rPr>
        <w:t>C. 40</w:t>
      </w:r>
    </w:p>
    <w:p>
      <w:pPr>
        <w:pStyle w:val="ListParagraph"/>
      </w:pPr>
      <w:r>
        <w:rPr>
          <w:sz w:val="22"/>
        </w:rPr>
        <w:t>D. 49</w:t>
      </w:r>
    </w:p>
    <w:p/>
    <w:p>
      <w:r>
        <w:rPr>
          <w:b/>
          <w:sz w:val="24"/>
        </w:rPr>
        <w:t>Câu 8: Viết số "bảy mươi hai":</w:t>
      </w:r>
    </w:p>
    <w:p>
      <w:pPr>
        <w:pStyle w:val="ListParagraph"/>
      </w:pPr>
      <w:r>
        <w:rPr>
          <w:sz w:val="22"/>
        </w:rPr>
        <w:t>A. 27</w:t>
      </w:r>
    </w:p>
    <w:p>
      <w:pPr>
        <w:pStyle w:val="ListParagraph"/>
      </w:pPr>
      <w:r>
        <w:rPr>
          <w:sz w:val="22"/>
        </w:rPr>
        <w:t>B. 72</w:t>
      </w:r>
    </w:p>
    <w:p>
      <w:pPr>
        <w:pStyle w:val="ListParagraph"/>
      </w:pPr>
      <w:r>
        <w:rPr>
          <w:sz w:val="22"/>
        </w:rPr>
        <w:t>C. 70</w:t>
      </w:r>
    </w:p>
    <w:p>
      <w:pPr>
        <w:pStyle w:val="ListParagraph"/>
      </w:pPr>
      <w:r>
        <w:rPr>
          <w:sz w:val="22"/>
        </w:rPr>
        <w:t>D. 82</w:t>
      </w:r>
    </w:p>
    <w:p/>
    <w:p>
      <w:r>
        <w:rPr>
          <w:b/>
          <w:sz w:val="24"/>
        </w:rPr>
        <w:t>Câu 9: Số 81 được đọc là:</w:t>
      </w:r>
    </w:p>
    <w:p>
      <w:pPr>
        <w:pStyle w:val="ListParagraph"/>
      </w:pPr>
      <w:r>
        <w:rPr>
          <w:sz w:val="22"/>
        </w:rPr>
        <w:t>A. Tám mươi mốt</w:t>
      </w:r>
    </w:p>
    <w:p>
      <w:pPr>
        <w:pStyle w:val="ListParagraph"/>
      </w:pPr>
      <w:r>
        <w:rPr>
          <w:sz w:val="22"/>
        </w:rPr>
        <w:t>B. Tám mươi một</w:t>
      </w:r>
    </w:p>
    <w:p>
      <w:pPr>
        <w:pStyle w:val="ListParagraph"/>
      </w:pPr>
      <w:r>
        <w:rPr>
          <w:sz w:val="22"/>
        </w:rPr>
        <w:t>C. Một mươi tám</w:t>
      </w:r>
    </w:p>
    <w:p>
      <w:pPr>
        <w:pStyle w:val="ListParagraph"/>
      </w:pPr>
      <w:r>
        <w:rPr>
          <w:sz w:val="22"/>
        </w:rPr>
        <w:t>D. Tám mốt</w:t>
      </w:r>
    </w:p>
    <w:p/>
    <w:p>
      <w:r>
        <w:rPr>
          <w:b/>
          <w:sz w:val="24"/>
        </w:rPr>
        <w:t>Câu 10: Dãy số nào được sắp xếp theo thứ tự từ bé đến lớn?</w:t>
      </w:r>
    </w:p>
    <w:p>
      <w:pPr>
        <w:pStyle w:val="ListParagraph"/>
      </w:pPr>
      <w:r>
        <w:rPr>
          <w:sz w:val="22"/>
        </w:rPr>
        <w:t>A. 15, 28, 32, 47</w:t>
      </w:r>
    </w:p>
    <w:p>
      <w:pPr>
        <w:pStyle w:val="ListParagraph"/>
      </w:pPr>
      <w:r>
        <w:rPr>
          <w:sz w:val="22"/>
        </w:rPr>
        <w:t>B. 32, 15, 47, 28</w:t>
      </w:r>
    </w:p>
    <w:p>
      <w:pPr>
        <w:pStyle w:val="ListParagraph"/>
      </w:pPr>
      <w:r>
        <w:rPr>
          <w:sz w:val="22"/>
        </w:rPr>
        <w:t>C. 47, 32, 28, 15</w:t>
      </w:r>
    </w:p>
    <w:p>
      <w:pPr>
        <w:pStyle w:val="ListParagraph"/>
      </w:pPr>
      <w:r>
        <w:rPr>
          <w:sz w:val="22"/>
        </w:rPr>
        <w:t>D. 28, 15, 47, 32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