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địa lý lớp 12</w:t>
      </w:r>
    </w:p>
    <w:p>
      <w:pPr>
        <w:jc w:val="center"/>
      </w:pPr>
      <w:r>
        <w:rPr>
          <w:sz w:val="22"/>
        </w:rPr>
        <w:t>Số câu: 49    Thời gian: _____ phút    Họ và tên: _________________________</w:t>
      </w:r>
    </w:p>
    <w:p/>
    <w:p>
      <w:r>
        <w:rPr>
          <w:b/>
          <w:sz w:val="24"/>
        </w:rPr>
        <w:t>Câu 1: Hiệp hội các quốc gia Đông Nam Á (ASEAN) được thành lập vào ngày tháng năm nào?</w:t>
      </w:r>
    </w:p>
    <w:p>
      <w:pPr>
        <w:pStyle w:val="ListParagraph"/>
      </w:pPr>
      <w:r>
        <w:rPr>
          <w:sz w:val="22"/>
        </w:rPr>
        <w:t>A. 8/8/1967</w:t>
      </w:r>
    </w:p>
    <w:p>
      <w:pPr>
        <w:pStyle w:val="ListParagraph"/>
      </w:pPr>
      <w:r>
        <w:rPr>
          <w:sz w:val="22"/>
        </w:rPr>
        <w:t>B. 8/8/1976</w:t>
      </w:r>
    </w:p>
    <w:p>
      <w:pPr>
        <w:pStyle w:val="ListParagraph"/>
      </w:pPr>
      <w:r>
        <w:rPr>
          <w:sz w:val="22"/>
        </w:rPr>
        <w:t>C. 8/8/1966</w:t>
      </w:r>
    </w:p>
    <w:p>
      <w:pPr>
        <w:pStyle w:val="ListParagraph"/>
      </w:pPr>
      <w:r>
        <w:rPr>
          <w:sz w:val="22"/>
        </w:rPr>
        <w:t>D. 8/8/1975</w:t>
      </w:r>
    </w:p>
    <w:p/>
    <w:p>
      <w:r>
        <w:rPr>
          <w:b/>
          <w:sz w:val="24"/>
        </w:rPr>
        <w:t>Câu 2: Số lượng quốc gia sáng lập ASEAN là bao nhiêu?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3: Quốc gia nào sau đây không phải là thành viên sáng lập ASEAN?</w:t>
      </w:r>
    </w:p>
    <w:p>
      <w:pPr>
        <w:pStyle w:val="ListParagraph"/>
      </w:pPr>
      <w:r>
        <w:rPr>
          <w:sz w:val="22"/>
        </w:rPr>
        <w:t>A. Thái Lan</w:t>
      </w:r>
    </w:p>
    <w:p>
      <w:pPr>
        <w:pStyle w:val="ListParagraph"/>
      </w:pPr>
      <w:r>
        <w:rPr>
          <w:sz w:val="22"/>
        </w:rPr>
        <w:t>B. Singapore</w:t>
      </w:r>
    </w:p>
    <w:p>
      <w:pPr>
        <w:pStyle w:val="ListParagraph"/>
      </w:pPr>
      <w:r>
        <w:rPr>
          <w:sz w:val="22"/>
        </w:rPr>
        <w:t>C. Việt Nam</w:t>
      </w:r>
    </w:p>
    <w:p>
      <w:pPr>
        <w:pStyle w:val="ListParagraph"/>
      </w:pPr>
      <w:r>
        <w:rPr>
          <w:sz w:val="22"/>
        </w:rPr>
        <w:t>D. Malaysia</w:t>
      </w:r>
    </w:p>
    <w:p/>
    <w:p>
      <w:r>
        <w:rPr>
          <w:b/>
          <w:sz w:val="24"/>
        </w:rPr>
        <w:t>Câu 4: Trụ sở của ASEAN đặt tại đâu?</w:t>
      </w:r>
    </w:p>
    <w:p>
      <w:pPr>
        <w:pStyle w:val="ListParagraph"/>
      </w:pPr>
      <w:r>
        <w:rPr>
          <w:sz w:val="22"/>
        </w:rPr>
        <w:t>A. Bangkok, Thái Lan</w:t>
      </w:r>
    </w:p>
    <w:p>
      <w:pPr>
        <w:pStyle w:val="ListParagraph"/>
      </w:pPr>
      <w:r>
        <w:rPr>
          <w:sz w:val="22"/>
        </w:rPr>
        <w:t>B. Jakarta, Indonesia</w:t>
      </w:r>
    </w:p>
    <w:p>
      <w:pPr>
        <w:pStyle w:val="ListParagraph"/>
      </w:pPr>
      <w:r>
        <w:rPr>
          <w:sz w:val="22"/>
        </w:rPr>
        <w:t>C. Manila, Philippines</w:t>
      </w:r>
    </w:p>
    <w:p>
      <w:pPr>
        <w:pStyle w:val="ListParagraph"/>
      </w:pPr>
      <w:r>
        <w:rPr>
          <w:sz w:val="22"/>
        </w:rPr>
        <w:t>D. Kuala Lumpur, Malaysia</w:t>
      </w:r>
    </w:p>
    <w:p/>
    <w:p>
      <w:r>
        <w:rPr>
          <w:b/>
          <w:sz w:val="24"/>
        </w:rPr>
        <w:t>Câu 5: Mục tiêu chính của ASEAN là gì?</w:t>
      </w:r>
    </w:p>
    <w:p>
      <w:pPr>
        <w:pStyle w:val="ListParagraph"/>
      </w:pPr>
      <w:r>
        <w:rPr>
          <w:sz w:val="22"/>
        </w:rPr>
        <w:t>A. Thúc đẩy tăng trưởng kinh tế, tiến bộ xã hội và phát triển văn hóa</w:t>
      </w:r>
    </w:p>
    <w:p>
      <w:pPr>
        <w:pStyle w:val="ListParagraph"/>
      </w:pPr>
      <w:r>
        <w:rPr>
          <w:sz w:val="22"/>
        </w:rPr>
        <w:t>B. Thành lập liên minh quân sự chống lại các nước lớn</w:t>
      </w:r>
    </w:p>
    <w:p>
      <w:pPr>
        <w:pStyle w:val="ListParagraph"/>
      </w:pPr>
      <w:r>
        <w:rPr>
          <w:sz w:val="22"/>
        </w:rPr>
        <w:t>C. Thống nhất tiền tệ và chính trị</w:t>
      </w:r>
    </w:p>
    <w:p>
      <w:pPr>
        <w:pStyle w:val="ListParagraph"/>
      </w:pPr>
      <w:r>
        <w:rPr>
          <w:sz w:val="22"/>
        </w:rPr>
        <w:t>D. Mở rộng lãnh thổ</w:t>
      </w:r>
    </w:p>
    <w:p/>
    <w:p>
      <w:r>
        <w:rPr>
          <w:b/>
          <w:sz w:val="24"/>
        </w:rPr>
        <w:t>Câu 6: Hiệp ước Bali được ký kết vào năm nào?</w:t>
      </w:r>
    </w:p>
    <w:p>
      <w:pPr>
        <w:pStyle w:val="ListParagraph"/>
      </w:pPr>
      <w:r>
        <w:rPr>
          <w:sz w:val="22"/>
        </w:rPr>
        <w:t>A. 1976</w:t>
      </w:r>
    </w:p>
    <w:p>
      <w:pPr>
        <w:pStyle w:val="ListParagraph"/>
      </w:pPr>
      <w:r>
        <w:rPr>
          <w:sz w:val="22"/>
        </w:rPr>
        <w:t>B. 1977</w:t>
      </w:r>
    </w:p>
    <w:p>
      <w:pPr>
        <w:pStyle w:val="ListParagraph"/>
      </w:pPr>
      <w:r>
        <w:rPr>
          <w:sz w:val="22"/>
        </w:rPr>
        <w:t>C. 1975</w:t>
      </w:r>
    </w:p>
    <w:p>
      <w:pPr>
        <w:pStyle w:val="ListParagraph"/>
      </w:pPr>
      <w:r>
        <w:rPr>
          <w:sz w:val="22"/>
        </w:rPr>
        <w:t>D. 1978</w:t>
      </w:r>
    </w:p>
    <w:p/>
    <w:p>
      <w:r>
        <w:rPr>
          <w:b/>
          <w:sz w:val="24"/>
        </w:rPr>
        <w:t>Câu 7: Hiệp ước Bali có nội dung chính là gì?</w:t>
      </w:r>
    </w:p>
    <w:p>
      <w:pPr>
        <w:pStyle w:val="ListParagraph"/>
      </w:pPr>
      <w:r>
        <w:rPr>
          <w:sz w:val="22"/>
        </w:rPr>
        <w:t>A. Thành lập cộng đồng kinh tế ASEAN</w:t>
      </w:r>
    </w:p>
    <w:p>
      <w:pPr>
        <w:pStyle w:val="ListParagraph"/>
      </w:pPr>
      <w:r>
        <w:rPr>
          <w:sz w:val="22"/>
        </w:rPr>
        <w:t>B. Xác định các nguyên tắc cơ bản trong quan hệ giữa các nước</w:t>
      </w:r>
    </w:p>
    <w:p>
      <w:pPr>
        <w:pStyle w:val="ListParagraph"/>
      </w:pPr>
      <w:r>
        <w:rPr>
          <w:sz w:val="22"/>
        </w:rPr>
        <w:t>C. Thành lập liên minh quân sự</w:t>
      </w:r>
    </w:p>
    <w:p>
      <w:pPr>
        <w:pStyle w:val="ListParagraph"/>
      </w:pPr>
      <w:r>
        <w:rPr>
          <w:sz w:val="22"/>
        </w:rPr>
        <w:t>D. Thống nhất tiền tệ</w:t>
      </w:r>
    </w:p>
    <w:p/>
    <w:p>
      <w:r>
        <w:rPr>
          <w:b/>
          <w:sz w:val="24"/>
        </w:rPr>
        <w:t>Câu 8: Nguyên tắc nào sau đây không phải là nguyên tắc hoạt động của ASEAN?</w:t>
      </w:r>
    </w:p>
    <w:p>
      <w:pPr>
        <w:pStyle w:val="ListParagraph"/>
      </w:pPr>
      <w:r>
        <w:rPr>
          <w:sz w:val="22"/>
        </w:rPr>
        <w:t>A. Tôn trọng độc lập, chủ quyền và toàn vẹn lãnh thổ</w:t>
      </w:r>
    </w:p>
    <w:p>
      <w:pPr>
        <w:pStyle w:val="ListParagraph"/>
      </w:pPr>
      <w:r>
        <w:rPr>
          <w:sz w:val="22"/>
        </w:rPr>
        <w:t>B. Không can thiệp vào công việc nội bộ của nhau</w:t>
      </w:r>
    </w:p>
    <w:p>
      <w:pPr>
        <w:pStyle w:val="ListParagraph"/>
      </w:pPr>
      <w:r>
        <w:rPr>
          <w:sz w:val="22"/>
        </w:rPr>
        <w:t>C. Sử dụng vũ lực để giải quyết tranh chấp</w:t>
      </w:r>
    </w:p>
    <w:p>
      <w:pPr>
        <w:pStyle w:val="ListParagraph"/>
      </w:pPr>
      <w:r>
        <w:rPr>
          <w:sz w:val="22"/>
        </w:rPr>
        <w:t>D. Giải quyết tranh chấp bằng biện pháp hòa bình</w:t>
      </w:r>
    </w:p>
    <w:p/>
    <w:p>
      <w:r>
        <w:rPr>
          <w:b/>
          <w:sz w:val="24"/>
        </w:rPr>
        <w:t>Câu 9: Quốc gia nào gia nhập ASEAN đầu tiên sau khi tổ chức được thành lập?</w:t>
      </w:r>
    </w:p>
    <w:p>
      <w:pPr>
        <w:pStyle w:val="ListParagraph"/>
      </w:pPr>
      <w:r>
        <w:rPr>
          <w:sz w:val="22"/>
        </w:rPr>
        <w:t>A. Brunei</w:t>
      </w:r>
    </w:p>
    <w:p>
      <w:pPr>
        <w:pStyle w:val="ListParagraph"/>
      </w:pPr>
      <w:r>
        <w:rPr>
          <w:sz w:val="22"/>
        </w:rPr>
        <w:t>B. Việt Nam</w:t>
      </w:r>
    </w:p>
    <w:p>
      <w:pPr>
        <w:pStyle w:val="ListParagraph"/>
      </w:pPr>
      <w:r>
        <w:rPr>
          <w:sz w:val="22"/>
        </w:rPr>
        <w:t>C. Lào</w:t>
      </w:r>
    </w:p>
    <w:p>
      <w:pPr>
        <w:pStyle w:val="ListParagraph"/>
      </w:pPr>
      <w:r>
        <w:rPr>
          <w:sz w:val="22"/>
        </w:rPr>
        <w:t>D. Myanmar</w:t>
      </w:r>
    </w:p>
    <w:p/>
    <w:p>
      <w:r>
        <w:rPr>
          <w:b/>
          <w:sz w:val="24"/>
        </w:rPr>
        <w:t>Câu 10: Brunei gia nhập ASEAN vào năm nào?</w:t>
      </w:r>
    </w:p>
    <w:p>
      <w:pPr>
        <w:pStyle w:val="ListParagraph"/>
      </w:pPr>
      <w:r>
        <w:rPr>
          <w:sz w:val="22"/>
        </w:rPr>
        <w:t>A. 1984</w:t>
      </w:r>
    </w:p>
    <w:p>
      <w:pPr>
        <w:pStyle w:val="ListParagraph"/>
      </w:pPr>
      <w:r>
        <w:rPr>
          <w:sz w:val="22"/>
        </w:rPr>
        <w:t>B. 1985</w:t>
      </w:r>
    </w:p>
    <w:p>
      <w:pPr>
        <w:pStyle w:val="ListParagraph"/>
      </w:pPr>
      <w:r>
        <w:rPr>
          <w:sz w:val="22"/>
        </w:rPr>
        <w:t>C. 1983</w:t>
      </w:r>
    </w:p>
    <w:p>
      <w:pPr>
        <w:pStyle w:val="ListParagraph"/>
      </w:pPr>
      <w:r>
        <w:rPr>
          <w:sz w:val="22"/>
        </w:rPr>
        <w:t>D. 1986</w:t>
      </w:r>
    </w:p>
    <w:p/>
    <w:p>
      <w:r>
        <w:rPr>
          <w:b/>
          <w:sz w:val="24"/>
        </w:rPr>
        <w:t>Câu 11: Việt Nam gia nhập ASEAN vào năm nào?</w:t>
      </w:r>
    </w:p>
    <w:p>
      <w:pPr>
        <w:pStyle w:val="ListParagraph"/>
      </w:pPr>
      <w:r>
        <w:rPr>
          <w:sz w:val="22"/>
        </w:rPr>
        <w:t>A. 1995</w:t>
      </w:r>
    </w:p>
    <w:p>
      <w:pPr>
        <w:pStyle w:val="ListParagraph"/>
      </w:pPr>
      <w:r>
        <w:rPr>
          <w:sz w:val="22"/>
        </w:rPr>
        <w:t>B. 1996</w:t>
      </w:r>
    </w:p>
    <w:p>
      <w:pPr>
        <w:pStyle w:val="ListParagraph"/>
      </w:pPr>
      <w:r>
        <w:rPr>
          <w:sz w:val="22"/>
        </w:rPr>
        <w:t>C. 1994</w:t>
      </w:r>
    </w:p>
    <w:p>
      <w:pPr>
        <w:pStyle w:val="ListParagraph"/>
      </w:pPr>
      <w:r>
        <w:rPr>
          <w:sz w:val="22"/>
        </w:rPr>
        <w:t>D. 1997</w:t>
      </w:r>
    </w:p>
    <w:p/>
    <w:p>
      <w:r>
        <w:rPr>
          <w:b/>
          <w:sz w:val="24"/>
        </w:rPr>
        <w:t>Câu 12: Lào và Myanmar gia nhập ASEAN vào năm nào?</w:t>
      </w:r>
    </w:p>
    <w:p>
      <w:pPr>
        <w:pStyle w:val="ListParagraph"/>
      </w:pPr>
      <w:r>
        <w:rPr>
          <w:sz w:val="22"/>
        </w:rPr>
        <w:t>A. 1997</w:t>
      </w:r>
    </w:p>
    <w:p>
      <w:pPr>
        <w:pStyle w:val="ListParagraph"/>
      </w:pPr>
      <w:r>
        <w:rPr>
          <w:sz w:val="22"/>
        </w:rPr>
        <w:t>B. 1998</w:t>
      </w:r>
    </w:p>
    <w:p>
      <w:pPr>
        <w:pStyle w:val="ListParagraph"/>
      </w:pPr>
      <w:r>
        <w:rPr>
          <w:sz w:val="22"/>
        </w:rPr>
        <w:t>C. 1996</w:t>
      </w:r>
    </w:p>
    <w:p>
      <w:pPr>
        <w:pStyle w:val="ListParagraph"/>
      </w:pPr>
      <w:r>
        <w:rPr>
          <w:sz w:val="22"/>
        </w:rPr>
        <w:t>D. 1999</w:t>
      </w:r>
    </w:p>
    <w:p/>
    <w:p>
      <w:r>
        <w:rPr>
          <w:b/>
          <w:sz w:val="24"/>
        </w:rPr>
        <w:t>Câu 13: Campuchia gia nhập ASEAN vào năm nào?</w:t>
      </w:r>
    </w:p>
    <w:p>
      <w:pPr>
        <w:pStyle w:val="ListParagraph"/>
      </w:pPr>
      <w:r>
        <w:rPr>
          <w:sz w:val="22"/>
        </w:rPr>
        <w:t>A. 1999</w:t>
      </w:r>
    </w:p>
    <w:p>
      <w:pPr>
        <w:pStyle w:val="ListParagraph"/>
      </w:pPr>
      <w:r>
        <w:rPr>
          <w:sz w:val="22"/>
        </w:rPr>
        <w:t>B. 2000</w:t>
      </w:r>
    </w:p>
    <w:p>
      <w:pPr>
        <w:pStyle w:val="ListParagraph"/>
      </w:pPr>
      <w:r>
        <w:rPr>
          <w:sz w:val="22"/>
        </w:rPr>
        <w:t>C. 1998</w:t>
      </w:r>
    </w:p>
    <w:p>
      <w:pPr>
        <w:pStyle w:val="ListParagraph"/>
      </w:pPr>
      <w:r>
        <w:rPr>
          <w:sz w:val="22"/>
        </w:rPr>
        <w:t>D. 1997</w:t>
      </w:r>
    </w:p>
    <w:p/>
    <w:p>
      <w:r>
        <w:rPr>
          <w:b/>
          <w:sz w:val="24"/>
        </w:rPr>
        <w:t>Câu 14: Đông Timor hiện có tư cách gì trong ASEAN?</w:t>
      </w:r>
    </w:p>
    <w:p>
      <w:pPr>
        <w:pStyle w:val="ListParagraph"/>
      </w:pPr>
      <w:r>
        <w:rPr>
          <w:sz w:val="22"/>
        </w:rPr>
        <w:t>A. Thành viên chính thức</w:t>
      </w:r>
    </w:p>
    <w:p>
      <w:pPr>
        <w:pStyle w:val="ListParagraph"/>
      </w:pPr>
      <w:r>
        <w:rPr>
          <w:sz w:val="22"/>
        </w:rPr>
        <w:t>B. Quan sát viên</w:t>
      </w:r>
    </w:p>
    <w:p>
      <w:pPr>
        <w:pStyle w:val="ListParagraph"/>
      </w:pPr>
      <w:r>
        <w:rPr>
          <w:sz w:val="22"/>
        </w:rPr>
        <w:t>C. Ứng viên</w:t>
      </w:r>
    </w:p>
    <w:p>
      <w:pPr>
        <w:pStyle w:val="ListParagraph"/>
      </w:pPr>
      <w:r>
        <w:rPr>
          <w:sz w:val="22"/>
        </w:rPr>
        <w:t>D. Không có quan hệ</w:t>
      </w:r>
    </w:p>
    <w:p/>
    <w:p>
      <w:r>
        <w:rPr>
          <w:b/>
          <w:sz w:val="24"/>
        </w:rPr>
        <w:t>Câu 15: Cộng đồng ASEAN được thành lập vào năm nào?</w:t>
      </w:r>
    </w:p>
    <w:p>
      <w:pPr>
        <w:pStyle w:val="ListParagraph"/>
      </w:pPr>
      <w:r>
        <w:rPr>
          <w:sz w:val="22"/>
        </w:rPr>
        <w:t>A. 2015</w:t>
      </w:r>
    </w:p>
    <w:p>
      <w:pPr>
        <w:pStyle w:val="ListParagraph"/>
      </w:pPr>
      <w:r>
        <w:rPr>
          <w:sz w:val="22"/>
        </w:rPr>
        <w:t>B. 2016</w:t>
      </w:r>
    </w:p>
    <w:p>
      <w:pPr>
        <w:pStyle w:val="ListParagraph"/>
      </w:pPr>
      <w:r>
        <w:rPr>
          <w:sz w:val="22"/>
        </w:rPr>
        <w:t>C. 2014</w:t>
      </w:r>
    </w:p>
    <w:p>
      <w:pPr>
        <w:pStyle w:val="ListParagraph"/>
      </w:pPr>
      <w:r>
        <w:rPr>
          <w:sz w:val="22"/>
        </w:rPr>
        <w:t>D. 2017</w:t>
      </w:r>
    </w:p>
    <w:p/>
    <w:p>
      <w:r>
        <w:rPr>
          <w:b/>
          <w:sz w:val="24"/>
        </w:rPr>
        <w:t>Câu 16: Cộng đồng ASEAN gồm mấy trụ cột chính?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17: Trụ cột nào không thuộc Cộng đồng ASEAN?</w:t>
      </w:r>
    </w:p>
    <w:p>
      <w:pPr>
        <w:pStyle w:val="ListParagraph"/>
      </w:pPr>
      <w:r>
        <w:rPr>
          <w:sz w:val="22"/>
        </w:rPr>
        <w:t>A. Cộng đồng Chính trị - An ninh</w:t>
      </w:r>
    </w:p>
    <w:p>
      <w:pPr>
        <w:pStyle w:val="ListParagraph"/>
      </w:pPr>
      <w:r>
        <w:rPr>
          <w:sz w:val="22"/>
        </w:rPr>
        <w:t>B. Cộng đồng Kinh tế</w:t>
      </w:r>
    </w:p>
    <w:p>
      <w:pPr>
        <w:pStyle w:val="ListParagraph"/>
      </w:pPr>
      <w:r>
        <w:rPr>
          <w:sz w:val="22"/>
        </w:rPr>
        <w:t>C. Cộng đồng Văn hóa - Xã hội</w:t>
      </w:r>
    </w:p>
    <w:p>
      <w:pPr>
        <w:pStyle w:val="ListParagraph"/>
      </w:pPr>
      <w:r>
        <w:rPr>
          <w:sz w:val="22"/>
        </w:rPr>
        <w:t>D. Cộng đồng Quân sự</w:t>
      </w:r>
    </w:p>
    <w:p/>
    <w:p>
      <w:r>
        <w:rPr>
          <w:b/>
          <w:sz w:val="24"/>
        </w:rPr>
        <w:t>Câu 18: Cộng đồng Kinh tế ASEAN (AEC) được thành lập nhằm mục đích gì?</w:t>
      </w:r>
    </w:p>
    <w:p>
      <w:pPr>
        <w:pStyle w:val="ListParagraph"/>
      </w:pPr>
      <w:r>
        <w:rPr>
          <w:sz w:val="22"/>
        </w:rPr>
        <w:t>A. Tạo ra một thị trường chung và cơ sở sản xuất thống nhất</w:t>
      </w:r>
    </w:p>
    <w:p>
      <w:pPr>
        <w:pStyle w:val="ListParagraph"/>
      </w:pPr>
      <w:r>
        <w:rPr>
          <w:sz w:val="22"/>
        </w:rPr>
        <w:t>B. Thành lập liên minh tiền tệ</w:t>
      </w:r>
    </w:p>
    <w:p>
      <w:pPr>
        <w:pStyle w:val="ListParagraph"/>
      </w:pPr>
      <w:r>
        <w:rPr>
          <w:sz w:val="22"/>
        </w:rPr>
        <w:t>C. Thống nhất chính trị</w:t>
      </w:r>
    </w:p>
    <w:p>
      <w:pPr>
        <w:pStyle w:val="ListParagraph"/>
      </w:pPr>
      <w:r>
        <w:rPr>
          <w:sz w:val="22"/>
        </w:rPr>
        <w:t>D. Thành lập quân đội chung</w:t>
      </w:r>
    </w:p>
    <w:p/>
    <w:p>
      <w:r>
        <w:rPr>
          <w:b/>
          <w:sz w:val="24"/>
        </w:rPr>
        <w:t>Câu 19: Diễn đàn Khu vực ASEAN (ARF) được thành lập vào năm nào?</w:t>
      </w:r>
    </w:p>
    <w:p>
      <w:pPr>
        <w:pStyle w:val="ListParagraph"/>
      </w:pPr>
      <w:r>
        <w:rPr>
          <w:sz w:val="22"/>
        </w:rPr>
        <w:t>A. 1994</w:t>
      </w:r>
    </w:p>
    <w:p>
      <w:pPr>
        <w:pStyle w:val="ListParagraph"/>
      </w:pPr>
      <w:r>
        <w:rPr>
          <w:sz w:val="22"/>
        </w:rPr>
        <w:t>B. 1995</w:t>
      </w:r>
    </w:p>
    <w:p>
      <w:pPr>
        <w:pStyle w:val="ListParagraph"/>
      </w:pPr>
      <w:r>
        <w:rPr>
          <w:sz w:val="22"/>
        </w:rPr>
        <w:t>C. 1993</w:t>
      </w:r>
    </w:p>
    <w:p>
      <w:pPr>
        <w:pStyle w:val="ListParagraph"/>
      </w:pPr>
      <w:r>
        <w:rPr>
          <w:sz w:val="22"/>
        </w:rPr>
        <w:t>D. 1996</w:t>
      </w:r>
    </w:p>
    <w:p/>
    <w:p>
      <w:r>
        <w:rPr>
          <w:b/>
          <w:sz w:val="24"/>
        </w:rPr>
        <w:t>Câu 20: ARF là diễn đàn nhằm mục đích gì?</w:t>
      </w:r>
    </w:p>
    <w:p>
      <w:pPr>
        <w:pStyle w:val="ListParagraph"/>
      </w:pPr>
      <w:r>
        <w:rPr>
          <w:sz w:val="22"/>
        </w:rPr>
        <w:t>A. Thúc đẩy đối thoại và hợp tác về an ninh khu vực</w:t>
      </w:r>
    </w:p>
    <w:p>
      <w:pPr>
        <w:pStyle w:val="ListParagraph"/>
      </w:pPr>
      <w:r>
        <w:rPr>
          <w:sz w:val="22"/>
        </w:rPr>
        <w:t>B. Thành lập liên minh quân sự</w:t>
      </w:r>
    </w:p>
    <w:p>
      <w:pPr>
        <w:pStyle w:val="ListParagraph"/>
      </w:pPr>
      <w:r>
        <w:rPr>
          <w:sz w:val="22"/>
        </w:rPr>
        <w:t>C. Giải quyết tranh chấp bằng vũ lực</w:t>
      </w:r>
    </w:p>
    <w:p>
      <w:pPr>
        <w:pStyle w:val="ListParagraph"/>
      </w:pPr>
      <w:r>
        <w:rPr>
          <w:sz w:val="22"/>
        </w:rPr>
        <w:t>D. Mở rộng lãnh thổ</w:t>
      </w:r>
    </w:p>
    <w:p/>
    <w:p>
      <w:r>
        <w:rPr>
          <w:b/>
          <w:sz w:val="24"/>
        </w:rPr>
        <w:t>Câu 21: Hiệp ước Thân thiện và Hợp tác ở Đông Nam Á (TAC) được ký kết vào năm nào?</w:t>
      </w:r>
    </w:p>
    <w:p>
      <w:pPr>
        <w:pStyle w:val="ListParagraph"/>
      </w:pPr>
      <w:r>
        <w:rPr>
          <w:sz w:val="22"/>
        </w:rPr>
        <w:t>A. 1976</w:t>
      </w:r>
    </w:p>
    <w:p>
      <w:pPr>
        <w:pStyle w:val="ListParagraph"/>
      </w:pPr>
      <w:r>
        <w:rPr>
          <w:sz w:val="22"/>
        </w:rPr>
        <w:t>B. 1977</w:t>
      </w:r>
    </w:p>
    <w:p>
      <w:pPr>
        <w:pStyle w:val="ListParagraph"/>
      </w:pPr>
      <w:r>
        <w:rPr>
          <w:sz w:val="22"/>
        </w:rPr>
        <w:t>C. 1975</w:t>
      </w:r>
    </w:p>
    <w:p>
      <w:pPr>
        <w:pStyle w:val="ListParagraph"/>
      </w:pPr>
      <w:r>
        <w:rPr>
          <w:sz w:val="22"/>
        </w:rPr>
        <w:t>D. 1978</w:t>
      </w:r>
    </w:p>
    <w:p/>
    <w:p>
      <w:r>
        <w:rPr>
          <w:b/>
          <w:sz w:val="24"/>
        </w:rPr>
        <w:t>Câu 22: Hiệp ước TAC có nội dung chính là gì?</w:t>
      </w:r>
    </w:p>
    <w:p>
      <w:pPr>
        <w:pStyle w:val="ListParagraph"/>
      </w:pPr>
      <w:r>
        <w:rPr>
          <w:sz w:val="22"/>
        </w:rPr>
        <w:t>A. Các bên cam kết giải quyết tranh chấp bằng biện pháp hòa bình</w:t>
      </w:r>
    </w:p>
    <w:p>
      <w:pPr>
        <w:pStyle w:val="ListParagraph"/>
      </w:pPr>
      <w:r>
        <w:rPr>
          <w:sz w:val="22"/>
        </w:rPr>
        <w:t>B. Thành lập liên minh quân sự</w:t>
      </w:r>
    </w:p>
    <w:p>
      <w:pPr>
        <w:pStyle w:val="ListParagraph"/>
      </w:pPr>
      <w:r>
        <w:rPr>
          <w:sz w:val="22"/>
        </w:rPr>
        <w:t>C. Thống nhất tiền tệ</w:t>
      </w:r>
    </w:p>
    <w:p>
      <w:pPr>
        <w:pStyle w:val="ListParagraph"/>
      </w:pPr>
      <w:r>
        <w:rPr>
          <w:sz w:val="22"/>
        </w:rPr>
        <w:t>D. Mở rộng lãnh thổ</w:t>
      </w:r>
    </w:p>
    <w:p/>
    <w:p>
      <w:r>
        <w:rPr>
          <w:b/>
          <w:sz w:val="24"/>
        </w:rPr>
        <w:t>Câu 23: Quốc gia nào sau đây là thành viên của ASEAN?</w:t>
      </w:r>
    </w:p>
    <w:p>
      <w:pPr>
        <w:pStyle w:val="ListParagraph"/>
      </w:pPr>
      <w:r>
        <w:rPr>
          <w:sz w:val="22"/>
        </w:rPr>
        <w:t>A. Đông Timor</w:t>
      </w:r>
    </w:p>
    <w:p>
      <w:pPr>
        <w:pStyle w:val="ListParagraph"/>
      </w:pPr>
      <w:r>
        <w:rPr>
          <w:sz w:val="22"/>
        </w:rPr>
        <w:t>B. Papua New Guinea</w:t>
      </w:r>
    </w:p>
    <w:p>
      <w:pPr>
        <w:pStyle w:val="ListParagraph"/>
      </w:pPr>
      <w:r>
        <w:rPr>
          <w:sz w:val="22"/>
        </w:rPr>
        <w:t>C. Campuchia</w:t>
      </w:r>
    </w:p>
    <w:p>
      <w:pPr>
        <w:pStyle w:val="ListParagraph"/>
      </w:pPr>
      <w:r>
        <w:rPr>
          <w:sz w:val="22"/>
        </w:rPr>
        <w:t>D. Ấn Độ</w:t>
      </w:r>
    </w:p>
    <w:p/>
    <w:p>
      <w:r>
        <w:rPr>
          <w:b/>
          <w:sz w:val="24"/>
        </w:rPr>
        <w:t>Câu 24: ASEAN+3 bao gồm những quốc gia nào?</w:t>
      </w:r>
    </w:p>
    <w:p>
      <w:pPr>
        <w:pStyle w:val="ListParagraph"/>
      </w:pPr>
      <w:r>
        <w:rPr>
          <w:sz w:val="22"/>
        </w:rPr>
        <w:t>A. ASEAN và Trung Quốc, Nhật Bản, Hàn Quốc</w:t>
      </w:r>
    </w:p>
    <w:p>
      <w:pPr>
        <w:pStyle w:val="ListParagraph"/>
      </w:pPr>
      <w:r>
        <w:rPr>
          <w:sz w:val="22"/>
        </w:rPr>
        <w:t>B. ASEAN và Ấn Độ, Trung Quốc, Nhật Bản</w:t>
      </w:r>
    </w:p>
    <w:p>
      <w:pPr>
        <w:pStyle w:val="ListParagraph"/>
      </w:pPr>
      <w:r>
        <w:rPr>
          <w:sz w:val="22"/>
        </w:rPr>
        <w:t>C. ASEAN và Mỹ, Nga, Trung Quốc</w:t>
      </w:r>
    </w:p>
    <w:p>
      <w:pPr>
        <w:pStyle w:val="ListParagraph"/>
      </w:pPr>
      <w:r>
        <w:rPr>
          <w:sz w:val="22"/>
        </w:rPr>
        <w:t>D. ASEAN và Úc, New Zealand, Ấn Độ</w:t>
      </w:r>
    </w:p>
    <w:p/>
    <w:p>
      <w:r>
        <w:rPr>
          <w:b/>
          <w:sz w:val="24"/>
        </w:rPr>
        <w:t>Câu 25: Hội nghị cấp cao ASEAN được tổ chức thường kỳ mấy năm một lần?</w:t>
      </w:r>
    </w:p>
    <w:p>
      <w:pPr>
        <w:pStyle w:val="ListParagraph"/>
      </w:pPr>
      <w:r>
        <w:rPr>
          <w:sz w:val="22"/>
        </w:rPr>
        <w:t>A. 1 năm</w:t>
      </w:r>
    </w:p>
    <w:p>
      <w:pPr>
        <w:pStyle w:val="ListParagraph"/>
      </w:pPr>
      <w:r>
        <w:rPr>
          <w:sz w:val="22"/>
        </w:rPr>
        <w:t>B. 2 năm</w:t>
      </w:r>
    </w:p>
    <w:p>
      <w:pPr>
        <w:pStyle w:val="ListParagraph"/>
      </w:pPr>
      <w:r>
        <w:rPr>
          <w:sz w:val="22"/>
        </w:rPr>
        <w:t>C. 3 năm</w:t>
      </w:r>
    </w:p>
    <w:p>
      <w:pPr>
        <w:pStyle w:val="ListParagraph"/>
      </w:pPr>
      <w:r>
        <w:rPr>
          <w:sz w:val="22"/>
        </w:rPr>
        <w:t>D. 4 năm</w:t>
      </w:r>
    </w:p>
    <w:p/>
    <w:p>
      <w:r>
        <w:rPr>
          <w:b/>
          <w:sz w:val="24"/>
        </w:rPr>
        <w:t>Câu 26: Cơ quan nào sau đây không thuộc cơ cấu tổ chức của ASEAN?</w:t>
      </w:r>
    </w:p>
    <w:p>
      <w:pPr>
        <w:pStyle w:val="ListParagraph"/>
      </w:pPr>
      <w:r>
        <w:rPr>
          <w:sz w:val="22"/>
        </w:rPr>
        <w:t>A. Hội nghị cấp cao ASEAN</w:t>
      </w:r>
    </w:p>
    <w:p>
      <w:pPr>
        <w:pStyle w:val="ListParagraph"/>
      </w:pPr>
      <w:r>
        <w:rPr>
          <w:sz w:val="22"/>
        </w:rPr>
        <w:t>B. Hội đồng điều phối ASEAN</w:t>
      </w:r>
    </w:p>
    <w:p>
      <w:pPr>
        <w:pStyle w:val="ListParagraph"/>
      </w:pPr>
      <w:r>
        <w:rPr>
          <w:sz w:val="22"/>
        </w:rPr>
        <w:t>C. Ban thư ký ASEAN</w:t>
      </w:r>
    </w:p>
    <w:p>
      <w:pPr>
        <w:pStyle w:val="ListParagraph"/>
      </w:pPr>
      <w:r>
        <w:rPr>
          <w:sz w:val="22"/>
        </w:rPr>
        <w:t>D. Hội đồng Bảo an ASEAN</w:t>
      </w:r>
    </w:p>
    <w:p/>
    <w:p>
      <w:r>
        <w:rPr>
          <w:b/>
          <w:sz w:val="24"/>
        </w:rPr>
        <w:t>Câu 27: Tổng thư ký ASEAN hiện nay (năm 2024) là ai?</w:t>
      </w:r>
    </w:p>
    <w:p>
      <w:pPr>
        <w:pStyle w:val="ListParagraph"/>
      </w:pPr>
      <w:r>
        <w:rPr>
          <w:sz w:val="22"/>
        </w:rPr>
        <w:t>A. Lim Jock Hoi</w:t>
      </w:r>
    </w:p>
    <w:p>
      <w:pPr>
        <w:pStyle w:val="ListParagraph"/>
      </w:pPr>
      <w:r>
        <w:rPr>
          <w:sz w:val="22"/>
        </w:rPr>
        <w:t>B. Kao Kim Hourn</w:t>
      </w:r>
    </w:p>
    <w:p>
      <w:pPr>
        <w:pStyle w:val="ListParagraph"/>
      </w:pPr>
      <w:r>
        <w:rPr>
          <w:sz w:val="22"/>
        </w:rPr>
        <w:t>C. Surin Pitsuwan</w:t>
      </w:r>
    </w:p>
    <w:p>
      <w:pPr>
        <w:pStyle w:val="ListParagraph"/>
      </w:pPr>
      <w:r>
        <w:rPr>
          <w:sz w:val="22"/>
        </w:rPr>
        <w:t>D. Le Luong Minh</w:t>
      </w:r>
    </w:p>
    <w:p/>
    <w:p>
      <w:r>
        <w:rPr>
          <w:b/>
          <w:sz w:val="24"/>
        </w:rPr>
        <w:t>Câu 28: Ngôn ngữ chính thức của ASEAN là gì?</w:t>
      </w:r>
    </w:p>
    <w:p>
      <w:pPr>
        <w:pStyle w:val="ListParagraph"/>
      </w:pPr>
      <w:r>
        <w:rPr>
          <w:sz w:val="22"/>
        </w:rPr>
        <w:t>A. Tiếng Anh</w:t>
      </w:r>
    </w:p>
    <w:p>
      <w:pPr>
        <w:pStyle w:val="ListParagraph"/>
      </w:pPr>
      <w:r>
        <w:rPr>
          <w:sz w:val="22"/>
        </w:rPr>
        <w:t>B. Tiếng Pháp</w:t>
      </w:r>
    </w:p>
    <w:p>
      <w:pPr>
        <w:pStyle w:val="ListParagraph"/>
      </w:pPr>
      <w:r>
        <w:rPr>
          <w:sz w:val="22"/>
        </w:rPr>
        <w:t>C. Tiếng Trung</w:t>
      </w:r>
    </w:p>
    <w:p>
      <w:pPr>
        <w:pStyle w:val="ListParagraph"/>
      </w:pPr>
      <w:r>
        <w:rPr>
          <w:sz w:val="22"/>
        </w:rPr>
        <w:t>D. Tiếng Tây Ban Nha</w:t>
      </w:r>
    </w:p>
    <w:p/>
    <w:p>
      <w:r>
        <w:rPr>
          <w:b/>
          <w:sz w:val="24"/>
        </w:rPr>
        <w:t>Câu 29: Biểu tượng của ASEAN là gì?</w:t>
      </w:r>
    </w:p>
    <w:p>
      <w:pPr>
        <w:pStyle w:val="ListParagraph"/>
      </w:pPr>
      <w:r>
        <w:rPr>
          <w:sz w:val="22"/>
        </w:rPr>
        <w:t>A. Bó lúa</w:t>
      </w:r>
    </w:p>
    <w:p>
      <w:pPr>
        <w:pStyle w:val="ListParagraph"/>
      </w:pPr>
      <w:r>
        <w:rPr>
          <w:sz w:val="22"/>
        </w:rPr>
        <w:t>B. Con rồng</w:t>
      </w:r>
    </w:p>
    <w:p>
      <w:pPr>
        <w:pStyle w:val="ListParagraph"/>
      </w:pPr>
      <w:r>
        <w:rPr>
          <w:sz w:val="22"/>
        </w:rPr>
        <w:t>C. Ngôi sao</w:t>
      </w:r>
    </w:p>
    <w:p>
      <w:pPr>
        <w:pStyle w:val="ListParagraph"/>
      </w:pPr>
      <w:r>
        <w:rPr>
          <w:sz w:val="22"/>
        </w:rPr>
        <w:t>D. Mặt trời</w:t>
      </w:r>
    </w:p>
    <w:p/>
    <w:p>
      <w:r>
        <w:rPr>
          <w:b/>
          <w:sz w:val="24"/>
        </w:rPr>
        <w:t>Câu 30: Màu sắc chủ đạo trong biểu tượng ASEAN là gì?</w:t>
      </w:r>
    </w:p>
    <w:p>
      <w:pPr>
        <w:pStyle w:val="ListParagraph"/>
      </w:pPr>
      <w:r>
        <w:rPr>
          <w:sz w:val="22"/>
        </w:rPr>
        <w:t>A. Xanh dương, đỏ, trắng, vàng</w:t>
      </w:r>
    </w:p>
    <w:p>
      <w:pPr>
        <w:pStyle w:val="ListParagraph"/>
      </w:pPr>
      <w:r>
        <w:rPr>
          <w:sz w:val="22"/>
        </w:rPr>
        <w:t>B. Xanh lá, vàng, đỏ</w:t>
      </w:r>
    </w:p>
    <w:p>
      <w:pPr>
        <w:pStyle w:val="ListParagraph"/>
      </w:pPr>
      <w:r>
        <w:rPr>
          <w:sz w:val="22"/>
        </w:rPr>
        <w:t>C. Đen, trắng, đỏ</w:t>
      </w:r>
    </w:p>
    <w:p>
      <w:pPr>
        <w:pStyle w:val="ListParagraph"/>
      </w:pPr>
      <w:r>
        <w:rPr>
          <w:sz w:val="22"/>
        </w:rPr>
        <w:t>D. Tím, vàng, xanh</w:t>
      </w:r>
    </w:p>
    <w:p/>
    <w:p>
      <w:r>
        <w:rPr>
          <w:b/>
          <w:sz w:val="24"/>
        </w:rPr>
        <w:t>Câu 31: ASEAN được thành lập dựa trên Tuyên bố nào?</w:t>
      </w:r>
    </w:p>
    <w:p>
      <w:pPr>
        <w:pStyle w:val="ListParagraph"/>
      </w:pPr>
      <w:r>
        <w:rPr>
          <w:sz w:val="22"/>
        </w:rPr>
        <w:t>A. Tuyên bố Bangkok</w:t>
      </w:r>
    </w:p>
    <w:p>
      <w:pPr>
        <w:pStyle w:val="ListParagraph"/>
      </w:pPr>
      <w:r>
        <w:rPr>
          <w:sz w:val="22"/>
        </w:rPr>
        <w:t>B. Tuyên bố Jakarta</w:t>
      </w:r>
    </w:p>
    <w:p>
      <w:pPr>
        <w:pStyle w:val="ListParagraph"/>
      </w:pPr>
      <w:r>
        <w:rPr>
          <w:sz w:val="22"/>
        </w:rPr>
        <w:t>C. Tuyên bố Manila</w:t>
      </w:r>
    </w:p>
    <w:p>
      <w:pPr>
        <w:pStyle w:val="ListParagraph"/>
      </w:pPr>
      <w:r>
        <w:rPr>
          <w:sz w:val="22"/>
        </w:rPr>
        <w:t>D. Tuyên bố Kuala Lumpur</w:t>
      </w:r>
    </w:p>
    <w:p/>
    <w:p>
      <w:r>
        <w:rPr>
          <w:b/>
          <w:sz w:val="24"/>
        </w:rPr>
        <w:t>Câu 32: Quốc gia nào đảm nhiệm vai trò Chủ tịch ASEAN năm 2020?</w:t>
      </w:r>
    </w:p>
    <w:p>
      <w:pPr>
        <w:pStyle w:val="ListParagraph"/>
      </w:pPr>
      <w:r>
        <w:rPr>
          <w:sz w:val="22"/>
        </w:rPr>
        <w:t>A. Việt Nam</w:t>
      </w:r>
    </w:p>
    <w:p>
      <w:pPr>
        <w:pStyle w:val="ListParagraph"/>
      </w:pPr>
      <w:r>
        <w:rPr>
          <w:sz w:val="22"/>
        </w:rPr>
        <w:t>B. Thái Lan</w:t>
      </w:r>
    </w:p>
    <w:p>
      <w:pPr>
        <w:pStyle w:val="ListParagraph"/>
      </w:pPr>
      <w:r>
        <w:rPr>
          <w:sz w:val="22"/>
        </w:rPr>
        <w:t>C. Indonesia</w:t>
      </w:r>
    </w:p>
    <w:p>
      <w:pPr>
        <w:pStyle w:val="ListParagraph"/>
      </w:pPr>
      <w:r>
        <w:rPr>
          <w:sz w:val="22"/>
        </w:rPr>
        <w:t>D. Malaysia</w:t>
      </w:r>
    </w:p>
    <w:p/>
    <w:p>
      <w:r>
        <w:rPr>
          <w:b/>
          <w:sz w:val="24"/>
        </w:rPr>
        <w:t>Câu 33: Chủ đề của năm ASEAN 2020 là gì?</w:t>
      </w:r>
    </w:p>
    <w:p>
      <w:pPr>
        <w:pStyle w:val="ListParagraph"/>
      </w:pPr>
      <w:r>
        <w:rPr>
          <w:sz w:val="22"/>
        </w:rPr>
        <w:t>A. Gắn kết và chủ động thích ứng</w:t>
      </w:r>
    </w:p>
    <w:p>
      <w:pPr>
        <w:pStyle w:val="ListParagraph"/>
      </w:pPr>
      <w:r>
        <w:rPr>
          <w:sz w:val="22"/>
        </w:rPr>
        <w:t>B. Một ASEAN, một bản sắc</w:t>
      </w:r>
    </w:p>
    <w:p>
      <w:pPr>
        <w:pStyle w:val="ListParagraph"/>
      </w:pPr>
      <w:r>
        <w:rPr>
          <w:sz w:val="22"/>
        </w:rPr>
        <w:t>C. Hướng tới một cộng đồng ASEAN năng động</w:t>
      </w:r>
    </w:p>
    <w:p>
      <w:pPr>
        <w:pStyle w:val="ListParagraph"/>
      </w:pPr>
      <w:r>
        <w:rPr>
          <w:sz w:val="22"/>
        </w:rPr>
        <w:t>D. ASEAN: Kết nối và phát triển</w:t>
      </w:r>
    </w:p>
    <w:p/>
    <w:p>
      <w:r>
        <w:rPr>
          <w:b/>
          <w:sz w:val="24"/>
        </w:rPr>
        <w:t>Câu 34: Hiến chương ASEAN có hiệu lực vào năm nào?</w:t>
      </w:r>
    </w:p>
    <w:p>
      <w:pPr>
        <w:pStyle w:val="ListParagraph"/>
      </w:pPr>
      <w:r>
        <w:rPr>
          <w:sz w:val="22"/>
        </w:rPr>
        <w:t>A. 2008</w:t>
      </w:r>
    </w:p>
    <w:p>
      <w:pPr>
        <w:pStyle w:val="ListParagraph"/>
      </w:pPr>
      <w:r>
        <w:rPr>
          <w:sz w:val="22"/>
        </w:rPr>
        <w:t>B. 2009</w:t>
      </w:r>
    </w:p>
    <w:p>
      <w:pPr>
        <w:pStyle w:val="ListParagraph"/>
      </w:pPr>
      <w:r>
        <w:rPr>
          <w:sz w:val="22"/>
        </w:rPr>
        <w:t>C. 2007</w:t>
      </w:r>
    </w:p>
    <w:p>
      <w:pPr>
        <w:pStyle w:val="ListParagraph"/>
      </w:pPr>
      <w:r>
        <w:rPr>
          <w:sz w:val="22"/>
        </w:rPr>
        <w:t>D. 2010</w:t>
      </w:r>
    </w:p>
    <w:p/>
    <w:p>
      <w:r>
        <w:rPr>
          <w:b/>
          <w:sz w:val="24"/>
        </w:rPr>
        <w:t>Câu 35: Hiến chương ASEAN được ký kết vào năm nào?</w:t>
      </w:r>
    </w:p>
    <w:p>
      <w:pPr>
        <w:pStyle w:val="ListParagraph"/>
      </w:pPr>
      <w:r>
        <w:rPr>
          <w:sz w:val="22"/>
        </w:rPr>
        <w:t>A. 2007</w:t>
      </w:r>
    </w:p>
    <w:p>
      <w:pPr>
        <w:pStyle w:val="ListParagraph"/>
      </w:pPr>
      <w:r>
        <w:rPr>
          <w:sz w:val="22"/>
        </w:rPr>
        <w:t>B. 2008</w:t>
      </w:r>
    </w:p>
    <w:p>
      <w:pPr>
        <w:pStyle w:val="ListParagraph"/>
      </w:pPr>
      <w:r>
        <w:rPr>
          <w:sz w:val="22"/>
        </w:rPr>
        <w:t>C. 2006</w:t>
      </w:r>
    </w:p>
    <w:p>
      <w:pPr>
        <w:pStyle w:val="ListParagraph"/>
      </w:pPr>
      <w:r>
        <w:rPr>
          <w:sz w:val="22"/>
        </w:rPr>
        <w:t>D. 2009</w:t>
      </w:r>
    </w:p>
    <w:p/>
    <w:p>
      <w:r>
        <w:rPr>
          <w:b/>
          <w:sz w:val="24"/>
        </w:rPr>
        <w:t>Câu 36: Cơ quan nào có thẩm quyền giải thích Hiến chương ASEAN?</w:t>
      </w:r>
    </w:p>
    <w:p>
      <w:pPr>
        <w:pStyle w:val="ListParagraph"/>
      </w:pPr>
      <w:r>
        <w:rPr>
          <w:sz w:val="22"/>
        </w:rPr>
        <w:t>A. Hội nghị cấp cao ASEAN</w:t>
      </w:r>
    </w:p>
    <w:p>
      <w:pPr>
        <w:pStyle w:val="ListParagraph"/>
      </w:pPr>
      <w:r>
        <w:rPr>
          <w:sz w:val="22"/>
        </w:rPr>
        <w:t>B. Hội đồng điều phối ASEAN</w:t>
      </w:r>
    </w:p>
    <w:p>
      <w:pPr>
        <w:pStyle w:val="ListParagraph"/>
      </w:pPr>
      <w:r>
        <w:rPr>
          <w:sz w:val="22"/>
        </w:rPr>
        <w:t>C. Ban thư ký ASEAN</w:t>
      </w:r>
    </w:p>
    <w:p>
      <w:pPr>
        <w:pStyle w:val="ListParagraph"/>
      </w:pPr>
      <w:r>
        <w:rPr>
          <w:sz w:val="22"/>
        </w:rPr>
        <w:t>D. Tòa án Công lý ASEAN</w:t>
      </w:r>
    </w:p>
    <w:p/>
    <w:p>
      <w:r>
        <w:rPr>
          <w:b/>
          <w:sz w:val="24"/>
        </w:rPr>
        <w:t>Câu 37: ASEAN có bao nhiêu quốc gia thành viên tính đến năm 2024?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38: Quốc gia nào sau đây chưa là thành viên của ASEAN?</w:t>
      </w:r>
    </w:p>
    <w:p>
      <w:pPr>
        <w:pStyle w:val="ListParagraph"/>
      </w:pPr>
      <w:r>
        <w:rPr>
          <w:sz w:val="22"/>
        </w:rPr>
        <w:t>A. Đông Timor</w:t>
      </w:r>
    </w:p>
    <w:p>
      <w:pPr>
        <w:pStyle w:val="ListParagraph"/>
      </w:pPr>
      <w:r>
        <w:rPr>
          <w:sz w:val="22"/>
        </w:rPr>
        <w:t>B. Lào</w:t>
      </w:r>
    </w:p>
    <w:p>
      <w:pPr>
        <w:pStyle w:val="ListParagraph"/>
      </w:pPr>
      <w:r>
        <w:rPr>
          <w:sz w:val="22"/>
        </w:rPr>
        <w:t>C. Myanmar</w:t>
      </w:r>
    </w:p>
    <w:p>
      <w:pPr>
        <w:pStyle w:val="ListParagraph"/>
      </w:pPr>
      <w:r>
        <w:rPr>
          <w:sz w:val="22"/>
        </w:rPr>
        <w:t>D. Campuchia</w:t>
      </w:r>
    </w:p>
    <w:p/>
    <w:p>
      <w:r>
        <w:rPr>
          <w:b/>
          <w:sz w:val="24"/>
        </w:rPr>
        <w:t>Câu 39: ASEAN thành lập Cộng đồng Kinh tế ASEAN (AEC) nhằm mục tiêu gì?</w:t>
      </w:r>
    </w:p>
    <w:p>
      <w:pPr>
        <w:pStyle w:val="ListParagraph"/>
      </w:pPr>
      <w:r>
        <w:rPr>
          <w:sz w:val="22"/>
        </w:rPr>
        <w:t>A. Tạo ra một thị trường chung và cơ sở sản xuất thống nhất</w:t>
      </w:r>
    </w:p>
    <w:p>
      <w:pPr>
        <w:pStyle w:val="ListParagraph"/>
      </w:pPr>
      <w:r>
        <w:rPr>
          <w:sz w:val="22"/>
        </w:rPr>
        <w:t>B. Thành lập liên minh tiền tệ</w:t>
      </w:r>
    </w:p>
    <w:p>
      <w:pPr>
        <w:pStyle w:val="ListParagraph"/>
      </w:pPr>
      <w:r>
        <w:rPr>
          <w:sz w:val="22"/>
        </w:rPr>
        <w:t>C. Thống nhất chính trị</w:t>
      </w:r>
    </w:p>
    <w:p>
      <w:pPr>
        <w:pStyle w:val="ListParagraph"/>
      </w:pPr>
      <w:r>
        <w:rPr>
          <w:sz w:val="22"/>
        </w:rPr>
        <w:t>D. Thành lập quân đội chung</w:t>
      </w:r>
    </w:p>
    <w:p/>
    <w:p>
      <w:r>
        <w:rPr>
          <w:b/>
          <w:sz w:val="24"/>
        </w:rPr>
        <w:t>Câu 40: Mục tiêu của Cộng đồng Chính trị - An ninh ASEAN (APSC) là gì?</w:t>
      </w:r>
    </w:p>
    <w:p>
      <w:pPr>
        <w:pStyle w:val="ListParagraph"/>
      </w:pPr>
      <w:r>
        <w:rPr>
          <w:sz w:val="22"/>
        </w:rPr>
        <w:t>A. Xây dựng một khu vực hòa bình, ổn định và an ninh</w:t>
      </w:r>
    </w:p>
    <w:p>
      <w:pPr>
        <w:pStyle w:val="ListParagraph"/>
      </w:pPr>
      <w:r>
        <w:rPr>
          <w:sz w:val="22"/>
        </w:rPr>
        <w:t>B. Thành lập liên minh quân sự</w:t>
      </w:r>
    </w:p>
    <w:p>
      <w:pPr>
        <w:pStyle w:val="ListParagraph"/>
      </w:pPr>
      <w:r>
        <w:rPr>
          <w:sz w:val="22"/>
        </w:rPr>
        <w:t>C. Thống nhất tiền tệ</w:t>
      </w:r>
    </w:p>
    <w:p>
      <w:pPr>
        <w:pStyle w:val="ListParagraph"/>
      </w:pPr>
      <w:r>
        <w:rPr>
          <w:sz w:val="22"/>
        </w:rPr>
        <w:t>D. Mở rộng lãnh thổ</w:t>
      </w:r>
    </w:p>
    <w:p/>
    <w:p>
      <w:r>
        <w:rPr>
          <w:b/>
          <w:sz w:val="24"/>
        </w:rPr>
        <w:t>Câu 41: Mục tiêu của Cộng đồng Văn hóa - Xã hội ASEAN (ASCC) là gì?</w:t>
      </w:r>
    </w:p>
    <w:p>
      <w:pPr>
        <w:pStyle w:val="ListParagraph"/>
      </w:pPr>
      <w:r>
        <w:rPr>
          <w:sz w:val="22"/>
        </w:rPr>
        <w:t>A. Xây dựng một cộng đồng chia sẻ và gắn kết về văn hóa - xã hội</w:t>
      </w:r>
    </w:p>
    <w:p>
      <w:pPr>
        <w:pStyle w:val="ListParagraph"/>
      </w:pPr>
      <w:r>
        <w:rPr>
          <w:sz w:val="22"/>
        </w:rPr>
        <w:t>B. Thành lập liên minh quân sự</w:t>
      </w:r>
    </w:p>
    <w:p>
      <w:pPr>
        <w:pStyle w:val="ListParagraph"/>
      </w:pPr>
      <w:r>
        <w:rPr>
          <w:sz w:val="22"/>
        </w:rPr>
        <w:t>C. Thống nhất tiền tệ</w:t>
      </w:r>
    </w:p>
    <w:p>
      <w:pPr>
        <w:pStyle w:val="ListParagraph"/>
      </w:pPr>
      <w:r>
        <w:rPr>
          <w:sz w:val="22"/>
        </w:rPr>
        <w:t>D. Mở rộng lãnh thổ</w:t>
      </w:r>
    </w:p>
    <w:p/>
    <w:p>
      <w:r>
        <w:rPr>
          <w:b/>
          <w:sz w:val="24"/>
        </w:rPr>
        <w:t>Câu 42: Quốc gia nào đảm nhiệm vai trò Chủ tịch ASEAN năm 2021?</w:t>
      </w:r>
    </w:p>
    <w:p>
      <w:pPr>
        <w:pStyle w:val="ListParagraph"/>
      </w:pPr>
      <w:r>
        <w:rPr>
          <w:sz w:val="22"/>
        </w:rPr>
        <w:t>A. Brunei</w:t>
      </w:r>
    </w:p>
    <w:p>
      <w:pPr>
        <w:pStyle w:val="ListParagraph"/>
      </w:pPr>
      <w:r>
        <w:rPr>
          <w:sz w:val="22"/>
        </w:rPr>
        <w:t>B. Campuchia</w:t>
      </w:r>
    </w:p>
    <w:p>
      <w:pPr>
        <w:pStyle w:val="ListParagraph"/>
      </w:pPr>
      <w:r>
        <w:rPr>
          <w:sz w:val="22"/>
        </w:rPr>
        <w:t>C. Indonesia</w:t>
      </w:r>
    </w:p>
    <w:p>
      <w:pPr>
        <w:pStyle w:val="ListParagraph"/>
      </w:pPr>
      <w:r>
        <w:rPr>
          <w:sz w:val="22"/>
        </w:rPr>
        <w:t>D. Malaysia</w:t>
      </w:r>
    </w:p>
    <w:p/>
    <w:p>
      <w:r>
        <w:rPr>
          <w:b/>
          <w:sz w:val="24"/>
        </w:rPr>
        <w:t>Câu 43: Quốc gia nào đảm nhiệm vai trò Chủ tịch ASEAN năm 2022?</w:t>
      </w:r>
    </w:p>
    <w:p>
      <w:pPr>
        <w:pStyle w:val="ListParagraph"/>
      </w:pPr>
      <w:r>
        <w:rPr>
          <w:sz w:val="22"/>
        </w:rPr>
        <w:t>A. Campuchia</w:t>
      </w:r>
    </w:p>
    <w:p>
      <w:pPr>
        <w:pStyle w:val="ListParagraph"/>
      </w:pPr>
      <w:r>
        <w:rPr>
          <w:sz w:val="22"/>
        </w:rPr>
        <w:t>B. Brunei</w:t>
      </w:r>
    </w:p>
    <w:p>
      <w:pPr>
        <w:pStyle w:val="ListParagraph"/>
      </w:pPr>
      <w:r>
        <w:rPr>
          <w:sz w:val="22"/>
        </w:rPr>
        <w:t>C. Indonesia</w:t>
      </w:r>
    </w:p>
    <w:p>
      <w:pPr>
        <w:pStyle w:val="ListParagraph"/>
      </w:pPr>
      <w:r>
        <w:rPr>
          <w:sz w:val="22"/>
        </w:rPr>
        <w:t>D. Thái Lan</w:t>
      </w:r>
    </w:p>
    <w:p/>
    <w:p>
      <w:r>
        <w:rPr>
          <w:b/>
          <w:sz w:val="24"/>
        </w:rPr>
        <w:t>Câu 44: Quốc gia nào đảm nhiệm vai trò Chủ tịch ASEAN năm 2023?</w:t>
      </w:r>
    </w:p>
    <w:p>
      <w:pPr>
        <w:pStyle w:val="ListParagraph"/>
      </w:pPr>
      <w:r>
        <w:rPr>
          <w:sz w:val="22"/>
        </w:rPr>
        <w:t>A. Indonesia</w:t>
      </w:r>
    </w:p>
    <w:p>
      <w:pPr>
        <w:pStyle w:val="ListParagraph"/>
      </w:pPr>
      <w:r>
        <w:rPr>
          <w:sz w:val="22"/>
        </w:rPr>
        <w:t>B. Campuchia</w:t>
      </w:r>
    </w:p>
    <w:p>
      <w:pPr>
        <w:pStyle w:val="ListParagraph"/>
      </w:pPr>
      <w:r>
        <w:rPr>
          <w:sz w:val="22"/>
        </w:rPr>
        <w:t>C. Brunei</w:t>
      </w:r>
    </w:p>
    <w:p>
      <w:pPr>
        <w:pStyle w:val="ListParagraph"/>
      </w:pPr>
      <w:r>
        <w:rPr>
          <w:sz w:val="22"/>
        </w:rPr>
        <w:t>D. Malaysia</w:t>
      </w:r>
    </w:p>
    <w:p/>
    <w:p>
      <w:r>
        <w:rPr>
          <w:b/>
          <w:sz w:val="24"/>
        </w:rPr>
        <w:t>Câu 45: Quốc gia nào đảm nhiệm vai trò Chủ tịch ASEAN năm 2024?</w:t>
      </w:r>
    </w:p>
    <w:p>
      <w:pPr>
        <w:pStyle w:val="ListParagraph"/>
      </w:pPr>
      <w:r>
        <w:rPr>
          <w:sz w:val="22"/>
        </w:rPr>
        <w:t>A. Lào</w:t>
      </w:r>
    </w:p>
    <w:p>
      <w:pPr>
        <w:pStyle w:val="ListParagraph"/>
      </w:pPr>
      <w:r>
        <w:rPr>
          <w:sz w:val="22"/>
        </w:rPr>
        <w:t>B. Indonesia</w:t>
      </w:r>
    </w:p>
    <w:p>
      <w:pPr>
        <w:pStyle w:val="ListParagraph"/>
      </w:pPr>
      <w:r>
        <w:rPr>
          <w:sz w:val="22"/>
        </w:rPr>
        <w:t>C. Campuchia</w:t>
      </w:r>
    </w:p>
    <w:p>
      <w:pPr>
        <w:pStyle w:val="ListParagraph"/>
      </w:pPr>
      <w:r>
        <w:rPr>
          <w:sz w:val="22"/>
        </w:rPr>
        <w:t>D. Brunei</w:t>
      </w:r>
    </w:p>
    <w:p/>
    <w:p>
      <w:r>
        <w:rPr>
          <w:b/>
          <w:sz w:val="24"/>
        </w:rPr>
        <w:t>Câu 46: ASEAN+1 là gì?</w:t>
      </w:r>
    </w:p>
    <w:p>
      <w:pPr>
        <w:pStyle w:val="ListParagraph"/>
      </w:pPr>
      <w:r>
        <w:rPr>
          <w:sz w:val="22"/>
        </w:rPr>
        <w:t>A. ASEAN và một quốc gia đối tác đối thoại</w:t>
      </w:r>
    </w:p>
    <w:p>
      <w:pPr>
        <w:pStyle w:val="ListParagraph"/>
      </w:pPr>
      <w:r>
        <w:rPr>
          <w:sz w:val="22"/>
        </w:rPr>
        <w:t>B. ASEAN và một tổ chức quốc tế</w:t>
      </w:r>
    </w:p>
    <w:p>
      <w:pPr>
        <w:pStyle w:val="ListParagraph"/>
      </w:pPr>
      <w:r>
        <w:rPr>
          <w:sz w:val="22"/>
        </w:rPr>
        <w:t>C. ASEAN và một quốc gia thành viên mới</w:t>
      </w:r>
    </w:p>
    <w:p>
      <w:pPr>
        <w:pStyle w:val="ListParagraph"/>
      </w:pPr>
      <w:r>
        <w:rPr>
          <w:sz w:val="22"/>
        </w:rPr>
        <w:t>D. ASEAN và một quốc gia quan sát viên</w:t>
      </w:r>
    </w:p>
    <w:p/>
    <w:p>
      <w:r>
        <w:rPr>
          <w:b/>
          <w:sz w:val="24"/>
        </w:rPr>
        <w:t>Câu 47: Diễn đàn nào sau đây do ASEAN thành lập?</w:t>
      </w:r>
    </w:p>
    <w:p>
      <w:pPr>
        <w:pStyle w:val="ListParagraph"/>
      </w:pPr>
      <w:r>
        <w:rPr>
          <w:sz w:val="22"/>
        </w:rPr>
        <w:t>A. Diễn đàn Khu vực ASEAN (ARF)</w:t>
      </w:r>
    </w:p>
    <w:p>
      <w:pPr>
        <w:pStyle w:val="ListParagraph"/>
      </w:pPr>
      <w:r>
        <w:rPr>
          <w:sz w:val="22"/>
        </w:rPr>
        <w:t>B. Diễn đàn Hợp tác Kinh tế châu Á - Thái Bình Dương (APEC)</w:t>
      </w:r>
    </w:p>
    <w:p>
      <w:pPr>
        <w:pStyle w:val="ListParagraph"/>
      </w:pPr>
      <w:r>
        <w:rPr>
          <w:sz w:val="22"/>
        </w:rPr>
        <w:t>C. Diễn đàn Kinh tế Thế giới (WEF)</w:t>
      </w:r>
    </w:p>
    <w:p>
      <w:pPr>
        <w:pStyle w:val="ListParagraph"/>
      </w:pPr>
      <w:r>
        <w:rPr>
          <w:sz w:val="22"/>
        </w:rPr>
        <w:t>D. Diễn đàn G20</w:t>
      </w:r>
    </w:p>
    <w:p/>
    <w:p>
      <w:r>
        <w:rPr>
          <w:b/>
          <w:sz w:val="24"/>
        </w:rPr>
        <w:t>Câu 48: Hội nghị Bộ trưởng Ngoại giao ASEAN (AMM) được tổ chức thường kỳ mấy năm một lần?</w:t>
      </w:r>
    </w:p>
    <w:p>
      <w:pPr>
        <w:pStyle w:val="ListParagraph"/>
      </w:pPr>
      <w:r>
        <w:rPr>
          <w:sz w:val="22"/>
        </w:rPr>
        <w:t>A. 1 năm</w:t>
      </w:r>
    </w:p>
    <w:p>
      <w:pPr>
        <w:pStyle w:val="ListParagraph"/>
      </w:pPr>
      <w:r>
        <w:rPr>
          <w:sz w:val="22"/>
        </w:rPr>
        <w:t>B. 2 năm</w:t>
      </w:r>
    </w:p>
    <w:p>
      <w:pPr>
        <w:pStyle w:val="ListParagraph"/>
      </w:pPr>
      <w:r>
        <w:rPr>
          <w:sz w:val="22"/>
        </w:rPr>
        <w:t>C. 3 năm</w:t>
      </w:r>
    </w:p>
    <w:p>
      <w:pPr>
        <w:pStyle w:val="ListParagraph"/>
      </w:pPr>
      <w:r>
        <w:rPr>
          <w:sz w:val="22"/>
        </w:rPr>
        <w:t>D. 4 năm</w:t>
      </w:r>
    </w:p>
    <w:p/>
    <w:p>
      <w:r>
        <w:rPr>
          <w:b/>
          <w:sz w:val="24"/>
        </w:rPr>
        <w:t>Câu 49: Hội nghị Bộ trưởng Kinh tế ASEAN (AEM) được tổ chức thường kỳ mấy năm một lần?</w:t>
      </w:r>
    </w:p>
    <w:p>
      <w:pPr>
        <w:pStyle w:val="ListParagraph"/>
      </w:pPr>
      <w:r>
        <w:rPr>
          <w:sz w:val="22"/>
        </w:rPr>
        <w:t>A. 1 năm</w:t>
      </w:r>
    </w:p>
    <w:p>
      <w:pPr>
        <w:pStyle w:val="ListParagraph"/>
      </w:pPr>
      <w:r>
        <w:rPr>
          <w:sz w:val="22"/>
        </w:rPr>
        <w:t>B. 2 năm</w:t>
      </w:r>
    </w:p>
    <w:p>
      <w:pPr>
        <w:pStyle w:val="ListParagraph"/>
      </w:pPr>
      <w:r>
        <w:rPr>
          <w:sz w:val="22"/>
        </w:rPr>
        <w:t>C. 3 năm</w:t>
      </w:r>
    </w:p>
    <w:p>
      <w:pPr>
        <w:pStyle w:val="ListParagraph"/>
      </w:pPr>
      <w:r>
        <w:rPr>
          <w:sz w:val="22"/>
        </w:rPr>
        <w:t>D. 4 năm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