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Học từ Ms 2</w:t>
      </w:r>
    </w:p>
    <w:p>
      <w:pPr>
        <w:jc w:val="center"/>
      </w:pPr>
      <w:r>
        <w:rPr>
          <w:sz w:val="22"/>
        </w:rPr>
        <w:t>Số câu: 97    Thời gian: _____ phút    Họ và tên: _________________________</w:t>
      </w:r>
    </w:p>
    <w:p/>
    <w:p>
      <w:r>
        <w:rPr>
          <w:b/>
          <w:sz w:val="24"/>
        </w:rPr>
        <w:t>Câu 1: What does 'battle' mean?</w:t>
      </w:r>
    </w:p>
    <w:p>
      <w:pPr>
        <w:pStyle w:val="ListParagraph"/>
      </w:pPr>
      <w:r>
        <w:rPr>
          <w:sz w:val="22"/>
        </w:rPr>
        <w:t>A. trận đánh</w:t>
      </w:r>
    </w:p>
    <w:p>
      <w:pPr>
        <w:pStyle w:val="ListParagraph"/>
      </w:pPr>
      <w:r>
        <w:rPr>
          <w:sz w:val="22"/>
        </w:rPr>
        <w:t>B. qua đời</w:t>
      </w:r>
    </w:p>
    <w:p>
      <w:pPr>
        <w:pStyle w:val="ListParagraph"/>
      </w:pPr>
      <w:r>
        <w:rPr>
          <w:sz w:val="22"/>
        </w:rPr>
        <w:t>C. người lính</w:t>
      </w:r>
    </w:p>
    <w:p>
      <w:pPr>
        <w:pStyle w:val="ListParagraph"/>
      </w:pPr>
      <w:r>
        <w:rPr>
          <w:sz w:val="22"/>
        </w:rPr>
        <w:t>D. sự nghiệp</w:t>
      </w:r>
    </w:p>
    <w:p/>
    <w:p>
      <w:r>
        <w:rPr>
          <w:b/>
          <w:sz w:val="24"/>
        </w:rPr>
        <w:t>Câu 2: What does 'pass away' mean?</w:t>
      </w:r>
    </w:p>
    <w:p>
      <w:pPr>
        <w:pStyle w:val="ListParagraph"/>
      </w:pPr>
      <w:r>
        <w:rPr>
          <w:sz w:val="22"/>
        </w:rPr>
        <w:t>A. qua đời</w:t>
      </w:r>
    </w:p>
    <w:p>
      <w:pPr>
        <w:pStyle w:val="ListParagraph"/>
      </w:pPr>
      <w:r>
        <w:rPr>
          <w:sz w:val="22"/>
        </w:rPr>
        <w:t>B. trận đánh</w:t>
      </w:r>
    </w:p>
    <w:p>
      <w:pPr>
        <w:pStyle w:val="ListParagraph"/>
      </w:pPr>
      <w:r>
        <w:rPr>
          <w:sz w:val="22"/>
        </w:rPr>
        <w:t>C. tấn công</w:t>
      </w:r>
    </w:p>
    <w:p>
      <w:pPr>
        <w:pStyle w:val="ListParagraph"/>
      </w:pPr>
      <w:r>
        <w:rPr>
          <w:sz w:val="22"/>
        </w:rPr>
        <w:t>D. cái chết</w:t>
      </w:r>
    </w:p>
    <w:p/>
    <w:p>
      <w:r>
        <w:rPr>
          <w:b/>
          <w:sz w:val="24"/>
        </w:rPr>
        <w:t>Câu 3: What does 'die' mean?</w:t>
      </w:r>
    </w:p>
    <w:p>
      <w:pPr>
        <w:pStyle w:val="ListParagraph"/>
      </w:pPr>
      <w:r>
        <w:rPr>
          <w:sz w:val="22"/>
        </w:rPr>
        <w:t>A. chết</w:t>
      </w:r>
    </w:p>
    <w:p>
      <w:pPr>
        <w:pStyle w:val="ListParagraph"/>
      </w:pPr>
      <w:r>
        <w:rPr>
          <w:sz w:val="22"/>
        </w:rPr>
        <w:t>B. qua đời</w:t>
      </w:r>
    </w:p>
    <w:p>
      <w:pPr>
        <w:pStyle w:val="ListParagraph"/>
      </w:pPr>
      <w:r>
        <w:rPr>
          <w:sz w:val="22"/>
        </w:rPr>
        <w:t>C. cái chết</w:t>
      </w:r>
    </w:p>
    <w:p>
      <w:pPr>
        <w:pStyle w:val="ListParagraph"/>
      </w:pPr>
      <w:r>
        <w:rPr>
          <w:sz w:val="22"/>
        </w:rPr>
        <w:t>D. người lính</w:t>
      </w:r>
    </w:p>
    <w:p/>
    <w:p>
      <w:r>
        <w:rPr>
          <w:b/>
          <w:sz w:val="24"/>
        </w:rPr>
        <w:t>Câu 4: What does 'national hero' mean?</w:t>
      </w:r>
    </w:p>
    <w:p>
      <w:pPr>
        <w:pStyle w:val="ListParagraph"/>
      </w:pPr>
      <w:r>
        <w:rPr>
          <w:sz w:val="22"/>
        </w:rPr>
        <w:t>A. anh hùng dân tộc</w:t>
      </w:r>
    </w:p>
    <w:p>
      <w:pPr>
        <w:pStyle w:val="ListParagraph"/>
      </w:pPr>
      <w:r>
        <w:rPr>
          <w:sz w:val="22"/>
        </w:rPr>
        <w:t>B. người lính</w:t>
      </w:r>
    </w:p>
    <w:p>
      <w:pPr>
        <w:pStyle w:val="ListParagraph"/>
      </w:pPr>
      <w:r>
        <w:rPr>
          <w:sz w:val="22"/>
        </w:rPr>
        <w:t>C. nhân vật lịch sử</w:t>
      </w:r>
    </w:p>
    <w:p>
      <w:pPr>
        <w:pStyle w:val="ListParagraph"/>
      </w:pPr>
      <w:r>
        <w:rPr>
          <w:sz w:val="22"/>
        </w:rPr>
        <w:t>D. nữ hoàng</w:t>
      </w:r>
    </w:p>
    <w:p/>
    <w:p>
      <w:r>
        <w:rPr>
          <w:b/>
          <w:sz w:val="24"/>
        </w:rPr>
        <w:t>Câu 5: What does 'attack' mean?</w:t>
      </w:r>
    </w:p>
    <w:p>
      <w:pPr>
        <w:pStyle w:val="ListParagraph"/>
      </w:pPr>
      <w:r>
        <w:rPr>
          <w:sz w:val="22"/>
        </w:rPr>
        <w:t>A. tấn công</w:t>
      </w:r>
    </w:p>
    <w:p>
      <w:pPr>
        <w:pStyle w:val="ListParagraph"/>
      </w:pPr>
      <w:r>
        <w:rPr>
          <w:sz w:val="22"/>
        </w:rPr>
        <w:t>B. phòng thủ</w:t>
      </w:r>
    </w:p>
    <w:p>
      <w:pPr>
        <w:pStyle w:val="ListParagraph"/>
      </w:pPr>
      <w:r>
        <w:rPr>
          <w:sz w:val="22"/>
        </w:rPr>
        <w:t>C. di chuyển</w:t>
      </w:r>
    </w:p>
    <w:p>
      <w:pPr>
        <w:pStyle w:val="ListParagraph"/>
      </w:pPr>
      <w:r>
        <w:rPr>
          <w:sz w:val="22"/>
        </w:rPr>
        <w:t>D. đánh bại</w:t>
      </w:r>
    </w:p>
    <w:p/>
    <w:p>
      <w:r>
        <w:rPr>
          <w:b/>
          <w:sz w:val="24"/>
        </w:rPr>
        <w:t>Câu 6: What does 'soldier' mean?</w:t>
      </w:r>
    </w:p>
    <w:p>
      <w:pPr>
        <w:pStyle w:val="ListParagraph"/>
      </w:pPr>
      <w:r>
        <w:rPr>
          <w:sz w:val="22"/>
        </w:rPr>
        <w:t>A. người lính</w:t>
      </w:r>
    </w:p>
    <w:p>
      <w:pPr>
        <w:pStyle w:val="ListParagraph"/>
      </w:pPr>
      <w:r>
        <w:rPr>
          <w:sz w:val="22"/>
        </w:rPr>
        <w:t>B. anh hùng dân tộc</w:t>
      </w:r>
    </w:p>
    <w:p>
      <w:pPr>
        <w:pStyle w:val="ListParagraph"/>
      </w:pPr>
      <w:r>
        <w:rPr>
          <w:sz w:val="22"/>
        </w:rPr>
        <w:t>C. tù</w:t>
      </w:r>
    </w:p>
    <w:p>
      <w:pPr>
        <w:pStyle w:val="ListParagraph"/>
      </w:pPr>
      <w:r>
        <w:rPr>
          <w:sz w:val="22"/>
        </w:rPr>
        <w:t>D. quái vật</w:t>
      </w:r>
    </w:p>
    <w:p/>
    <w:p>
      <w:r>
        <w:rPr>
          <w:b/>
          <w:sz w:val="24"/>
        </w:rPr>
        <w:t>Câu 7: What does 'prison' mean?</w:t>
      </w:r>
    </w:p>
    <w:p>
      <w:pPr>
        <w:pStyle w:val="ListParagraph"/>
      </w:pPr>
      <w:r>
        <w:rPr>
          <w:sz w:val="22"/>
        </w:rPr>
        <w:t>A. tù</w:t>
      </w:r>
    </w:p>
    <w:p>
      <w:pPr>
        <w:pStyle w:val="ListParagraph"/>
      </w:pPr>
      <w:r>
        <w:rPr>
          <w:sz w:val="22"/>
        </w:rPr>
        <w:t>B. người lính</w:t>
      </w:r>
    </w:p>
    <w:p>
      <w:pPr>
        <w:pStyle w:val="ListParagraph"/>
      </w:pPr>
      <w:r>
        <w:rPr>
          <w:sz w:val="22"/>
        </w:rPr>
        <w:t>C. quái vật</w:t>
      </w:r>
    </w:p>
    <w:p>
      <w:pPr>
        <w:pStyle w:val="ListParagraph"/>
      </w:pPr>
      <w:r>
        <w:rPr>
          <w:sz w:val="22"/>
        </w:rPr>
        <w:t>D. sự nghiệp</w:t>
      </w:r>
    </w:p>
    <w:p/>
    <w:p>
      <w:r>
        <w:rPr>
          <w:b/>
          <w:sz w:val="24"/>
        </w:rPr>
        <w:t>Câu 8: What does 'character' mean?</w:t>
      </w:r>
    </w:p>
    <w:p>
      <w:pPr>
        <w:pStyle w:val="ListParagraph"/>
      </w:pPr>
      <w:r>
        <w:rPr>
          <w:sz w:val="22"/>
        </w:rPr>
        <w:t>A. nhân vật, tính cách</w:t>
      </w:r>
    </w:p>
    <w:p>
      <w:pPr>
        <w:pStyle w:val="ListParagraph"/>
      </w:pPr>
      <w:r>
        <w:rPr>
          <w:sz w:val="22"/>
        </w:rPr>
        <w:t>B. người lùn</w:t>
      </w:r>
    </w:p>
    <w:p>
      <w:pPr>
        <w:pStyle w:val="ListParagraph"/>
      </w:pPr>
      <w:r>
        <w:rPr>
          <w:sz w:val="22"/>
        </w:rPr>
        <w:t>C. quái vật</w:t>
      </w:r>
    </w:p>
    <w:p>
      <w:pPr>
        <w:pStyle w:val="ListParagraph"/>
      </w:pPr>
      <w:r>
        <w:rPr>
          <w:sz w:val="22"/>
        </w:rPr>
        <w:t>D. nữ hoàng</w:t>
      </w:r>
    </w:p>
    <w:p/>
    <w:p>
      <w:r>
        <w:rPr>
          <w:b/>
          <w:sz w:val="24"/>
        </w:rPr>
        <w:t>Câu 9: What does 'dwarf' mean?</w:t>
      </w:r>
    </w:p>
    <w:p>
      <w:pPr>
        <w:pStyle w:val="ListParagraph"/>
      </w:pPr>
      <w:r>
        <w:rPr>
          <w:sz w:val="22"/>
        </w:rPr>
        <w:t>A. người lùn</w:t>
      </w:r>
    </w:p>
    <w:p>
      <w:pPr>
        <w:pStyle w:val="ListParagraph"/>
      </w:pPr>
      <w:r>
        <w:rPr>
          <w:sz w:val="22"/>
        </w:rPr>
        <w:t>B. quái vật</w:t>
      </w:r>
    </w:p>
    <w:p>
      <w:pPr>
        <w:pStyle w:val="ListParagraph"/>
      </w:pPr>
      <w:r>
        <w:rPr>
          <w:sz w:val="22"/>
        </w:rPr>
        <w:t>C. nhân vật</w:t>
      </w:r>
    </w:p>
    <w:p>
      <w:pPr>
        <w:pStyle w:val="ListParagraph"/>
      </w:pPr>
      <w:r>
        <w:rPr>
          <w:sz w:val="22"/>
        </w:rPr>
        <w:t>D. người lính</w:t>
      </w:r>
    </w:p>
    <w:p/>
    <w:p>
      <w:r>
        <w:rPr>
          <w:b/>
          <w:sz w:val="24"/>
        </w:rPr>
        <w:t>Câu 10: What does 'beast' mean?</w:t>
      </w:r>
    </w:p>
    <w:p>
      <w:pPr>
        <w:pStyle w:val="ListParagraph"/>
      </w:pPr>
      <w:r>
        <w:rPr>
          <w:sz w:val="22"/>
        </w:rPr>
        <w:t>A. quái vật</w:t>
      </w:r>
    </w:p>
    <w:p>
      <w:pPr>
        <w:pStyle w:val="ListParagraph"/>
      </w:pPr>
      <w:r>
        <w:rPr>
          <w:sz w:val="22"/>
        </w:rPr>
        <w:t>B. người lùn</w:t>
      </w:r>
    </w:p>
    <w:p>
      <w:pPr>
        <w:pStyle w:val="ListParagraph"/>
      </w:pPr>
      <w:r>
        <w:rPr>
          <w:sz w:val="22"/>
        </w:rPr>
        <w:t>C. nhân vật</w:t>
      </w:r>
    </w:p>
    <w:p>
      <w:pPr>
        <w:pStyle w:val="ListParagraph"/>
      </w:pPr>
      <w:r>
        <w:rPr>
          <w:sz w:val="22"/>
        </w:rPr>
        <w:t>D. người lính</w:t>
      </w:r>
    </w:p>
    <w:p/>
    <w:p>
      <w:r>
        <w:rPr>
          <w:b/>
          <w:sz w:val="24"/>
        </w:rPr>
        <w:t>Câu 11: What does 'continue' mean?</w:t>
      </w:r>
    </w:p>
    <w:p>
      <w:pPr>
        <w:pStyle w:val="ListParagraph"/>
      </w:pPr>
      <w:r>
        <w:rPr>
          <w:sz w:val="22"/>
        </w:rPr>
        <w:t>A. tiếp tục</w:t>
      </w:r>
    </w:p>
    <w:p>
      <w:pPr>
        <w:pStyle w:val="ListParagraph"/>
      </w:pPr>
      <w:r>
        <w:rPr>
          <w:sz w:val="22"/>
        </w:rPr>
        <w:t>B. di chuyển</w:t>
      </w:r>
    </w:p>
    <w:p>
      <w:pPr>
        <w:pStyle w:val="ListParagraph"/>
      </w:pPr>
      <w:r>
        <w:rPr>
          <w:sz w:val="22"/>
        </w:rPr>
        <w:t>C. tạo ra</w:t>
      </w:r>
    </w:p>
    <w:p>
      <w:pPr>
        <w:pStyle w:val="ListParagraph"/>
      </w:pPr>
      <w:r>
        <w:rPr>
          <w:sz w:val="22"/>
        </w:rPr>
        <w:t>D. cải thiện</w:t>
      </w:r>
    </w:p>
    <w:p/>
    <w:p>
      <w:r>
        <w:rPr>
          <w:b/>
          <w:sz w:val="24"/>
        </w:rPr>
        <w:t>Câu 12: What does 'success' mean?</w:t>
      </w:r>
    </w:p>
    <w:p>
      <w:pPr>
        <w:pStyle w:val="ListParagraph"/>
      </w:pPr>
      <w:r>
        <w:rPr>
          <w:sz w:val="22"/>
        </w:rPr>
        <w:t>A. thành công</w:t>
      </w:r>
    </w:p>
    <w:p>
      <w:pPr>
        <w:pStyle w:val="ListParagraph"/>
      </w:pPr>
      <w:r>
        <w:rPr>
          <w:sz w:val="22"/>
        </w:rPr>
        <w:t>B. thành tựu</w:t>
      </w:r>
    </w:p>
    <w:p>
      <w:pPr>
        <w:pStyle w:val="ListParagraph"/>
      </w:pPr>
      <w:r>
        <w:rPr>
          <w:sz w:val="22"/>
        </w:rPr>
        <w:t>C. sự phát triển</w:t>
      </w:r>
    </w:p>
    <w:p>
      <w:pPr>
        <w:pStyle w:val="ListParagraph"/>
      </w:pPr>
      <w:r>
        <w:rPr>
          <w:sz w:val="22"/>
        </w:rPr>
        <w:t>D. giải thưởng</w:t>
      </w:r>
    </w:p>
    <w:p/>
    <w:p>
      <w:r>
        <w:rPr>
          <w:b/>
          <w:sz w:val="24"/>
        </w:rPr>
        <w:t>Câu 13: What does 'move' mean?</w:t>
      </w:r>
    </w:p>
    <w:p>
      <w:pPr>
        <w:pStyle w:val="ListParagraph"/>
      </w:pPr>
      <w:r>
        <w:rPr>
          <w:sz w:val="22"/>
        </w:rPr>
        <w:t>A. di chuyển</w:t>
      </w:r>
    </w:p>
    <w:p>
      <w:pPr>
        <w:pStyle w:val="ListParagraph"/>
      </w:pPr>
      <w:r>
        <w:rPr>
          <w:sz w:val="22"/>
        </w:rPr>
        <w:t>B. tiếp tục</w:t>
      </w:r>
    </w:p>
    <w:p>
      <w:pPr>
        <w:pStyle w:val="ListParagraph"/>
      </w:pPr>
      <w:r>
        <w:rPr>
          <w:sz w:val="22"/>
        </w:rPr>
        <w:t>C. tạo ra</w:t>
      </w:r>
    </w:p>
    <w:p>
      <w:pPr>
        <w:pStyle w:val="ListParagraph"/>
      </w:pPr>
      <w:r>
        <w:rPr>
          <w:sz w:val="22"/>
        </w:rPr>
        <w:t>D. thiết kế</w:t>
      </w:r>
    </w:p>
    <w:p/>
    <w:p>
      <w:r>
        <w:rPr>
          <w:b/>
          <w:sz w:val="24"/>
        </w:rPr>
        <w:t>Câu 14: What does 'career' mean?</w:t>
      </w:r>
    </w:p>
    <w:p>
      <w:pPr>
        <w:pStyle w:val="ListParagraph"/>
      </w:pPr>
      <w:r>
        <w:rPr>
          <w:sz w:val="22"/>
        </w:rPr>
        <w:t>A. sự nghiệp</w:t>
      </w:r>
    </w:p>
    <w:p>
      <w:pPr>
        <w:pStyle w:val="ListParagraph"/>
      </w:pPr>
      <w:r>
        <w:rPr>
          <w:sz w:val="22"/>
        </w:rPr>
        <w:t>B. thành tựu</w:t>
      </w:r>
    </w:p>
    <w:p>
      <w:pPr>
        <w:pStyle w:val="ListParagraph"/>
      </w:pPr>
      <w:r>
        <w:rPr>
          <w:sz w:val="22"/>
        </w:rPr>
        <w:t>C. giải thưởng</w:t>
      </w:r>
    </w:p>
    <w:p>
      <w:pPr>
        <w:pStyle w:val="ListParagraph"/>
      </w:pPr>
      <w:r>
        <w:rPr>
          <w:sz w:val="22"/>
        </w:rPr>
        <w:t>D. sự phát triển</w:t>
      </w:r>
    </w:p>
    <w:p/>
    <w:p>
      <w:r>
        <w:rPr>
          <w:b/>
          <w:sz w:val="24"/>
        </w:rPr>
        <w:t>Câu 15: What does 'base on' mean?</w:t>
      </w:r>
    </w:p>
    <w:p>
      <w:pPr>
        <w:pStyle w:val="ListParagraph"/>
      </w:pPr>
      <w:r>
        <w:rPr>
          <w:sz w:val="22"/>
        </w:rPr>
        <w:t>A. dựa trên</w:t>
      </w:r>
    </w:p>
    <w:p>
      <w:pPr>
        <w:pStyle w:val="ListParagraph"/>
      </w:pPr>
      <w:r>
        <w:rPr>
          <w:sz w:val="22"/>
        </w:rPr>
        <w:t>B. được lồng tiếng</w:t>
      </w:r>
    </w:p>
    <w:p>
      <w:pPr>
        <w:pStyle w:val="ListParagraph"/>
      </w:pPr>
      <w:r>
        <w:rPr>
          <w:sz w:val="22"/>
        </w:rPr>
        <w:t>C. tạo ra</w:t>
      </w:r>
    </w:p>
    <w:p>
      <w:pPr>
        <w:pStyle w:val="ListParagraph"/>
      </w:pPr>
      <w:r>
        <w:rPr>
          <w:sz w:val="22"/>
        </w:rPr>
        <w:t>D. thiết kế</w:t>
      </w:r>
    </w:p>
    <w:p/>
    <w:p>
      <w:r>
        <w:rPr>
          <w:b/>
          <w:sz w:val="24"/>
        </w:rPr>
        <w:t>Câu 16: What does 'to be voiced' mean?</w:t>
      </w:r>
    </w:p>
    <w:p>
      <w:pPr>
        <w:pStyle w:val="ListParagraph"/>
      </w:pPr>
      <w:r>
        <w:rPr>
          <w:sz w:val="22"/>
        </w:rPr>
        <w:t>A. được lồng tiếng</w:t>
      </w:r>
    </w:p>
    <w:p>
      <w:pPr>
        <w:pStyle w:val="ListParagraph"/>
      </w:pPr>
      <w:r>
        <w:rPr>
          <w:sz w:val="22"/>
        </w:rPr>
        <w:t>B. dựa trên</w:t>
      </w:r>
    </w:p>
    <w:p>
      <w:pPr>
        <w:pStyle w:val="ListParagraph"/>
      </w:pPr>
      <w:r>
        <w:rPr>
          <w:sz w:val="22"/>
        </w:rPr>
        <w:t>C. diễn viên nổi tiếng</w:t>
      </w:r>
    </w:p>
    <w:p>
      <w:pPr>
        <w:pStyle w:val="ListParagraph"/>
      </w:pPr>
      <w:r>
        <w:rPr>
          <w:sz w:val="22"/>
        </w:rPr>
        <w:t>D. nhà sản xuất phim</w:t>
      </w:r>
    </w:p>
    <w:p/>
    <w:p>
      <w:r>
        <w:rPr>
          <w:b/>
          <w:sz w:val="24"/>
        </w:rPr>
        <w:t>Câu 17: What does 'famous actor' mean?</w:t>
      </w:r>
    </w:p>
    <w:p>
      <w:pPr>
        <w:pStyle w:val="ListParagraph"/>
      </w:pPr>
      <w:r>
        <w:rPr>
          <w:sz w:val="22"/>
        </w:rPr>
        <w:t>A. diễn viên nổi tiếng</w:t>
      </w:r>
    </w:p>
    <w:p>
      <w:pPr>
        <w:pStyle w:val="ListParagraph"/>
      </w:pPr>
      <w:r>
        <w:rPr>
          <w:sz w:val="22"/>
        </w:rPr>
        <w:t>B. người vẽ hoạt hình</w:t>
      </w:r>
    </w:p>
    <w:p>
      <w:pPr>
        <w:pStyle w:val="ListParagraph"/>
      </w:pPr>
      <w:r>
        <w:rPr>
          <w:sz w:val="22"/>
        </w:rPr>
        <w:t>C. nhà sản xuất phim</w:t>
      </w:r>
    </w:p>
    <w:p>
      <w:pPr>
        <w:pStyle w:val="ListParagraph"/>
      </w:pPr>
      <w:r>
        <w:rPr>
          <w:sz w:val="22"/>
        </w:rPr>
        <w:t>D. doanh nhân</w:t>
      </w:r>
    </w:p>
    <w:p/>
    <w:p>
      <w:r>
        <w:rPr>
          <w:b/>
          <w:sz w:val="24"/>
        </w:rPr>
        <w:t>Câu 18: What does 'popular' mean?</w:t>
      </w:r>
    </w:p>
    <w:p>
      <w:pPr>
        <w:pStyle w:val="ListParagraph"/>
      </w:pPr>
      <w:r>
        <w:rPr>
          <w:sz w:val="22"/>
        </w:rPr>
        <w:t>A. phổ biến</w:t>
      </w:r>
    </w:p>
    <w:p>
      <w:pPr>
        <w:pStyle w:val="ListParagraph"/>
      </w:pPr>
      <w:r>
        <w:rPr>
          <w:sz w:val="22"/>
        </w:rPr>
        <w:t>B. nổi tiếng</w:t>
      </w:r>
    </w:p>
    <w:p>
      <w:pPr>
        <w:pStyle w:val="ListParagraph"/>
      </w:pPr>
      <w:r>
        <w:rPr>
          <w:sz w:val="22"/>
        </w:rPr>
        <w:t>C. nhiều</w:t>
      </w:r>
    </w:p>
    <w:p>
      <w:pPr>
        <w:pStyle w:val="ListParagraph"/>
      </w:pPr>
      <w:r>
        <w:rPr>
          <w:sz w:val="22"/>
        </w:rPr>
        <w:t>D. thành công</w:t>
      </w:r>
    </w:p>
    <w:p/>
    <w:p>
      <w:r>
        <w:rPr>
          <w:b/>
          <w:sz w:val="24"/>
        </w:rPr>
        <w:t>Câu 19: What does 'several' mean?</w:t>
      </w:r>
    </w:p>
    <w:p>
      <w:pPr>
        <w:pStyle w:val="ListParagraph"/>
      </w:pPr>
      <w:r>
        <w:rPr>
          <w:sz w:val="22"/>
        </w:rPr>
        <w:t>A. nhiều</w:t>
      </w:r>
    </w:p>
    <w:p>
      <w:pPr>
        <w:pStyle w:val="ListParagraph"/>
      </w:pPr>
      <w:r>
        <w:rPr>
          <w:sz w:val="22"/>
        </w:rPr>
        <w:t>B. phổ biến</w:t>
      </w:r>
    </w:p>
    <w:p>
      <w:pPr>
        <w:pStyle w:val="ListParagraph"/>
      </w:pPr>
      <w:r>
        <w:rPr>
          <w:sz w:val="22"/>
        </w:rPr>
        <w:t>C. thành công</w:t>
      </w:r>
    </w:p>
    <w:p>
      <w:pPr>
        <w:pStyle w:val="ListParagraph"/>
      </w:pPr>
      <w:r>
        <w:rPr>
          <w:sz w:val="22"/>
        </w:rPr>
        <w:t>D. sự nghiệp</w:t>
      </w:r>
    </w:p>
    <w:p/>
    <w:p>
      <w:r>
        <w:rPr>
          <w:b/>
          <w:sz w:val="24"/>
        </w:rPr>
        <w:t>Câu 20: What does 'film industry' mean?</w:t>
      </w:r>
    </w:p>
    <w:p>
      <w:pPr>
        <w:pStyle w:val="ListParagraph"/>
      </w:pPr>
      <w:r>
        <w:rPr>
          <w:sz w:val="22"/>
        </w:rPr>
        <w:t>A. công nghiệp điện ảnh</w:t>
      </w:r>
    </w:p>
    <w:p>
      <w:pPr>
        <w:pStyle w:val="ListParagraph"/>
      </w:pPr>
      <w:r>
        <w:rPr>
          <w:sz w:val="22"/>
        </w:rPr>
        <w:t>B. công viên chủ đề</w:t>
      </w:r>
    </w:p>
    <w:p>
      <w:pPr>
        <w:pStyle w:val="ListParagraph"/>
      </w:pPr>
      <w:r>
        <w:rPr>
          <w:sz w:val="22"/>
        </w:rPr>
        <w:t>C. phim hoạt hình</w:t>
      </w:r>
    </w:p>
    <w:p>
      <w:pPr>
        <w:pStyle w:val="ListParagraph"/>
      </w:pPr>
      <w:r>
        <w:rPr>
          <w:sz w:val="22"/>
        </w:rPr>
        <w:t>D. sân khấu</w:t>
      </w:r>
    </w:p>
    <w:p/>
    <w:p>
      <w:r>
        <w:rPr>
          <w:b/>
          <w:sz w:val="24"/>
        </w:rPr>
        <w:t>Câu 21: What does 'achievement' mean?</w:t>
      </w:r>
    </w:p>
    <w:p>
      <w:pPr>
        <w:pStyle w:val="ListParagraph"/>
      </w:pPr>
      <w:r>
        <w:rPr>
          <w:sz w:val="22"/>
        </w:rPr>
        <w:t>A. thành tựu</w:t>
      </w:r>
    </w:p>
    <w:p>
      <w:pPr>
        <w:pStyle w:val="ListParagraph"/>
      </w:pPr>
      <w:r>
        <w:rPr>
          <w:sz w:val="22"/>
        </w:rPr>
        <w:t>B. thành công</w:t>
      </w:r>
    </w:p>
    <w:p>
      <w:pPr>
        <w:pStyle w:val="ListParagraph"/>
      </w:pPr>
      <w:r>
        <w:rPr>
          <w:sz w:val="22"/>
        </w:rPr>
        <w:t>C. giải thưởng</w:t>
      </w:r>
    </w:p>
    <w:p>
      <w:pPr>
        <w:pStyle w:val="ListParagraph"/>
      </w:pPr>
      <w:r>
        <w:rPr>
          <w:sz w:val="22"/>
        </w:rPr>
        <w:t>D. sự phát triển</w:t>
      </w:r>
    </w:p>
    <w:p/>
    <w:p>
      <w:r>
        <w:rPr>
          <w:b/>
          <w:sz w:val="24"/>
        </w:rPr>
        <w:t>Câu 22: What does 'create' mean?</w:t>
      </w:r>
    </w:p>
    <w:p>
      <w:pPr>
        <w:pStyle w:val="ListParagraph"/>
      </w:pPr>
      <w:r>
        <w:rPr>
          <w:sz w:val="22"/>
        </w:rPr>
        <w:t>A. tạo ra</w:t>
      </w:r>
    </w:p>
    <w:p>
      <w:pPr>
        <w:pStyle w:val="ListParagraph"/>
      </w:pPr>
      <w:r>
        <w:rPr>
          <w:sz w:val="22"/>
        </w:rPr>
        <w:t>B. thiết kế</w:t>
      </w:r>
    </w:p>
    <w:p>
      <w:pPr>
        <w:pStyle w:val="ListParagraph"/>
      </w:pPr>
      <w:r>
        <w:rPr>
          <w:sz w:val="22"/>
        </w:rPr>
        <w:t>C. cải thiện</w:t>
      </w:r>
    </w:p>
    <w:p>
      <w:pPr>
        <w:pStyle w:val="ListParagraph"/>
      </w:pPr>
      <w:r>
        <w:rPr>
          <w:sz w:val="22"/>
        </w:rPr>
        <w:t>D. mở rộng</w:t>
      </w:r>
    </w:p>
    <w:p/>
    <w:p>
      <w:r>
        <w:rPr>
          <w:b/>
          <w:sz w:val="24"/>
        </w:rPr>
        <w:t>Câu 23: What does 'stage' mean?</w:t>
      </w:r>
    </w:p>
    <w:p>
      <w:pPr>
        <w:pStyle w:val="ListParagraph"/>
      </w:pPr>
      <w:r>
        <w:rPr>
          <w:sz w:val="22"/>
        </w:rPr>
        <w:t>A. sân khấu</w:t>
      </w:r>
    </w:p>
    <w:p>
      <w:pPr>
        <w:pStyle w:val="ListParagraph"/>
      </w:pPr>
      <w:r>
        <w:rPr>
          <w:sz w:val="22"/>
        </w:rPr>
        <w:t>B. công viên chủ đề</w:t>
      </w:r>
    </w:p>
    <w:p>
      <w:pPr>
        <w:pStyle w:val="ListParagraph"/>
      </w:pPr>
      <w:r>
        <w:rPr>
          <w:sz w:val="22"/>
        </w:rPr>
        <w:t>C. phim hoạt hình</w:t>
      </w:r>
    </w:p>
    <w:p>
      <w:pPr>
        <w:pStyle w:val="ListParagraph"/>
      </w:pPr>
      <w:r>
        <w:rPr>
          <w:sz w:val="22"/>
        </w:rPr>
        <w:t>D. thiết kế</w:t>
      </w:r>
    </w:p>
    <w:p/>
    <w:p>
      <w:r>
        <w:rPr>
          <w:b/>
          <w:sz w:val="24"/>
        </w:rPr>
        <w:t>Câu 24: What does 'design' mean?</w:t>
      </w:r>
    </w:p>
    <w:p>
      <w:pPr>
        <w:pStyle w:val="ListParagraph"/>
      </w:pPr>
      <w:r>
        <w:rPr>
          <w:sz w:val="22"/>
        </w:rPr>
        <w:t>A. thiết kế</w:t>
      </w:r>
    </w:p>
    <w:p>
      <w:pPr>
        <w:pStyle w:val="ListParagraph"/>
      </w:pPr>
      <w:r>
        <w:rPr>
          <w:sz w:val="22"/>
        </w:rPr>
        <w:t>B. tạo ra</w:t>
      </w:r>
    </w:p>
    <w:p>
      <w:pPr>
        <w:pStyle w:val="ListParagraph"/>
      </w:pPr>
      <w:r>
        <w:rPr>
          <w:sz w:val="22"/>
        </w:rPr>
        <w:t>C. sân khấu</w:t>
      </w:r>
    </w:p>
    <w:p>
      <w:pPr>
        <w:pStyle w:val="ListParagraph"/>
      </w:pPr>
      <w:r>
        <w:rPr>
          <w:sz w:val="22"/>
        </w:rPr>
        <w:t>D. công viên chủ đề</w:t>
      </w:r>
    </w:p>
    <w:p/>
    <w:p>
      <w:r>
        <w:rPr>
          <w:b/>
          <w:sz w:val="24"/>
        </w:rPr>
        <w:t>Câu 25: What does 'theme park' mean?</w:t>
      </w:r>
    </w:p>
    <w:p>
      <w:pPr>
        <w:pStyle w:val="ListParagraph"/>
      </w:pPr>
      <w:r>
        <w:rPr>
          <w:sz w:val="22"/>
        </w:rPr>
        <w:t>A. công viên chủ đề</w:t>
      </w:r>
    </w:p>
    <w:p>
      <w:pPr>
        <w:pStyle w:val="ListParagraph"/>
      </w:pPr>
      <w:r>
        <w:rPr>
          <w:sz w:val="22"/>
        </w:rPr>
        <w:t>B. công nghiệp điện ảnh</w:t>
      </w:r>
    </w:p>
    <w:p>
      <w:pPr>
        <w:pStyle w:val="ListParagraph"/>
      </w:pPr>
      <w:r>
        <w:rPr>
          <w:sz w:val="22"/>
        </w:rPr>
        <w:t>C. sân khấu</w:t>
      </w:r>
    </w:p>
    <w:p>
      <w:pPr>
        <w:pStyle w:val="ListParagraph"/>
      </w:pPr>
      <w:r>
        <w:rPr>
          <w:sz w:val="22"/>
        </w:rPr>
        <w:t>D. phim hoạt hình</w:t>
      </w:r>
    </w:p>
    <w:p/>
    <w:p>
      <w:r>
        <w:rPr>
          <w:b/>
          <w:sz w:val="24"/>
        </w:rPr>
        <w:t>Câu 26: What does 'interact' mean?</w:t>
      </w:r>
    </w:p>
    <w:p>
      <w:pPr>
        <w:pStyle w:val="ListParagraph"/>
      </w:pPr>
      <w:r>
        <w:rPr>
          <w:sz w:val="22"/>
        </w:rPr>
        <w:t>A. tương tác</w:t>
      </w:r>
    </w:p>
    <w:p>
      <w:pPr>
        <w:pStyle w:val="ListParagraph"/>
      </w:pPr>
      <w:r>
        <w:rPr>
          <w:sz w:val="22"/>
        </w:rPr>
        <w:t>B. tiếp tục</w:t>
      </w:r>
    </w:p>
    <w:p>
      <w:pPr>
        <w:pStyle w:val="ListParagraph"/>
      </w:pPr>
      <w:r>
        <w:rPr>
          <w:sz w:val="22"/>
        </w:rPr>
        <w:t>C. di chuyển</w:t>
      </w:r>
    </w:p>
    <w:p>
      <w:pPr>
        <w:pStyle w:val="ListParagraph"/>
      </w:pPr>
      <w:r>
        <w:rPr>
          <w:sz w:val="22"/>
        </w:rPr>
        <w:t>D. tạo ra</w:t>
      </w:r>
    </w:p>
    <w:p/>
    <w:p>
      <w:r>
        <w:rPr>
          <w:b/>
          <w:sz w:val="24"/>
        </w:rPr>
        <w:t>Câu 27: What does 'animated cartoon' mean?</w:t>
      </w:r>
    </w:p>
    <w:p>
      <w:pPr>
        <w:pStyle w:val="ListParagraph"/>
      </w:pPr>
      <w:r>
        <w:rPr>
          <w:sz w:val="22"/>
        </w:rPr>
        <w:t>A. hoạt hình</w:t>
      </w:r>
    </w:p>
    <w:p>
      <w:pPr>
        <w:pStyle w:val="ListParagraph"/>
      </w:pPr>
      <w:r>
        <w:rPr>
          <w:sz w:val="22"/>
        </w:rPr>
        <w:t>B. phim hoạt hình</w:t>
      </w:r>
    </w:p>
    <w:p>
      <w:pPr>
        <w:pStyle w:val="ListParagraph"/>
      </w:pPr>
      <w:r>
        <w:rPr>
          <w:sz w:val="22"/>
        </w:rPr>
        <w:t>C. công viên chủ đề</w:t>
      </w:r>
    </w:p>
    <w:p>
      <w:pPr>
        <w:pStyle w:val="ListParagraph"/>
      </w:pPr>
      <w:r>
        <w:rPr>
          <w:sz w:val="22"/>
        </w:rPr>
        <w:t>D. nhân vật</w:t>
      </w:r>
    </w:p>
    <w:p/>
    <w:p>
      <w:r>
        <w:rPr>
          <w:b/>
          <w:sz w:val="24"/>
        </w:rPr>
        <w:t>Câu 28: What does 'talent' mean?</w:t>
      </w:r>
    </w:p>
    <w:p>
      <w:pPr>
        <w:pStyle w:val="ListParagraph"/>
      </w:pPr>
      <w:r>
        <w:rPr>
          <w:sz w:val="22"/>
        </w:rPr>
        <w:t>A. tài năng</w:t>
      </w:r>
    </w:p>
    <w:p>
      <w:pPr>
        <w:pStyle w:val="ListParagraph"/>
      </w:pPr>
      <w:r>
        <w:rPr>
          <w:sz w:val="22"/>
        </w:rPr>
        <w:t>B. giáo dục</w:t>
      </w:r>
    </w:p>
    <w:p>
      <w:pPr>
        <w:pStyle w:val="ListParagraph"/>
      </w:pPr>
      <w:r>
        <w:rPr>
          <w:sz w:val="22"/>
        </w:rPr>
        <w:t>C. sự nghiệp</w:t>
      </w:r>
    </w:p>
    <w:p>
      <w:pPr>
        <w:pStyle w:val="ListParagraph"/>
      </w:pPr>
      <w:r>
        <w:rPr>
          <w:sz w:val="22"/>
        </w:rPr>
        <w:t>D. thành tựu</w:t>
      </w:r>
    </w:p>
    <w:p/>
    <w:p>
      <w:r>
        <w:rPr>
          <w:b/>
          <w:sz w:val="24"/>
        </w:rPr>
        <w:t>Câu 29: What does 'education' mean?</w:t>
      </w:r>
    </w:p>
    <w:p>
      <w:pPr>
        <w:pStyle w:val="ListParagraph"/>
      </w:pPr>
      <w:r>
        <w:rPr>
          <w:sz w:val="22"/>
        </w:rPr>
        <w:t>A. giáo dục</w:t>
      </w:r>
    </w:p>
    <w:p>
      <w:pPr>
        <w:pStyle w:val="ListParagraph"/>
      </w:pPr>
      <w:r>
        <w:rPr>
          <w:sz w:val="22"/>
        </w:rPr>
        <w:t>B. tài năng</w:t>
      </w:r>
    </w:p>
    <w:p>
      <w:pPr>
        <w:pStyle w:val="ListParagraph"/>
      </w:pPr>
      <w:r>
        <w:rPr>
          <w:sz w:val="22"/>
        </w:rPr>
        <w:t>C. sự nghiệp</w:t>
      </w:r>
    </w:p>
    <w:p>
      <w:pPr>
        <w:pStyle w:val="ListParagraph"/>
      </w:pPr>
      <w:r>
        <w:rPr>
          <w:sz w:val="22"/>
        </w:rPr>
        <w:t>D. thành tựu</w:t>
      </w:r>
    </w:p>
    <w:p/>
    <w:p>
      <w:r>
        <w:rPr>
          <w:b/>
          <w:sz w:val="24"/>
        </w:rPr>
        <w:t>Câu 30: What does 'animator' mean?</w:t>
      </w:r>
    </w:p>
    <w:p>
      <w:pPr>
        <w:pStyle w:val="ListParagraph"/>
      </w:pPr>
      <w:r>
        <w:rPr>
          <w:sz w:val="22"/>
        </w:rPr>
        <w:t>A. người vẽ hoạt hình</w:t>
      </w:r>
    </w:p>
    <w:p>
      <w:pPr>
        <w:pStyle w:val="ListParagraph"/>
      </w:pPr>
      <w:r>
        <w:rPr>
          <w:sz w:val="22"/>
        </w:rPr>
        <w:t>B. nhà sản xuất phim</w:t>
      </w:r>
    </w:p>
    <w:p>
      <w:pPr>
        <w:pStyle w:val="ListParagraph"/>
      </w:pPr>
      <w:r>
        <w:rPr>
          <w:sz w:val="22"/>
        </w:rPr>
        <w:t>C. diễn viên nổi tiếng</w:t>
      </w:r>
    </w:p>
    <w:p>
      <w:pPr>
        <w:pStyle w:val="ListParagraph"/>
      </w:pPr>
      <w:r>
        <w:rPr>
          <w:sz w:val="22"/>
        </w:rPr>
        <w:t>D. doanh nhân</w:t>
      </w:r>
    </w:p>
    <w:p/>
    <w:p>
      <w:r>
        <w:rPr>
          <w:b/>
          <w:sz w:val="24"/>
        </w:rPr>
        <w:t>Câu 31: What does 'film producer' mean?</w:t>
      </w:r>
    </w:p>
    <w:p>
      <w:pPr>
        <w:pStyle w:val="ListParagraph"/>
      </w:pPr>
      <w:r>
        <w:rPr>
          <w:sz w:val="22"/>
        </w:rPr>
        <w:t>A. nhà sản xuất phim</w:t>
      </w:r>
    </w:p>
    <w:p>
      <w:pPr>
        <w:pStyle w:val="ListParagraph"/>
      </w:pPr>
      <w:r>
        <w:rPr>
          <w:sz w:val="22"/>
        </w:rPr>
        <w:t>B. người vẽ hoạt hình</w:t>
      </w:r>
    </w:p>
    <w:p>
      <w:pPr>
        <w:pStyle w:val="ListParagraph"/>
      </w:pPr>
      <w:r>
        <w:rPr>
          <w:sz w:val="22"/>
        </w:rPr>
        <w:t>C. diễn viên nổi tiếng</w:t>
      </w:r>
    </w:p>
    <w:p>
      <w:pPr>
        <w:pStyle w:val="ListParagraph"/>
      </w:pPr>
      <w:r>
        <w:rPr>
          <w:sz w:val="22"/>
        </w:rPr>
        <w:t>D. doanh nhân</w:t>
      </w:r>
    </w:p>
    <w:p/>
    <w:p>
      <w:r>
        <w:rPr>
          <w:b/>
          <w:sz w:val="24"/>
        </w:rPr>
        <w:t>Câu 32: What does 'businessman' mean?</w:t>
      </w:r>
    </w:p>
    <w:p>
      <w:pPr>
        <w:pStyle w:val="ListParagraph"/>
      </w:pPr>
      <w:r>
        <w:rPr>
          <w:sz w:val="22"/>
        </w:rPr>
        <w:t>A. doanh nhân</w:t>
      </w:r>
    </w:p>
    <w:p>
      <w:pPr>
        <w:pStyle w:val="ListParagraph"/>
      </w:pPr>
      <w:r>
        <w:rPr>
          <w:sz w:val="22"/>
        </w:rPr>
        <w:t>B. nhà sản xuất phim</w:t>
      </w:r>
    </w:p>
    <w:p>
      <w:pPr>
        <w:pStyle w:val="ListParagraph"/>
      </w:pPr>
      <w:r>
        <w:rPr>
          <w:sz w:val="22"/>
        </w:rPr>
        <w:t>C. người vẽ hoạt hình</w:t>
      </w:r>
    </w:p>
    <w:p>
      <w:pPr>
        <w:pStyle w:val="ListParagraph"/>
      </w:pPr>
      <w:r>
        <w:rPr>
          <w:sz w:val="22"/>
        </w:rPr>
        <w:t>D. diễn viên nổi tiếng</w:t>
      </w:r>
    </w:p>
    <w:p/>
    <w:p>
      <w:r>
        <w:rPr>
          <w:b/>
          <w:sz w:val="24"/>
        </w:rPr>
        <w:t>Câu 33: What does 'relatives' mean?</w:t>
      </w:r>
    </w:p>
    <w:p>
      <w:pPr>
        <w:pStyle w:val="ListParagraph"/>
      </w:pPr>
      <w:r>
        <w:rPr>
          <w:sz w:val="22"/>
        </w:rPr>
        <w:t>A. họ hàng</w:t>
      </w:r>
    </w:p>
    <w:p>
      <w:pPr>
        <w:pStyle w:val="ListParagraph"/>
      </w:pPr>
      <w:r>
        <w:rPr>
          <w:sz w:val="22"/>
        </w:rPr>
        <w:t>B. anh trai</w:t>
      </w:r>
    </w:p>
    <w:p>
      <w:pPr>
        <w:pStyle w:val="ListParagraph"/>
      </w:pPr>
      <w:r>
        <w:rPr>
          <w:sz w:val="22"/>
        </w:rPr>
        <w:t>C. em gái</w:t>
      </w:r>
    </w:p>
    <w:p>
      <w:pPr>
        <w:pStyle w:val="ListParagraph"/>
      </w:pPr>
      <w:r>
        <w:rPr>
          <w:sz w:val="22"/>
        </w:rPr>
        <w:t>D. vợ</w:t>
      </w:r>
    </w:p>
    <w:p/>
    <w:p>
      <w:r>
        <w:rPr>
          <w:b/>
          <w:sz w:val="24"/>
        </w:rPr>
        <w:t>Câu 34: What does 'older brother' mean?</w:t>
      </w:r>
    </w:p>
    <w:p>
      <w:pPr>
        <w:pStyle w:val="ListParagraph"/>
      </w:pPr>
      <w:r>
        <w:rPr>
          <w:sz w:val="22"/>
        </w:rPr>
        <w:t>A. anh trai</w:t>
      </w:r>
    </w:p>
    <w:p>
      <w:pPr>
        <w:pStyle w:val="ListParagraph"/>
      </w:pPr>
      <w:r>
        <w:rPr>
          <w:sz w:val="22"/>
        </w:rPr>
        <w:t>B. em gái</w:t>
      </w:r>
    </w:p>
    <w:p>
      <w:pPr>
        <w:pStyle w:val="ListParagraph"/>
      </w:pPr>
      <w:r>
        <w:rPr>
          <w:sz w:val="22"/>
        </w:rPr>
        <w:t>C. họ hàng</w:t>
      </w:r>
    </w:p>
    <w:p>
      <w:pPr>
        <w:pStyle w:val="ListParagraph"/>
      </w:pPr>
      <w:r>
        <w:rPr>
          <w:sz w:val="22"/>
        </w:rPr>
        <w:t>D. con gái</w:t>
      </w:r>
    </w:p>
    <w:p/>
    <w:p>
      <w:r>
        <w:rPr>
          <w:b/>
          <w:sz w:val="24"/>
        </w:rPr>
        <w:t>Câu 35: What does 'younger sister' mean?</w:t>
      </w:r>
    </w:p>
    <w:p>
      <w:pPr>
        <w:pStyle w:val="ListParagraph"/>
      </w:pPr>
      <w:r>
        <w:rPr>
          <w:sz w:val="22"/>
        </w:rPr>
        <w:t>A. em gái</w:t>
      </w:r>
    </w:p>
    <w:p>
      <w:pPr>
        <w:pStyle w:val="ListParagraph"/>
      </w:pPr>
      <w:r>
        <w:rPr>
          <w:sz w:val="22"/>
        </w:rPr>
        <w:t>B. anh trai</w:t>
      </w:r>
    </w:p>
    <w:p>
      <w:pPr>
        <w:pStyle w:val="ListParagraph"/>
      </w:pPr>
      <w:r>
        <w:rPr>
          <w:sz w:val="22"/>
        </w:rPr>
        <w:t>C. họ hàng</w:t>
      </w:r>
    </w:p>
    <w:p>
      <w:pPr>
        <w:pStyle w:val="ListParagraph"/>
      </w:pPr>
      <w:r>
        <w:rPr>
          <w:sz w:val="22"/>
        </w:rPr>
        <w:t>D. vợ</w:t>
      </w:r>
    </w:p>
    <w:p/>
    <w:p>
      <w:r>
        <w:rPr>
          <w:b/>
          <w:sz w:val="24"/>
        </w:rPr>
        <w:t>Câu 36: What does 'wife' mean?</w:t>
      </w:r>
    </w:p>
    <w:p>
      <w:pPr>
        <w:pStyle w:val="ListParagraph"/>
      </w:pPr>
      <w:r>
        <w:rPr>
          <w:sz w:val="22"/>
        </w:rPr>
        <w:t>A. vợ</w:t>
      </w:r>
    </w:p>
    <w:p>
      <w:pPr>
        <w:pStyle w:val="ListParagraph"/>
      </w:pPr>
      <w:r>
        <w:rPr>
          <w:sz w:val="22"/>
        </w:rPr>
        <w:t>B. con gái</w:t>
      </w:r>
    </w:p>
    <w:p>
      <w:pPr>
        <w:pStyle w:val="ListParagraph"/>
      </w:pPr>
      <w:r>
        <w:rPr>
          <w:sz w:val="22"/>
        </w:rPr>
        <w:t>C. em gái</w:t>
      </w:r>
    </w:p>
    <w:p>
      <w:pPr>
        <w:pStyle w:val="ListParagraph"/>
      </w:pPr>
      <w:r>
        <w:rPr>
          <w:sz w:val="22"/>
        </w:rPr>
        <w:t>D. anh trai</w:t>
      </w:r>
    </w:p>
    <w:p/>
    <w:p>
      <w:r>
        <w:rPr>
          <w:b/>
          <w:sz w:val="24"/>
        </w:rPr>
        <w:t>Câu 37: What does 'daughter' mean?</w:t>
      </w:r>
    </w:p>
    <w:p>
      <w:pPr>
        <w:pStyle w:val="ListParagraph"/>
      </w:pPr>
      <w:r>
        <w:rPr>
          <w:sz w:val="22"/>
        </w:rPr>
        <w:t>A. con gái</w:t>
      </w:r>
    </w:p>
    <w:p>
      <w:pPr>
        <w:pStyle w:val="ListParagraph"/>
      </w:pPr>
      <w:r>
        <w:rPr>
          <w:sz w:val="22"/>
        </w:rPr>
        <w:t>B. vợ</w:t>
      </w:r>
    </w:p>
    <w:p>
      <w:pPr>
        <w:pStyle w:val="ListParagraph"/>
      </w:pPr>
      <w:r>
        <w:rPr>
          <w:sz w:val="22"/>
        </w:rPr>
        <w:t>C. em gái</w:t>
      </w:r>
    </w:p>
    <w:p>
      <w:pPr>
        <w:pStyle w:val="ListParagraph"/>
      </w:pPr>
      <w:r>
        <w:rPr>
          <w:sz w:val="22"/>
        </w:rPr>
        <w:t>D. họ hàng</w:t>
      </w:r>
    </w:p>
    <w:p/>
    <w:p>
      <w:r>
        <w:rPr>
          <w:b/>
          <w:sz w:val="24"/>
        </w:rPr>
        <w:t>Câu 38: What does 'biological' mean?</w:t>
      </w:r>
    </w:p>
    <w:p>
      <w:pPr>
        <w:pStyle w:val="ListParagraph"/>
      </w:pPr>
      <w:r>
        <w:rPr>
          <w:sz w:val="22"/>
        </w:rPr>
        <w:t>A. về mặt sinh học</w:t>
      </w:r>
    </w:p>
    <w:p>
      <w:pPr>
        <w:pStyle w:val="ListParagraph"/>
      </w:pPr>
      <w:r>
        <w:rPr>
          <w:sz w:val="22"/>
        </w:rPr>
        <w:t>B. được giáo dục tốt</w:t>
      </w:r>
    </w:p>
    <w:p>
      <w:pPr>
        <w:pStyle w:val="ListParagraph"/>
      </w:pPr>
      <w:r>
        <w:rPr>
          <w:sz w:val="22"/>
        </w:rPr>
        <w:t>C. độc lập</w:t>
      </w:r>
    </w:p>
    <w:p>
      <w:pPr>
        <w:pStyle w:val="ListParagraph"/>
      </w:pPr>
      <w:r>
        <w:rPr>
          <w:sz w:val="22"/>
        </w:rPr>
        <w:t>D. thông minh</w:t>
      </w:r>
    </w:p>
    <w:p/>
    <w:p>
      <w:r>
        <w:rPr>
          <w:b/>
          <w:sz w:val="24"/>
        </w:rPr>
        <w:t>Câu 39: What does 'award' mean?</w:t>
      </w:r>
    </w:p>
    <w:p>
      <w:pPr>
        <w:pStyle w:val="ListParagraph"/>
      </w:pPr>
      <w:r>
        <w:rPr>
          <w:sz w:val="22"/>
        </w:rPr>
        <w:t>A. giải thưởng</w:t>
      </w:r>
    </w:p>
    <w:p>
      <w:pPr>
        <w:pStyle w:val="ListParagraph"/>
      </w:pPr>
      <w:r>
        <w:rPr>
          <w:sz w:val="22"/>
        </w:rPr>
        <w:t>B. thành tựu</w:t>
      </w:r>
    </w:p>
    <w:p>
      <w:pPr>
        <w:pStyle w:val="ListParagraph"/>
      </w:pPr>
      <w:r>
        <w:rPr>
          <w:sz w:val="22"/>
        </w:rPr>
        <w:t>C. thành công</w:t>
      </w:r>
    </w:p>
    <w:p>
      <w:pPr>
        <w:pStyle w:val="ListParagraph"/>
      </w:pPr>
      <w:r>
        <w:rPr>
          <w:sz w:val="22"/>
        </w:rPr>
        <w:t>D. sự phát triển</w:t>
      </w:r>
    </w:p>
    <w:p/>
    <w:p>
      <w:r>
        <w:rPr>
          <w:b/>
          <w:sz w:val="24"/>
        </w:rPr>
        <w:t>Câu 40: What does 'death' mean?</w:t>
      </w:r>
    </w:p>
    <w:p>
      <w:pPr>
        <w:pStyle w:val="ListParagraph"/>
      </w:pPr>
      <w:r>
        <w:rPr>
          <w:sz w:val="22"/>
        </w:rPr>
        <w:t>A. cái chết</w:t>
      </w:r>
    </w:p>
    <w:p>
      <w:pPr>
        <w:pStyle w:val="ListParagraph"/>
      </w:pPr>
      <w:r>
        <w:rPr>
          <w:sz w:val="22"/>
        </w:rPr>
        <w:t>B. qua đời</w:t>
      </w:r>
    </w:p>
    <w:p>
      <w:pPr>
        <w:pStyle w:val="ListParagraph"/>
      </w:pPr>
      <w:r>
        <w:rPr>
          <w:sz w:val="22"/>
        </w:rPr>
        <w:t>C. chết</w:t>
      </w:r>
    </w:p>
    <w:p>
      <w:pPr>
        <w:pStyle w:val="ListParagraph"/>
      </w:pPr>
      <w:r>
        <w:rPr>
          <w:sz w:val="22"/>
        </w:rPr>
        <w:t>D. sự sống</w:t>
      </w:r>
    </w:p>
    <w:p/>
    <w:p>
      <w:r>
        <w:rPr>
          <w:b/>
          <w:sz w:val="24"/>
        </w:rPr>
        <w:t>Câu 41: What does 'adopt' mean?</w:t>
      </w:r>
    </w:p>
    <w:p>
      <w:pPr>
        <w:pStyle w:val="ListParagraph"/>
      </w:pPr>
      <w:r>
        <w:rPr>
          <w:sz w:val="22"/>
        </w:rPr>
        <w:t>A. nhận nuôi</w:t>
      </w:r>
    </w:p>
    <w:p>
      <w:pPr>
        <w:pStyle w:val="ListParagraph"/>
      </w:pPr>
      <w:r>
        <w:rPr>
          <w:sz w:val="22"/>
        </w:rPr>
        <w:t>B. kết hôn</w:t>
      </w:r>
    </w:p>
    <w:p>
      <w:pPr>
        <w:pStyle w:val="ListParagraph"/>
      </w:pPr>
      <w:r>
        <w:rPr>
          <w:sz w:val="22"/>
        </w:rPr>
        <w:t>C. sinh ra</w:t>
      </w:r>
    </w:p>
    <w:p>
      <w:pPr>
        <w:pStyle w:val="ListParagraph"/>
      </w:pPr>
      <w:r>
        <w:rPr>
          <w:sz w:val="22"/>
        </w:rPr>
        <w:t>D. giáo dục</w:t>
      </w:r>
    </w:p>
    <w:p/>
    <w:p>
      <w:r>
        <w:rPr>
          <w:b/>
          <w:sz w:val="24"/>
        </w:rPr>
        <w:t>Câu 42: What does 'It was such a pleasure' mean?</w:t>
      </w:r>
    </w:p>
    <w:p>
      <w:pPr>
        <w:pStyle w:val="ListParagraph"/>
      </w:pPr>
      <w:r>
        <w:rPr>
          <w:sz w:val="22"/>
        </w:rPr>
        <w:t>A. thật vinh hạnh</w:t>
      </w:r>
    </w:p>
    <w:p>
      <w:pPr>
        <w:pStyle w:val="ListParagraph"/>
      </w:pPr>
      <w:r>
        <w:rPr>
          <w:sz w:val="22"/>
        </w:rPr>
        <w:t>B. thật tuyệt vời</w:t>
      </w:r>
    </w:p>
    <w:p>
      <w:pPr>
        <w:pStyle w:val="ListParagraph"/>
      </w:pPr>
      <w:r>
        <w:rPr>
          <w:sz w:val="22"/>
        </w:rPr>
        <w:t>C. thật hạnh phúc</w:t>
      </w:r>
    </w:p>
    <w:p>
      <w:pPr>
        <w:pStyle w:val="ListParagraph"/>
      </w:pPr>
      <w:r>
        <w:rPr>
          <w:sz w:val="22"/>
        </w:rPr>
        <w:t>D. tôi rất hạnh phúc</w:t>
      </w:r>
    </w:p>
    <w:p/>
    <w:p>
      <w:r>
        <w:rPr>
          <w:b/>
          <w:sz w:val="24"/>
        </w:rPr>
        <w:t>Câu 43: What does 'That's fantastic' mean?</w:t>
      </w:r>
    </w:p>
    <w:p>
      <w:pPr>
        <w:pStyle w:val="ListParagraph"/>
      </w:pPr>
      <w:r>
        <w:rPr>
          <w:sz w:val="22"/>
        </w:rPr>
        <w:t>A. thật tuyệt vời</w:t>
      </w:r>
    </w:p>
    <w:p>
      <w:pPr>
        <w:pStyle w:val="ListParagraph"/>
      </w:pPr>
      <w:r>
        <w:rPr>
          <w:sz w:val="22"/>
        </w:rPr>
        <w:t>B. thật vinh hạnh</w:t>
      </w:r>
    </w:p>
    <w:p>
      <w:pPr>
        <w:pStyle w:val="ListParagraph"/>
      </w:pPr>
      <w:r>
        <w:rPr>
          <w:sz w:val="22"/>
        </w:rPr>
        <w:t>C. thật hạnh phúc</w:t>
      </w:r>
    </w:p>
    <w:p>
      <w:pPr>
        <w:pStyle w:val="ListParagraph"/>
      </w:pPr>
      <w:r>
        <w:rPr>
          <w:sz w:val="22"/>
        </w:rPr>
        <w:t>D. tôi rất hạnh phúc</w:t>
      </w:r>
    </w:p>
    <w:p/>
    <w:p>
      <w:r>
        <w:rPr>
          <w:b/>
          <w:sz w:val="24"/>
        </w:rPr>
        <w:t>Câu 44: What does 'I'm on top of the world' mean?</w:t>
      </w:r>
    </w:p>
    <w:p>
      <w:pPr>
        <w:pStyle w:val="ListParagraph"/>
      </w:pPr>
      <w:r>
        <w:rPr>
          <w:sz w:val="22"/>
        </w:rPr>
        <w:t>A. thật hạnh phúc</w:t>
      </w:r>
    </w:p>
    <w:p>
      <w:pPr>
        <w:pStyle w:val="ListParagraph"/>
      </w:pPr>
      <w:r>
        <w:rPr>
          <w:sz w:val="22"/>
        </w:rPr>
        <w:t>B. thật tuyệt vời</w:t>
      </w:r>
    </w:p>
    <w:p>
      <w:pPr>
        <w:pStyle w:val="ListParagraph"/>
      </w:pPr>
      <w:r>
        <w:rPr>
          <w:sz w:val="22"/>
        </w:rPr>
        <w:t>C. thật vinh hạnh</w:t>
      </w:r>
    </w:p>
    <w:p>
      <w:pPr>
        <w:pStyle w:val="ListParagraph"/>
      </w:pPr>
      <w:r>
        <w:rPr>
          <w:sz w:val="22"/>
        </w:rPr>
        <w:t>D. tôi rất hạnh phúc</w:t>
      </w:r>
    </w:p>
    <w:p/>
    <w:p>
      <w:r>
        <w:rPr>
          <w:b/>
          <w:sz w:val="24"/>
        </w:rPr>
        <w:t>Câu 45: What does 'I am so happy' mean?</w:t>
      </w:r>
    </w:p>
    <w:p>
      <w:pPr>
        <w:pStyle w:val="ListParagraph"/>
      </w:pPr>
      <w:r>
        <w:rPr>
          <w:sz w:val="22"/>
        </w:rPr>
        <w:t>A. tôi rất hạnh phúc</w:t>
      </w:r>
    </w:p>
    <w:p>
      <w:pPr>
        <w:pStyle w:val="ListParagraph"/>
      </w:pPr>
      <w:r>
        <w:rPr>
          <w:sz w:val="22"/>
        </w:rPr>
        <w:t>B. thật hạnh phúc</w:t>
      </w:r>
    </w:p>
    <w:p>
      <w:pPr>
        <w:pStyle w:val="ListParagraph"/>
      </w:pPr>
      <w:r>
        <w:rPr>
          <w:sz w:val="22"/>
        </w:rPr>
        <w:t>C. thật tuyệt vời</w:t>
      </w:r>
    </w:p>
    <w:p>
      <w:pPr>
        <w:pStyle w:val="ListParagraph"/>
      </w:pPr>
      <w:r>
        <w:rPr>
          <w:sz w:val="22"/>
        </w:rPr>
        <w:t>D. thật vinh hạnh</w:t>
      </w:r>
    </w:p>
    <w:p/>
    <w:p>
      <w:r>
        <w:rPr>
          <w:b/>
          <w:sz w:val="24"/>
        </w:rPr>
        <w:t>Câu 46: What does 'poetry' mean?</w:t>
      </w:r>
    </w:p>
    <w:p>
      <w:pPr>
        <w:pStyle w:val="ListParagraph"/>
      </w:pPr>
      <w:r>
        <w:rPr>
          <w:sz w:val="22"/>
        </w:rPr>
        <w:t>A. thơ</w:t>
      </w:r>
    </w:p>
    <w:p>
      <w:pPr>
        <w:pStyle w:val="ListParagraph"/>
      </w:pPr>
      <w:r>
        <w:rPr>
          <w:sz w:val="22"/>
        </w:rPr>
        <w:t>B. cuộc thi</w:t>
      </w:r>
    </w:p>
    <w:p>
      <w:pPr>
        <w:pStyle w:val="ListParagraph"/>
      </w:pPr>
      <w:r>
        <w:rPr>
          <w:sz w:val="22"/>
        </w:rPr>
        <w:t>C. thuyết trình</w:t>
      </w:r>
    </w:p>
    <w:p>
      <w:pPr>
        <w:pStyle w:val="ListParagraph"/>
      </w:pPr>
      <w:r>
        <w:rPr>
          <w:sz w:val="22"/>
        </w:rPr>
        <w:t>D. bài thơ truyền cảm hứng</w:t>
      </w:r>
    </w:p>
    <w:p/>
    <w:p>
      <w:r>
        <w:rPr>
          <w:b/>
          <w:sz w:val="24"/>
        </w:rPr>
        <w:t>Câu 47: What does 'competition' mean?</w:t>
      </w:r>
    </w:p>
    <w:p>
      <w:pPr>
        <w:pStyle w:val="ListParagraph"/>
      </w:pPr>
      <w:r>
        <w:rPr>
          <w:sz w:val="22"/>
        </w:rPr>
        <w:t>A. cuộc thi</w:t>
      </w:r>
    </w:p>
    <w:p>
      <w:pPr>
        <w:pStyle w:val="ListParagraph"/>
      </w:pPr>
      <w:r>
        <w:rPr>
          <w:sz w:val="22"/>
        </w:rPr>
        <w:t>B. thơ</w:t>
      </w:r>
    </w:p>
    <w:p>
      <w:pPr>
        <w:pStyle w:val="ListParagraph"/>
      </w:pPr>
      <w:r>
        <w:rPr>
          <w:sz w:val="22"/>
        </w:rPr>
        <w:t>C. thuyết trình</w:t>
      </w:r>
    </w:p>
    <w:p>
      <w:pPr>
        <w:pStyle w:val="ListParagraph"/>
      </w:pPr>
      <w:r>
        <w:rPr>
          <w:sz w:val="22"/>
        </w:rPr>
        <w:t>D. sự kiện nói chuyện trước công chúng</w:t>
      </w:r>
    </w:p>
    <w:p/>
    <w:p>
      <w:r>
        <w:rPr>
          <w:b/>
          <w:sz w:val="24"/>
        </w:rPr>
        <w:t>Câu 48: What does 'teenager' mean?</w:t>
      </w:r>
    </w:p>
    <w:p>
      <w:pPr>
        <w:pStyle w:val="ListParagraph"/>
      </w:pPr>
      <w:r>
        <w:rPr>
          <w:sz w:val="22"/>
        </w:rPr>
        <w:t>A. thanh thiếu niên</w:t>
      </w:r>
    </w:p>
    <w:p>
      <w:pPr>
        <w:pStyle w:val="ListParagraph"/>
      </w:pPr>
      <w:r>
        <w:rPr>
          <w:sz w:val="22"/>
        </w:rPr>
        <w:t>B. người lớn</w:t>
      </w:r>
    </w:p>
    <w:p>
      <w:pPr>
        <w:pStyle w:val="ListParagraph"/>
      </w:pPr>
      <w:r>
        <w:rPr>
          <w:sz w:val="22"/>
        </w:rPr>
        <w:t>C. trẻ em</w:t>
      </w:r>
    </w:p>
    <w:p>
      <w:pPr>
        <w:pStyle w:val="ListParagraph"/>
      </w:pPr>
      <w:r>
        <w:rPr>
          <w:sz w:val="22"/>
        </w:rPr>
        <w:t>D. người lùn</w:t>
      </w:r>
    </w:p>
    <w:p/>
    <w:p>
      <w:r>
        <w:rPr>
          <w:b/>
          <w:sz w:val="24"/>
        </w:rPr>
        <w:t>Câu 49: What does 'an inspiring poem' mean?</w:t>
      </w:r>
    </w:p>
    <w:p>
      <w:pPr>
        <w:pStyle w:val="ListParagraph"/>
      </w:pPr>
      <w:r>
        <w:rPr>
          <w:sz w:val="22"/>
        </w:rPr>
        <w:t>A. một bài thơ truyền cảm hứng</w:t>
      </w:r>
    </w:p>
    <w:p>
      <w:pPr>
        <w:pStyle w:val="ListParagraph"/>
      </w:pPr>
      <w:r>
        <w:rPr>
          <w:sz w:val="22"/>
        </w:rPr>
        <w:t>B. thơ</w:t>
      </w:r>
    </w:p>
    <w:p>
      <w:pPr>
        <w:pStyle w:val="ListParagraph"/>
      </w:pPr>
      <w:r>
        <w:rPr>
          <w:sz w:val="22"/>
        </w:rPr>
        <w:t>C. cuộc thi</w:t>
      </w:r>
    </w:p>
    <w:p>
      <w:pPr>
        <w:pStyle w:val="ListParagraph"/>
      </w:pPr>
      <w:r>
        <w:rPr>
          <w:sz w:val="22"/>
        </w:rPr>
        <w:t>D. thuyết trình</w:t>
      </w:r>
    </w:p>
    <w:p/>
    <w:p>
      <w:r>
        <w:rPr>
          <w:b/>
          <w:sz w:val="24"/>
        </w:rPr>
        <w:t>Câu 50: What does 'presentation' mean?</w:t>
      </w:r>
    </w:p>
    <w:p>
      <w:pPr>
        <w:pStyle w:val="ListParagraph"/>
      </w:pPr>
      <w:r>
        <w:rPr>
          <w:sz w:val="22"/>
        </w:rPr>
        <w:t>A. thuyết trình</w:t>
      </w:r>
    </w:p>
    <w:p>
      <w:pPr>
        <w:pStyle w:val="ListParagraph"/>
      </w:pPr>
      <w:r>
        <w:rPr>
          <w:sz w:val="22"/>
        </w:rPr>
        <w:t>B. cuộc thi</w:t>
      </w:r>
    </w:p>
    <w:p>
      <w:pPr>
        <w:pStyle w:val="ListParagraph"/>
      </w:pPr>
      <w:r>
        <w:rPr>
          <w:sz w:val="22"/>
        </w:rPr>
        <w:t>C. thơ</w:t>
      </w:r>
    </w:p>
    <w:p>
      <w:pPr>
        <w:pStyle w:val="ListParagraph"/>
      </w:pPr>
      <w:r>
        <w:rPr>
          <w:sz w:val="22"/>
        </w:rPr>
        <w:t>D. sự kiện nói chuyện trước công chúng</w:t>
      </w:r>
    </w:p>
    <w:p/>
    <w:p>
      <w:r>
        <w:rPr>
          <w:b/>
          <w:sz w:val="24"/>
        </w:rPr>
        <w:t>Câu 51: What does 'a public-speaking event' mean?</w:t>
      </w:r>
    </w:p>
    <w:p>
      <w:pPr>
        <w:pStyle w:val="ListParagraph"/>
      </w:pPr>
      <w:r>
        <w:rPr>
          <w:sz w:val="22"/>
        </w:rPr>
        <w:t>A. sự kiện nói chuyện trước công chúng</w:t>
      </w:r>
    </w:p>
    <w:p>
      <w:pPr>
        <w:pStyle w:val="ListParagraph"/>
      </w:pPr>
      <w:r>
        <w:rPr>
          <w:sz w:val="22"/>
        </w:rPr>
        <w:t>B. thuyết trình</w:t>
      </w:r>
    </w:p>
    <w:p>
      <w:pPr>
        <w:pStyle w:val="ListParagraph"/>
      </w:pPr>
      <w:r>
        <w:rPr>
          <w:sz w:val="22"/>
        </w:rPr>
        <w:t>C. cuộc thi</w:t>
      </w:r>
    </w:p>
    <w:p>
      <w:pPr>
        <w:pStyle w:val="ListParagraph"/>
      </w:pPr>
      <w:r>
        <w:rPr>
          <w:sz w:val="22"/>
        </w:rPr>
        <w:t>D. thơ</w:t>
      </w:r>
    </w:p>
    <w:p/>
    <w:p>
      <w:r>
        <w:rPr>
          <w:b/>
          <w:sz w:val="24"/>
        </w:rPr>
        <w:t>Câu 52: What does 'queen' mean?</w:t>
      </w:r>
    </w:p>
    <w:p>
      <w:pPr>
        <w:pStyle w:val="ListParagraph"/>
      </w:pPr>
      <w:r>
        <w:rPr>
          <w:sz w:val="22"/>
        </w:rPr>
        <w:t>A. nữ hoàng</w:t>
      </w:r>
    </w:p>
    <w:p>
      <w:pPr>
        <w:pStyle w:val="ListParagraph"/>
      </w:pPr>
      <w:r>
        <w:rPr>
          <w:sz w:val="22"/>
        </w:rPr>
        <w:t>B. vua</w:t>
      </w:r>
    </w:p>
    <w:p>
      <w:pPr>
        <w:pStyle w:val="ListParagraph"/>
      </w:pPr>
      <w:r>
        <w:rPr>
          <w:sz w:val="22"/>
        </w:rPr>
        <w:t>C. công chúa</w:t>
      </w:r>
    </w:p>
    <w:p>
      <w:pPr>
        <w:pStyle w:val="ListParagraph"/>
      </w:pPr>
      <w:r>
        <w:rPr>
          <w:sz w:val="22"/>
        </w:rPr>
        <w:t>D. hoàng hậu</w:t>
      </w:r>
    </w:p>
    <w:p/>
    <w:p>
      <w:r>
        <w:rPr>
          <w:b/>
          <w:sz w:val="24"/>
        </w:rPr>
        <w:t>Câu 53: What does 'rule' mean?</w:t>
      </w:r>
    </w:p>
    <w:p>
      <w:pPr>
        <w:pStyle w:val="ListParagraph"/>
      </w:pPr>
      <w:r>
        <w:rPr>
          <w:sz w:val="22"/>
        </w:rPr>
        <w:t>A. cai trị</w:t>
      </w:r>
    </w:p>
    <w:p>
      <w:pPr>
        <w:pStyle w:val="ListParagraph"/>
      </w:pPr>
      <w:r>
        <w:rPr>
          <w:sz w:val="22"/>
        </w:rPr>
        <w:t>B. lịch sử</w:t>
      </w:r>
    </w:p>
    <w:p>
      <w:pPr>
        <w:pStyle w:val="ListParagraph"/>
      </w:pPr>
      <w:r>
        <w:rPr>
          <w:sz w:val="22"/>
        </w:rPr>
        <w:t>C. độc lập</w:t>
      </w:r>
    </w:p>
    <w:p>
      <w:pPr>
        <w:pStyle w:val="ListParagraph"/>
      </w:pPr>
      <w:r>
        <w:rPr>
          <w:sz w:val="22"/>
        </w:rPr>
        <w:t>D. đế chế</w:t>
      </w:r>
    </w:p>
    <w:p/>
    <w:p>
      <w:r>
        <w:rPr>
          <w:b/>
          <w:sz w:val="24"/>
        </w:rPr>
        <w:t>Câu 54: What does 'history' mean?</w:t>
      </w:r>
    </w:p>
    <w:p>
      <w:pPr>
        <w:pStyle w:val="ListParagraph"/>
      </w:pPr>
      <w:r>
        <w:rPr>
          <w:sz w:val="22"/>
        </w:rPr>
        <w:t>A. lịch sử</w:t>
      </w:r>
    </w:p>
    <w:p>
      <w:pPr>
        <w:pStyle w:val="ListParagraph"/>
      </w:pPr>
      <w:r>
        <w:rPr>
          <w:sz w:val="22"/>
        </w:rPr>
        <w:t>B. địa lý</w:t>
      </w:r>
    </w:p>
    <w:p>
      <w:pPr>
        <w:pStyle w:val="ListParagraph"/>
      </w:pPr>
      <w:r>
        <w:rPr>
          <w:sz w:val="22"/>
        </w:rPr>
        <w:t>C. văn học</w:t>
      </w:r>
    </w:p>
    <w:p>
      <w:pPr>
        <w:pStyle w:val="ListParagraph"/>
      </w:pPr>
      <w:r>
        <w:rPr>
          <w:sz w:val="22"/>
        </w:rPr>
        <w:t>D. toán học</w:t>
      </w:r>
    </w:p>
    <w:p/>
    <w:p>
      <w:r>
        <w:rPr>
          <w:b/>
          <w:sz w:val="24"/>
        </w:rPr>
        <w:t>Câu 55: What does 'Ancient Egypt' mean?</w:t>
      </w:r>
    </w:p>
    <w:p>
      <w:pPr>
        <w:pStyle w:val="ListParagraph"/>
      </w:pPr>
      <w:r>
        <w:rPr>
          <w:sz w:val="22"/>
        </w:rPr>
        <w:t>A. Ai Cập cổ đại</w:t>
      </w:r>
    </w:p>
    <w:p>
      <w:pPr>
        <w:pStyle w:val="ListParagraph"/>
      </w:pPr>
      <w:r>
        <w:rPr>
          <w:sz w:val="22"/>
        </w:rPr>
        <w:t>B. lịch sử nước Anh</w:t>
      </w:r>
    </w:p>
    <w:p>
      <w:pPr>
        <w:pStyle w:val="ListParagraph"/>
      </w:pPr>
      <w:r>
        <w:rPr>
          <w:sz w:val="22"/>
        </w:rPr>
        <w:t>C. đế chế</w:t>
      </w:r>
    </w:p>
    <w:p>
      <w:pPr>
        <w:pStyle w:val="ListParagraph"/>
      </w:pPr>
      <w:r>
        <w:rPr>
          <w:sz w:val="22"/>
        </w:rPr>
        <w:t>D. nữ hoàng</w:t>
      </w:r>
    </w:p>
    <w:p/>
    <w:p>
      <w:r>
        <w:rPr>
          <w:b/>
          <w:sz w:val="24"/>
        </w:rPr>
        <w:t>Câu 56: What does 'determination' mean?</w:t>
      </w:r>
    </w:p>
    <w:p>
      <w:pPr>
        <w:pStyle w:val="ListParagraph"/>
      </w:pPr>
      <w:r>
        <w:rPr>
          <w:sz w:val="22"/>
        </w:rPr>
        <w:t>A. sự quyết tâm</w:t>
      </w:r>
    </w:p>
    <w:p>
      <w:pPr>
        <w:pStyle w:val="ListParagraph"/>
      </w:pPr>
      <w:r>
        <w:rPr>
          <w:sz w:val="22"/>
        </w:rPr>
        <w:t>B. sự thông minh</w:t>
      </w:r>
    </w:p>
    <w:p>
      <w:pPr>
        <w:pStyle w:val="ListParagraph"/>
      </w:pPr>
      <w:r>
        <w:rPr>
          <w:sz w:val="22"/>
        </w:rPr>
        <w:t>C. sắc đẹp</w:t>
      </w:r>
    </w:p>
    <w:p>
      <w:pPr>
        <w:pStyle w:val="ListParagraph"/>
      </w:pPr>
      <w:r>
        <w:rPr>
          <w:sz w:val="22"/>
        </w:rPr>
        <w:t>D. sự phát triển</w:t>
      </w:r>
    </w:p>
    <w:p/>
    <w:p>
      <w:r>
        <w:rPr>
          <w:b/>
          <w:sz w:val="24"/>
        </w:rPr>
        <w:t>Câu 57: What does 'beauty' mean?</w:t>
      </w:r>
    </w:p>
    <w:p>
      <w:pPr>
        <w:pStyle w:val="ListParagraph"/>
      </w:pPr>
      <w:r>
        <w:rPr>
          <w:sz w:val="22"/>
        </w:rPr>
        <w:t>A. sắc đẹp</w:t>
      </w:r>
    </w:p>
    <w:p>
      <w:pPr>
        <w:pStyle w:val="ListParagraph"/>
      </w:pPr>
      <w:r>
        <w:rPr>
          <w:sz w:val="22"/>
        </w:rPr>
        <w:t>B. sự quyết tâm</w:t>
      </w:r>
    </w:p>
    <w:p>
      <w:pPr>
        <w:pStyle w:val="ListParagraph"/>
      </w:pPr>
      <w:r>
        <w:rPr>
          <w:sz w:val="22"/>
        </w:rPr>
        <w:t>C. sự thông minh</w:t>
      </w:r>
    </w:p>
    <w:p>
      <w:pPr>
        <w:pStyle w:val="ListParagraph"/>
      </w:pPr>
      <w:r>
        <w:rPr>
          <w:sz w:val="22"/>
        </w:rPr>
        <w:t>D. giáo dục</w:t>
      </w:r>
    </w:p>
    <w:p/>
    <w:p>
      <w:r>
        <w:rPr>
          <w:b/>
          <w:sz w:val="24"/>
        </w:rPr>
        <w:t>Câu 58: What does 'well-educated' mean?</w:t>
      </w:r>
    </w:p>
    <w:p>
      <w:pPr>
        <w:pStyle w:val="ListParagraph"/>
      </w:pPr>
      <w:r>
        <w:rPr>
          <w:sz w:val="22"/>
        </w:rPr>
        <w:t>A. được giáo dục tốt</w:t>
      </w:r>
    </w:p>
    <w:p>
      <w:pPr>
        <w:pStyle w:val="ListParagraph"/>
      </w:pPr>
      <w:r>
        <w:rPr>
          <w:sz w:val="22"/>
        </w:rPr>
        <w:t>B. giáo dục</w:t>
      </w:r>
    </w:p>
    <w:p>
      <w:pPr>
        <w:pStyle w:val="ListParagraph"/>
      </w:pPr>
      <w:r>
        <w:rPr>
          <w:sz w:val="22"/>
        </w:rPr>
        <w:t>C. thông minh</w:t>
      </w:r>
    </w:p>
    <w:p>
      <w:pPr>
        <w:pStyle w:val="ListParagraph"/>
      </w:pPr>
      <w:r>
        <w:rPr>
          <w:sz w:val="22"/>
        </w:rPr>
        <w:t>D. tài năng</w:t>
      </w:r>
    </w:p>
    <w:p/>
    <w:p>
      <w:r>
        <w:rPr>
          <w:b/>
          <w:sz w:val="24"/>
        </w:rPr>
        <w:t>Câu 59: What does 'empire' mean?</w:t>
      </w:r>
    </w:p>
    <w:p>
      <w:pPr>
        <w:pStyle w:val="ListParagraph"/>
      </w:pPr>
      <w:r>
        <w:rPr>
          <w:sz w:val="22"/>
        </w:rPr>
        <w:t>A. đế chế</w:t>
      </w:r>
    </w:p>
    <w:p>
      <w:pPr>
        <w:pStyle w:val="ListParagraph"/>
      </w:pPr>
      <w:r>
        <w:rPr>
          <w:sz w:val="22"/>
        </w:rPr>
        <w:t>B. đất nước</w:t>
      </w:r>
    </w:p>
    <w:p>
      <w:pPr>
        <w:pStyle w:val="ListParagraph"/>
      </w:pPr>
      <w:r>
        <w:rPr>
          <w:sz w:val="22"/>
        </w:rPr>
        <w:t>C. vương quốc</w:t>
      </w:r>
    </w:p>
    <w:p>
      <w:pPr>
        <w:pStyle w:val="ListParagraph"/>
      </w:pPr>
      <w:r>
        <w:rPr>
          <w:sz w:val="22"/>
        </w:rPr>
        <w:t>D. lịch sử</w:t>
      </w:r>
    </w:p>
    <w:p/>
    <w:p>
      <w:r>
        <w:rPr>
          <w:b/>
          <w:sz w:val="24"/>
        </w:rPr>
        <w:t>Câu 60: What does 'independent' mean?</w:t>
      </w:r>
    </w:p>
    <w:p>
      <w:pPr>
        <w:pStyle w:val="ListParagraph"/>
      </w:pPr>
      <w:r>
        <w:rPr>
          <w:sz w:val="22"/>
        </w:rPr>
        <w:t>A. độc lập</w:t>
      </w:r>
    </w:p>
    <w:p>
      <w:pPr>
        <w:pStyle w:val="ListParagraph"/>
      </w:pPr>
      <w:r>
        <w:rPr>
          <w:sz w:val="22"/>
        </w:rPr>
        <w:t>B. phụ thuộc</w:t>
      </w:r>
    </w:p>
    <w:p>
      <w:pPr>
        <w:pStyle w:val="ListParagraph"/>
      </w:pPr>
      <w:r>
        <w:rPr>
          <w:sz w:val="22"/>
        </w:rPr>
        <w:t>C. tự do</w:t>
      </w:r>
    </w:p>
    <w:p>
      <w:pPr>
        <w:pStyle w:val="ListParagraph"/>
      </w:pPr>
      <w:r>
        <w:rPr>
          <w:sz w:val="22"/>
        </w:rPr>
        <w:t>D. mạnh mẽ</w:t>
      </w:r>
    </w:p>
    <w:p/>
    <w:p>
      <w:r>
        <w:rPr>
          <w:b/>
          <w:sz w:val="24"/>
        </w:rPr>
        <w:t>Câu 61: What does 'intelligence' mean?</w:t>
      </w:r>
    </w:p>
    <w:p>
      <w:pPr>
        <w:pStyle w:val="ListParagraph"/>
      </w:pPr>
      <w:r>
        <w:rPr>
          <w:sz w:val="22"/>
        </w:rPr>
        <w:t>A. sự thông minh</w:t>
      </w:r>
    </w:p>
    <w:p>
      <w:pPr>
        <w:pStyle w:val="ListParagraph"/>
      </w:pPr>
      <w:r>
        <w:rPr>
          <w:sz w:val="22"/>
        </w:rPr>
        <w:t>B. sự quyết tâm</w:t>
      </w:r>
    </w:p>
    <w:p>
      <w:pPr>
        <w:pStyle w:val="ListParagraph"/>
      </w:pPr>
      <w:r>
        <w:rPr>
          <w:sz w:val="22"/>
        </w:rPr>
        <w:t>C. sắc đẹp</w:t>
      </w:r>
    </w:p>
    <w:p>
      <w:pPr>
        <w:pStyle w:val="ListParagraph"/>
      </w:pPr>
      <w:r>
        <w:rPr>
          <w:sz w:val="22"/>
        </w:rPr>
        <w:t>D. tài năng</w:t>
      </w:r>
    </w:p>
    <w:p/>
    <w:p>
      <w:r>
        <w:rPr>
          <w:b/>
          <w:sz w:val="24"/>
        </w:rPr>
        <w:t>Câu 62: What does 'translate' mean?</w:t>
      </w:r>
    </w:p>
    <w:p>
      <w:pPr>
        <w:pStyle w:val="ListParagraph"/>
      </w:pPr>
      <w:r>
        <w:rPr>
          <w:sz w:val="22"/>
        </w:rPr>
        <w:t>A. dịch</w:t>
      </w:r>
    </w:p>
    <w:p>
      <w:pPr>
        <w:pStyle w:val="ListParagraph"/>
      </w:pPr>
      <w:r>
        <w:rPr>
          <w:sz w:val="22"/>
        </w:rPr>
        <w:t>B. viết</w:t>
      </w:r>
    </w:p>
    <w:p>
      <w:pPr>
        <w:pStyle w:val="ListParagraph"/>
      </w:pPr>
      <w:r>
        <w:rPr>
          <w:sz w:val="22"/>
        </w:rPr>
        <w:t>C. đọc</w:t>
      </w:r>
    </w:p>
    <w:p>
      <w:pPr>
        <w:pStyle w:val="ListParagraph"/>
      </w:pPr>
      <w:r>
        <w:rPr>
          <w:sz w:val="22"/>
        </w:rPr>
        <w:t>D. nói</w:t>
      </w:r>
    </w:p>
    <w:p/>
    <w:p>
      <w:r>
        <w:rPr>
          <w:b/>
          <w:sz w:val="24"/>
        </w:rPr>
        <w:t>Câu 63: What does 'lengthy text' mean?</w:t>
      </w:r>
    </w:p>
    <w:p>
      <w:pPr>
        <w:pStyle w:val="ListParagraph"/>
      </w:pPr>
      <w:r>
        <w:rPr>
          <w:sz w:val="22"/>
        </w:rPr>
        <w:t>A. văn bản dài</w:t>
      </w:r>
    </w:p>
    <w:p>
      <w:pPr>
        <w:pStyle w:val="ListParagraph"/>
      </w:pPr>
      <w:r>
        <w:rPr>
          <w:sz w:val="22"/>
        </w:rPr>
        <w:t>B. văn bản ngắn</w:t>
      </w:r>
    </w:p>
    <w:p>
      <w:pPr>
        <w:pStyle w:val="ListParagraph"/>
      </w:pPr>
      <w:r>
        <w:rPr>
          <w:sz w:val="22"/>
        </w:rPr>
        <w:t>C. tiểu sử</w:t>
      </w:r>
    </w:p>
    <w:p>
      <w:pPr>
        <w:pStyle w:val="ListParagraph"/>
      </w:pPr>
      <w:r>
        <w:rPr>
          <w:sz w:val="22"/>
        </w:rPr>
        <w:t>D. câu chuyện bằng hình ảnh</w:t>
      </w:r>
    </w:p>
    <w:p/>
    <w:p>
      <w:r>
        <w:rPr>
          <w:b/>
          <w:sz w:val="24"/>
        </w:rPr>
        <w:t>Câu 64: What does 'to be considered' mean?</w:t>
      </w:r>
    </w:p>
    <w:p>
      <w:pPr>
        <w:pStyle w:val="ListParagraph"/>
      </w:pPr>
      <w:r>
        <w:rPr>
          <w:sz w:val="22"/>
        </w:rPr>
        <w:t>A. được coi là</w:t>
      </w:r>
    </w:p>
    <w:p>
      <w:pPr>
        <w:pStyle w:val="ListParagraph"/>
      </w:pPr>
      <w:r>
        <w:rPr>
          <w:sz w:val="22"/>
        </w:rPr>
        <w:t>B. được lồng tiếng</w:t>
      </w:r>
    </w:p>
    <w:p>
      <w:pPr>
        <w:pStyle w:val="ListParagraph"/>
      </w:pPr>
      <w:r>
        <w:rPr>
          <w:sz w:val="22"/>
        </w:rPr>
        <w:t>C. được giáo dục tốt</w:t>
      </w:r>
    </w:p>
    <w:p>
      <w:pPr>
        <w:pStyle w:val="ListParagraph"/>
      </w:pPr>
      <w:r>
        <w:rPr>
          <w:sz w:val="22"/>
        </w:rPr>
        <w:t>D. được nhận nuôi</w:t>
      </w:r>
    </w:p>
    <w:p/>
    <w:p>
      <w:r>
        <w:rPr>
          <w:b/>
          <w:sz w:val="24"/>
        </w:rPr>
        <w:t>Câu 65: What does 'British history' mean?</w:t>
      </w:r>
    </w:p>
    <w:p>
      <w:pPr>
        <w:pStyle w:val="ListParagraph"/>
      </w:pPr>
      <w:r>
        <w:rPr>
          <w:sz w:val="22"/>
        </w:rPr>
        <w:t>A. lịch sử nước Anh</w:t>
      </w:r>
    </w:p>
    <w:p>
      <w:pPr>
        <w:pStyle w:val="ListParagraph"/>
      </w:pPr>
      <w:r>
        <w:rPr>
          <w:sz w:val="22"/>
        </w:rPr>
        <w:t>B. lịch sử</w:t>
      </w:r>
    </w:p>
    <w:p>
      <w:pPr>
        <w:pStyle w:val="ListParagraph"/>
      </w:pPr>
      <w:r>
        <w:rPr>
          <w:sz w:val="22"/>
        </w:rPr>
        <w:t>C. Ai Cập cổ đại</w:t>
      </w:r>
    </w:p>
    <w:p>
      <w:pPr>
        <w:pStyle w:val="ListParagraph"/>
      </w:pPr>
      <w:r>
        <w:rPr>
          <w:sz w:val="22"/>
        </w:rPr>
        <w:t>D. đế chế</w:t>
      </w:r>
    </w:p>
    <w:p/>
    <w:p>
      <w:r>
        <w:rPr>
          <w:b/>
          <w:sz w:val="24"/>
        </w:rPr>
        <w:t>Câu 66: What does 'defeat' mean?</w:t>
      </w:r>
    </w:p>
    <w:p>
      <w:pPr>
        <w:pStyle w:val="ListParagraph"/>
      </w:pPr>
      <w:r>
        <w:rPr>
          <w:sz w:val="22"/>
        </w:rPr>
        <w:t>A. đánh bại</w:t>
      </w:r>
    </w:p>
    <w:p>
      <w:pPr>
        <w:pStyle w:val="ListParagraph"/>
      </w:pPr>
      <w:r>
        <w:rPr>
          <w:sz w:val="22"/>
        </w:rPr>
        <w:t>B. chiến thắng</w:t>
      </w:r>
    </w:p>
    <w:p>
      <w:pPr>
        <w:pStyle w:val="ListParagraph"/>
      </w:pPr>
      <w:r>
        <w:rPr>
          <w:sz w:val="22"/>
        </w:rPr>
        <w:t>C. tấn công</w:t>
      </w:r>
    </w:p>
    <w:p>
      <w:pPr>
        <w:pStyle w:val="ListParagraph"/>
      </w:pPr>
      <w:r>
        <w:rPr>
          <w:sz w:val="22"/>
        </w:rPr>
        <w:t>D. bảo vệ</w:t>
      </w:r>
    </w:p>
    <w:p/>
    <w:p>
      <w:r>
        <w:rPr>
          <w:b/>
          <w:sz w:val="24"/>
        </w:rPr>
        <w:t>Câu 67: What does 'powerful' mean?</w:t>
      </w:r>
    </w:p>
    <w:p>
      <w:pPr>
        <w:pStyle w:val="ListParagraph"/>
      </w:pPr>
      <w:r>
        <w:rPr>
          <w:sz w:val="22"/>
        </w:rPr>
        <w:t>A. mạnh mẽ</w:t>
      </w:r>
    </w:p>
    <w:p>
      <w:pPr>
        <w:pStyle w:val="ListParagraph"/>
      </w:pPr>
      <w:r>
        <w:rPr>
          <w:sz w:val="22"/>
        </w:rPr>
        <w:t>B. yếu ớt</w:t>
      </w:r>
    </w:p>
    <w:p>
      <w:pPr>
        <w:pStyle w:val="ListParagraph"/>
      </w:pPr>
      <w:r>
        <w:rPr>
          <w:sz w:val="22"/>
        </w:rPr>
        <w:t>C. độc lập</w:t>
      </w:r>
    </w:p>
    <w:p>
      <w:pPr>
        <w:pStyle w:val="ListParagraph"/>
      </w:pPr>
      <w:r>
        <w:rPr>
          <w:sz w:val="22"/>
        </w:rPr>
        <w:t>D. thông minh</w:t>
      </w:r>
    </w:p>
    <w:p/>
    <w:p>
      <w:r>
        <w:rPr>
          <w:b/>
          <w:sz w:val="24"/>
        </w:rPr>
        <w:t>Câu 68: What does 'navy' mean?</w:t>
      </w:r>
    </w:p>
    <w:p>
      <w:pPr>
        <w:pStyle w:val="ListParagraph"/>
      </w:pPr>
      <w:r>
        <w:rPr>
          <w:sz w:val="22"/>
        </w:rPr>
        <w:t>A. Hải quân</w:t>
      </w:r>
    </w:p>
    <w:p>
      <w:pPr>
        <w:pStyle w:val="ListParagraph"/>
      </w:pPr>
      <w:r>
        <w:rPr>
          <w:sz w:val="22"/>
        </w:rPr>
        <w:t>B. Lục quân</w:t>
      </w:r>
    </w:p>
    <w:p>
      <w:pPr>
        <w:pStyle w:val="ListParagraph"/>
      </w:pPr>
      <w:r>
        <w:rPr>
          <w:sz w:val="22"/>
        </w:rPr>
        <w:t>C. Không quân</w:t>
      </w:r>
    </w:p>
    <w:p>
      <w:pPr>
        <w:pStyle w:val="ListParagraph"/>
      </w:pPr>
      <w:r>
        <w:rPr>
          <w:sz w:val="22"/>
        </w:rPr>
        <w:t>D. Cảnh sát</w:t>
      </w:r>
    </w:p>
    <w:p/>
    <w:p>
      <w:r>
        <w:rPr>
          <w:b/>
          <w:sz w:val="24"/>
        </w:rPr>
        <w:t>Câu 69: What does 'encourage' mean?</w:t>
      </w:r>
    </w:p>
    <w:p>
      <w:pPr>
        <w:pStyle w:val="ListParagraph"/>
      </w:pPr>
      <w:r>
        <w:rPr>
          <w:sz w:val="22"/>
        </w:rPr>
        <w:t>A. khuyến khích</w:t>
      </w:r>
    </w:p>
    <w:p>
      <w:pPr>
        <w:pStyle w:val="ListParagraph"/>
      </w:pPr>
      <w:r>
        <w:rPr>
          <w:sz w:val="22"/>
        </w:rPr>
        <w:t>B. từ chối</w:t>
      </w:r>
    </w:p>
    <w:p>
      <w:pPr>
        <w:pStyle w:val="ListParagraph"/>
      </w:pPr>
      <w:r>
        <w:rPr>
          <w:sz w:val="22"/>
        </w:rPr>
        <w:t>C. ngăn cản</w:t>
      </w:r>
    </w:p>
    <w:p>
      <w:pPr>
        <w:pStyle w:val="ListParagraph"/>
      </w:pPr>
      <w:r>
        <w:rPr>
          <w:sz w:val="22"/>
        </w:rPr>
        <w:t>D. cấm</w:t>
      </w:r>
    </w:p>
    <w:p/>
    <w:p>
      <w:r>
        <w:rPr>
          <w:b/>
          <w:sz w:val="24"/>
        </w:rPr>
        <w:t>Câu 70: What does 'refuse to' mean?</w:t>
      </w:r>
    </w:p>
    <w:p>
      <w:pPr>
        <w:pStyle w:val="ListParagraph"/>
      </w:pPr>
      <w:r>
        <w:rPr>
          <w:sz w:val="22"/>
        </w:rPr>
        <w:t>A. từ chối</w:t>
      </w:r>
    </w:p>
    <w:p>
      <w:pPr>
        <w:pStyle w:val="ListParagraph"/>
      </w:pPr>
      <w:r>
        <w:rPr>
          <w:sz w:val="22"/>
        </w:rPr>
        <w:t>B. đồng ý</w:t>
      </w:r>
    </w:p>
    <w:p>
      <w:pPr>
        <w:pStyle w:val="ListParagraph"/>
      </w:pPr>
      <w:r>
        <w:rPr>
          <w:sz w:val="22"/>
        </w:rPr>
        <w:t>C. khuyến khích</w:t>
      </w:r>
    </w:p>
    <w:p>
      <w:pPr>
        <w:pStyle w:val="ListParagraph"/>
      </w:pPr>
      <w:r>
        <w:rPr>
          <w:sz w:val="22"/>
        </w:rPr>
        <w:t>D. cho phép</w:t>
      </w:r>
    </w:p>
    <w:p/>
    <w:p>
      <w:r>
        <w:rPr>
          <w:b/>
          <w:sz w:val="24"/>
        </w:rPr>
        <w:t>Câu 71: What does 'get married' mean?</w:t>
      </w:r>
    </w:p>
    <w:p>
      <w:pPr>
        <w:pStyle w:val="ListParagraph"/>
      </w:pPr>
      <w:r>
        <w:rPr>
          <w:sz w:val="22"/>
        </w:rPr>
        <w:t>A. kết hôn</w:t>
      </w:r>
    </w:p>
    <w:p>
      <w:pPr>
        <w:pStyle w:val="ListParagraph"/>
      </w:pPr>
      <w:r>
        <w:rPr>
          <w:sz w:val="22"/>
        </w:rPr>
        <w:t>B. ly hôn</w:t>
      </w:r>
    </w:p>
    <w:p>
      <w:pPr>
        <w:pStyle w:val="ListParagraph"/>
      </w:pPr>
      <w:r>
        <w:rPr>
          <w:sz w:val="22"/>
        </w:rPr>
        <w:t>C. độc thân</w:t>
      </w:r>
    </w:p>
    <w:p>
      <w:pPr>
        <w:pStyle w:val="ListParagraph"/>
      </w:pPr>
      <w:r>
        <w:rPr>
          <w:sz w:val="22"/>
        </w:rPr>
        <w:t>D. yêu</w:t>
      </w:r>
    </w:p>
    <w:p/>
    <w:p>
      <w:r>
        <w:rPr>
          <w:b/>
          <w:sz w:val="24"/>
        </w:rPr>
        <w:t>Câu 72: What does 'ambitious' mean?</w:t>
      </w:r>
    </w:p>
    <w:p>
      <w:pPr>
        <w:pStyle w:val="ListParagraph"/>
      </w:pPr>
      <w:r>
        <w:rPr>
          <w:sz w:val="22"/>
        </w:rPr>
        <w:t>A. có ý chí</w:t>
      </w:r>
    </w:p>
    <w:p>
      <w:pPr>
        <w:pStyle w:val="ListParagraph"/>
      </w:pPr>
      <w:r>
        <w:rPr>
          <w:sz w:val="22"/>
        </w:rPr>
        <w:t>B. tận tụy</w:t>
      </w:r>
    </w:p>
    <w:p>
      <w:pPr>
        <w:pStyle w:val="ListParagraph"/>
      </w:pPr>
      <w:r>
        <w:rPr>
          <w:sz w:val="22"/>
        </w:rPr>
        <w:t>C. thông minh</w:t>
      </w:r>
    </w:p>
    <w:p>
      <w:pPr>
        <w:pStyle w:val="ListParagraph"/>
      </w:pPr>
      <w:r>
        <w:rPr>
          <w:sz w:val="22"/>
        </w:rPr>
        <w:t>D. mạnh mẽ</w:t>
      </w:r>
    </w:p>
    <w:p/>
    <w:p>
      <w:r>
        <w:rPr>
          <w:b/>
          <w:sz w:val="24"/>
        </w:rPr>
        <w:t>Câu 73: What does 'dedicated' mean?</w:t>
      </w:r>
    </w:p>
    <w:p>
      <w:pPr>
        <w:pStyle w:val="ListParagraph"/>
      </w:pPr>
      <w:r>
        <w:rPr>
          <w:sz w:val="22"/>
        </w:rPr>
        <w:t>A. tận tụy</w:t>
      </w:r>
    </w:p>
    <w:p>
      <w:pPr>
        <w:pStyle w:val="ListParagraph"/>
      </w:pPr>
      <w:r>
        <w:rPr>
          <w:sz w:val="22"/>
        </w:rPr>
        <w:t>B. có ý chí</w:t>
      </w:r>
    </w:p>
    <w:p>
      <w:pPr>
        <w:pStyle w:val="ListParagraph"/>
      </w:pPr>
      <w:r>
        <w:rPr>
          <w:sz w:val="22"/>
        </w:rPr>
        <w:t>C. thông minh</w:t>
      </w:r>
    </w:p>
    <w:p>
      <w:pPr>
        <w:pStyle w:val="ListParagraph"/>
      </w:pPr>
      <w:r>
        <w:rPr>
          <w:sz w:val="22"/>
        </w:rPr>
        <w:t>D. độc lập</w:t>
      </w:r>
    </w:p>
    <w:p/>
    <w:p>
      <w:r>
        <w:rPr>
          <w:b/>
          <w:sz w:val="24"/>
        </w:rPr>
        <w:t>Câu 74: What does 'expand' mean?</w:t>
      </w:r>
    </w:p>
    <w:p>
      <w:pPr>
        <w:pStyle w:val="ListParagraph"/>
      </w:pPr>
      <w:r>
        <w:rPr>
          <w:sz w:val="22"/>
        </w:rPr>
        <w:t>A. mở rộng</w:t>
      </w:r>
    </w:p>
    <w:p>
      <w:pPr>
        <w:pStyle w:val="ListParagraph"/>
      </w:pPr>
      <w:r>
        <w:rPr>
          <w:sz w:val="22"/>
        </w:rPr>
        <w:t>B. thu hẹp</w:t>
      </w:r>
    </w:p>
    <w:p>
      <w:pPr>
        <w:pStyle w:val="ListParagraph"/>
      </w:pPr>
      <w:r>
        <w:rPr>
          <w:sz w:val="22"/>
        </w:rPr>
        <w:t>C. cải thiện</w:t>
      </w:r>
    </w:p>
    <w:p>
      <w:pPr>
        <w:pStyle w:val="ListParagraph"/>
      </w:pPr>
      <w:r>
        <w:rPr>
          <w:sz w:val="22"/>
        </w:rPr>
        <w:t>D. phát triển</w:t>
      </w:r>
    </w:p>
    <w:p/>
    <w:p>
      <w:r>
        <w:rPr>
          <w:b/>
          <w:sz w:val="24"/>
        </w:rPr>
        <w:t>Câu 75: What does 'add the area of...' mean?</w:t>
      </w:r>
    </w:p>
    <w:p>
      <w:pPr>
        <w:pStyle w:val="ListParagraph"/>
      </w:pPr>
      <w:r>
        <w:rPr>
          <w:sz w:val="22"/>
        </w:rPr>
        <w:t>A. mở rộng lãnh thổ</w:t>
      </w:r>
    </w:p>
    <w:p>
      <w:pPr>
        <w:pStyle w:val="ListParagraph"/>
      </w:pPr>
      <w:r>
        <w:rPr>
          <w:sz w:val="22"/>
        </w:rPr>
        <w:t>B. cải thiện</w:t>
      </w:r>
    </w:p>
    <w:p>
      <w:pPr>
        <w:pStyle w:val="ListParagraph"/>
      </w:pPr>
      <w:r>
        <w:rPr>
          <w:sz w:val="22"/>
        </w:rPr>
        <w:t>C. mở rộng</w:t>
      </w:r>
    </w:p>
    <w:p>
      <w:pPr>
        <w:pStyle w:val="ListParagraph"/>
      </w:pPr>
      <w:r>
        <w:rPr>
          <w:sz w:val="22"/>
        </w:rPr>
        <w:t>D. phát triển</w:t>
      </w:r>
    </w:p>
    <w:p/>
    <w:p>
      <w:r>
        <w:rPr>
          <w:b/>
          <w:sz w:val="24"/>
        </w:rPr>
        <w:t>Câu 76: What does 'improve' mean?</w:t>
      </w:r>
    </w:p>
    <w:p>
      <w:pPr>
        <w:pStyle w:val="ListParagraph"/>
      </w:pPr>
      <w:r>
        <w:rPr>
          <w:sz w:val="22"/>
        </w:rPr>
        <w:t>A. cải thiện</w:t>
      </w:r>
    </w:p>
    <w:p>
      <w:pPr>
        <w:pStyle w:val="ListParagraph"/>
      </w:pPr>
      <w:r>
        <w:rPr>
          <w:sz w:val="22"/>
        </w:rPr>
        <w:t>B. phát triển</w:t>
      </w:r>
    </w:p>
    <w:p>
      <w:pPr>
        <w:pStyle w:val="ListParagraph"/>
      </w:pPr>
      <w:r>
        <w:rPr>
          <w:sz w:val="22"/>
        </w:rPr>
        <w:t>C. mở rộng</w:t>
      </w:r>
    </w:p>
    <w:p>
      <w:pPr>
        <w:pStyle w:val="ListParagraph"/>
      </w:pPr>
      <w:r>
        <w:rPr>
          <w:sz w:val="22"/>
        </w:rPr>
        <w:t>D. xây dựng</w:t>
      </w:r>
    </w:p>
    <w:p/>
    <w:p>
      <w:r>
        <w:rPr>
          <w:b/>
          <w:sz w:val="24"/>
        </w:rPr>
        <w:t>Câu 77: What does 'development' mean?</w:t>
      </w:r>
    </w:p>
    <w:p>
      <w:pPr>
        <w:pStyle w:val="ListParagraph"/>
      </w:pPr>
      <w:r>
        <w:rPr>
          <w:sz w:val="22"/>
        </w:rPr>
        <w:t>A. sự phát triển</w:t>
      </w:r>
    </w:p>
    <w:p>
      <w:pPr>
        <w:pStyle w:val="ListParagraph"/>
      </w:pPr>
      <w:r>
        <w:rPr>
          <w:sz w:val="22"/>
        </w:rPr>
        <w:t>B. sự cải thiện</w:t>
      </w:r>
    </w:p>
    <w:p>
      <w:pPr>
        <w:pStyle w:val="ListParagraph"/>
      </w:pPr>
      <w:r>
        <w:rPr>
          <w:sz w:val="22"/>
        </w:rPr>
        <w:t>C. sự mở rộng</w:t>
      </w:r>
    </w:p>
    <w:p>
      <w:pPr>
        <w:pStyle w:val="ListParagraph"/>
      </w:pPr>
      <w:r>
        <w:rPr>
          <w:sz w:val="22"/>
        </w:rPr>
        <w:t>D. sự thành công</w:t>
      </w:r>
    </w:p>
    <w:p/>
    <w:p>
      <w:r>
        <w:rPr>
          <w:b/>
          <w:sz w:val="24"/>
        </w:rPr>
        <w:t>Câu 78: What does 'architecture' mean?</w:t>
      </w:r>
    </w:p>
    <w:p>
      <w:pPr>
        <w:pStyle w:val="ListParagraph"/>
      </w:pPr>
      <w:r>
        <w:rPr>
          <w:sz w:val="22"/>
        </w:rPr>
        <w:t>A. kiến trúc</w:t>
      </w:r>
    </w:p>
    <w:p>
      <w:pPr>
        <w:pStyle w:val="ListParagraph"/>
      </w:pPr>
      <w:r>
        <w:rPr>
          <w:sz w:val="22"/>
        </w:rPr>
        <w:t>B. thương mại</w:t>
      </w:r>
    </w:p>
    <w:p>
      <w:pPr>
        <w:pStyle w:val="ListParagraph"/>
      </w:pPr>
      <w:r>
        <w:rPr>
          <w:sz w:val="22"/>
        </w:rPr>
        <w:t>C. lịch sử</w:t>
      </w:r>
    </w:p>
    <w:p>
      <w:pPr>
        <w:pStyle w:val="ListParagraph"/>
      </w:pPr>
      <w:r>
        <w:rPr>
          <w:sz w:val="22"/>
        </w:rPr>
        <w:t>D. giáo dục</w:t>
      </w:r>
    </w:p>
    <w:p/>
    <w:p>
      <w:r>
        <w:rPr>
          <w:b/>
          <w:sz w:val="24"/>
        </w:rPr>
        <w:t>Câu 79: What does 'trade' mean?</w:t>
      </w:r>
    </w:p>
    <w:p>
      <w:pPr>
        <w:pStyle w:val="ListParagraph"/>
      </w:pPr>
      <w:r>
        <w:rPr>
          <w:sz w:val="22"/>
        </w:rPr>
        <w:t>A. thương mại</w:t>
      </w:r>
    </w:p>
    <w:p>
      <w:pPr>
        <w:pStyle w:val="ListParagraph"/>
      </w:pPr>
      <w:r>
        <w:rPr>
          <w:sz w:val="22"/>
        </w:rPr>
        <w:t>B. kiến trúc</w:t>
      </w:r>
    </w:p>
    <w:p>
      <w:pPr>
        <w:pStyle w:val="ListParagraph"/>
      </w:pPr>
      <w:r>
        <w:rPr>
          <w:sz w:val="22"/>
        </w:rPr>
        <w:t>C. công nghiệp</w:t>
      </w:r>
    </w:p>
    <w:p>
      <w:pPr>
        <w:pStyle w:val="ListParagraph"/>
      </w:pPr>
      <w:r>
        <w:rPr>
          <w:sz w:val="22"/>
        </w:rPr>
        <w:t>D. nông nghiệp</w:t>
      </w:r>
    </w:p>
    <w:p/>
    <w:p>
      <w:r>
        <w:rPr>
          <w:b/>
          <w:sz w:val="24"/>
        </w:rPr>
        <w:t>Câu 80: What does 'Queen of Ancient Egypt' mean?</w:t>
      </w:r>
    </w:p>
    <w:p>
      <w:pPr>
        <w:pStyle w:val="ListParagraph"/>
      </w:pPr>
      <w:r>
        <w:rPr>
          <w:sz w:val="22"/>
        </w:rPr>
        <w:t>A. Nữ hoàng của Ai Cập cổ đại</w:t>
      </w:r>
    </w:p>
    <w:p>
      <w:pPr>
        <w:pStyle w:val="ListParagraph"/>
      </w:pPr>
      <w:r>
        <w:rPr>
          <w:sz w:val="22"/>
        </w:rPr>
        <w:t>B. Nữ hoàng</w:t>
      </w:r>
    </w:p>
    <w:p>
      <w:pPr>
        <w:pStyle w:val="ListParagraph"/>
      </w:pPr>
      <w:r>
        <w:rPr>
          <w:sz w:val="22"/>
        </w:rPr>
        <w:t>C. Ai Cập cổ đại</w:t>
      </w:r>
    </w:p>
    <w:p>
      <w:pPr>
        <w:pStyle w:val="ListParagraph"/>
      </w:pPr>
      <w:r>
        <w:rPr>
          <w:sz w:val="22"/>
        </w:rPr>
        <w:t>D. lịch sử Ai Cập</w:t>
      </w:r>
    </w:p>
    <w:p/>
    <w:p>
      <w:r>
        <w:rPr>
          <w:b/>
          <w:sz w:val="24"/>
        </w:rPr>
        <w:t>Câu 81: What does 'animated film' mean?</w:t>
      </w:r>
    </w:p>
    <w:p>
      <w:pPr>
        <w:pStyle w:val="ListParagraph"/>
      </w:pPr>
      <w:r>
        <w:rPr>
          <w:sz w:val="22"/>
        </w:rPr>
        <w:t>A. phim hoạt hình</w:t>
      </w:r>
    </w:p>
    <w:p>
      <w:pPr>
        <w:pStyle w:val="ListParagraph"/>
      </w:pPr>
      <w:r>
        <w:rPr>
          <w:sz w:val="22"/>
        </w:rPr>
        <w:t>B. hoạt hình</w:t>
      </w:r>
    </w:p>
    <w:p>
      <w:pPr>
        <w:pStyle w:val="ListParagraph"/>
      </w:pPr>
      <w:r>
        <w:rPr>
          <w:sz w:val="22"/>
        </w:rPr>
        <w:t>C. công viên chủ đề</w:t>
      </w:r>
    </w:p>
    <w:p>
      <w:pPr>
        <w:pStyle w:val="ListParagraph"/>
      </w:pPr>
      <w:r>
        <w:rPr>
          <w:sz w:val="22"/>
        </w:rPr>
        <w:t>D. nhân vật</w:t>
      </w:r>
    </w:p>
    <w:p/>
    <w:p>
      <w:r>
        <w:rPr>
          <w:b/>
          <w:sz w:val="24"/>
        </w:rPr>
        <w:t>Câu 82: What does 'although' mean?</w:t>
      </w:r>
    </w:p>
    <w:p>
      <w:pPr>
        <w:pStyle w:val="ListParagraph"/>
      </w:pPr>
      <w:r>
        <w:rPr>
          <w:sz w:val="22"/>
        </w:rPr>
        <w:t>A. mặc dù</w:t>
      </w:r>
    </w:p>
    <w:p>
      <w:pPr>
        <w:pStyle w:val="ListParagraph"/>
      </w:pPr>
      <w:r>
        <w:rPr>
          <w:sz w:val="22"/>
        </w:rPr>
        <w:t>B. bởi vì</w:t>
      </w:r>
    </w:p>
    <w:p>
      <w:pPr>
        <w:pStyle w:val="ListParagraph"/>
      </w:pPr>
      <w:r>
        <w:rPr>
          <w:sz w:val="22"/>
        </w:rPr>
        <w:t>C. nếu</w:t>
      </w:r>
    </w:p>
    <w:p>
      <w:pPr>
        <w:pStyle w:val="ListParagraph"/>
      </w:pPr>
      <w:r>
        <w:rPr>
          <w:sz w:val="22"/>
        </w:rPr>
        <w:t>D. và</w:t>
      </w:r>
    </w:p>
    <w:p/>
    <w:p>
      <w:r>
        <w:rPr>
          <w:b/>
          <w:sz w:val="24"/>
        </w:rPr>
        <w:t>Câu 83: What does 'even though' mean?</w:t>
      </w:r>
    </w:p>
    <w:p>
      <w:pPr>
        <w:pStyle w:val="ListParagraph"/>
      </w:pPr>
      <w:r>
        <w:rPr>
          <w:sz w:val="22"/>
        </w:rPr>
        <w:t>A. mặc dù</w:t>
      </w:r>
    </w:p>
    <w:p>
      <w:pPr>
        <w:pStyle w:val="ListParagraph"/>
      </w:pPr>
      <w:r>
        <w:rPr>
          <w:sz w:val="22"/>
        </w:rPr>
        <w:t>B. bởi vì</w:t>
      </w:r>
    </w:p>
    <w:p>
      <w:pPr>
        <w:pStyle w:val="ListParagraph"/>
      </w:pPr>
      <w:r>
        <w:rPr>
          <w:sz w:val="22"/>
        </w:rPr>
        <w:t>C. nếu</w:t>
      </w:r>
    </w:p>
    <w:p>
      <w:pPr>
        <w:pStyle w:val="ListParagraph"/>
      </w:pPr>
      <w:r>
        <w:rPr>
          <w:sz w:val="22"/>
        </w:rPr>
        <w:t>D. và</w:t>
      </w:r>
    </w:p>
    <w:p/>
    <w:p>
      <w:r>
        <w:rPr>
          <w:b/>
          <w:sz w:val="24"/>
        </w:rPr>
        <w:t>Câu 84: What does 'respect' mean?</w:t>
      </w:r>
    </w:p>
    <w:p>
      <w:pPr>
        <w:pStyle w:val="ListParagraph"/>
      </w:pPr>
      <w:r>
        <w:rPr>
          <w:sz w:val="22"/>
        </w:rPr>
        <w:t>A. ngưỡng mộ, tôn trọng</w:t>
      </w:r>
    </w:p>
    <w:p>
      <w:pPr>
        <w:pStyle w:val="ListParagraph"/>
      </w:pPr>
      <w:r>
        <w:rPr>
          <w:sz w:val="22"/>
        </w:rPr>
        <w:t>B. khinh thường</w:t>
      </w:r>
    </w:p>
    <w:p>
      <w:pPr>
        <w:pStyle w:val="ListParagraph"/>
      </w:pPr>
      <w:r>
        <w:rPr>
          <w:sz w:val="22"/>
        </w:rPr>
        <w:t>C. ghét</w:t>
      </w:r>
    </w:p>
    <w:p>
      <w:pPr>
        <w:pStyle w:val="ListParagraph"/>
      </w:pPr>
      <w:r>
        <w:rPr>
          <w:sz w:val="22"/>
        </w:rPr>
        <w:t>D. ghen tị</w:t>
      </w:r>
    </w:p>
    <w:p/>
    <w:p>
      <w:r>
        <w:rPr>
          <w:b/>
          <w:sz w:val="24"/>
        </w:rPr>
        <w:t>Câu 85: What does 'computer technology' mean?</w:t>
      </w:r>
    </w:p>
    <w:p>
      <w:pPr>
        <w:pStyle w:val="ListParagraph"/>
      </w:pPr>
      <w:r>
        <w:rPr>
          <w:sz w:val="22"/>
        </w:rPr>
        <w:t>A. công nghệ máy tính</w:t>
      </w:r>
    </w:p>
    <w:p>
      <w:pPr>
        <w:pStyle w:val="ListParagraph"/>
      </w:pPr>
      <w:r>
        <w:rPr>
          <w:sz w:val="22"/>
        </w:rPr>
        <w:t>B. công nghiệp điện ảnh</w:t>
      </w:r>
    </w:p>
    <w:p>
      <w:pPr>
        <w:pStyle w:val="ListParagraph"/>
      </w:pPr>
      <w:r>
        <w:rPr>
          <w:sz w:val="22"/>
        </w:rPr>
        <w:t>C. công nghệ thông tin</w:t>
      </w:r>
    </w:p>
    <w:p>
      <w:pPr>
        <w:pStyle w:val="ListParagraph"/>
      </w:pPr>
      <w:r>
        <w:rPr>
          <w:sz w:val="22"/>
        </w:rPr>
        <w:t>D. kỹ thuật</w:t>
      </w:r>
    </w:p>
    <w:p/>
    <w:p>
      <w:r>
        <w:rPr>
          <w:b/>
          <w:sz w:val="24"/>
        </w:rPr>
        <w:t>Câu 86: What does 'regret to' mean?</w:t>
      </w:r>
    </w:p>
    <w:p>
      <w:pPr>
        <w:pStyle w:val="ListParagraph"/>
      </w:pPr>
      <w:r>
        <w:rPr>
          <w:sz w:val="22"/>
        </w:rPr>
        <w:t>A. hối hận</w:t>
      </w:r>
    </w:p>
    <w:p>
      <w:pPr>
        <w:pStyle w:val="ListParagraph"/>
      </w:pPr>
      <w:r>
        <w:rPr>
          <w:sz w:val="22"/>
        </w:rPr>
        <w:t>B. vui mừng</w:t>
      </w:r>
    </w:p>
    <w:p>
      <w:pPr>
        <w:pStyle w:val="ListParagraph"/>
      </w:pPr>
      <w:r>
        <w:rPr>
          <w:sz w:val="22"/>
        </w:rPr>
        <w:t>C. hy vọng</w:t>
      </w:r>
    </w:p>
    <w:p>
      <w:pPr>
        <w:pStyle w:val="ListParagraph"/>
      </w:pPr>
      <w:r>
        <w:rPr>
          <w:sz w:val="22"/>
        </w:rPr>
        <w:t>D. quyết định</w:t>
      </w:r>
    </w:p>
    <w:p/>
    <w:p>
      <w:r>
        <w:rPr>
          <w:b/>
          <w:sz w:val="24"/>
        </w:rPr>
        <w:t>Câu 87: What does 'college' mean?</w:t>
      </w:r>
    </w:p>
    <w:p>
      <w:pPr>
        <w:pStyle w:val="ListParagraph"/>
      </w:pPr>
      <w:r>
        <w:rPr>
          <w:sz w:val="22"/>
        </w:rPr>
        <w:t>A. cao đẳng, đại học</w:t>
      </w:r>
    </w:p>
    <w:p>
      <w:pPr>
        <w:pStyle w:val="ListParagraph"/>
      </w:pPr>
      <w:r>
        <w:rPr>
          <w:sz w:val="22"/>
        </w:rPr>
        <w:t>B. trường cấp 3</w:t>
      </w:r>
    </w:p>
    <w:p>
      <w:pPr>
        <w:pStyle w:val="ListParagraph"/>
      </w:pPr>
      <w:r>
        <w:rPr>
          <w:sz w:val="22"/>
        </w:rPr>
        <w:t>C. trường cấp 2</w:t>
      </w:r>
    </w:p>
    <w:p>
      <w:pPr>
        <w:pStyle w:val="ListParagraph"/>
      </w:pPr>
      <w:r>
        <w:rPr>
          <w:sz w:val="22"/>
        </w:rPr>
        <w:t>D. trường tiểu học</w:t>
      </w:r>
    </w:p>
    <w:p/>
    <w:p>
      <w:r>
        <w:rPr>
          <w:b/>
          <w:sz w:val="24"/>
        </w:rPr>
        <w:t>Câu 88: What does 'look for' mean?</w:t>
      </w:r>
    </w:p>
    <w:p>
      <w:pPr>
        <w:pStyle w:val="ListParagraph"/>
      </w:pPr>
      <w:r>
        <w:rPr>
          <w:sz w:val="22"/>
        </w:rPr>
        <w:t>A. tìm kiếm</w:t>
      </w:r>
    </w:p>
    <w:p>
      <w:pPr>
        <w:pStyle w:val="ListParagraph"/>
      </w:pPr>
      <w:r>
        <w:rPr>
          <w:sz w:val="22"/>
        </w:rPr>
        <w:t>B. nhìn thấy</w:t>
      </w:r>
    </w:p>
    <w:p>
      <w:pPr>
        <w:pStyle w:val="ListParagraph"/>
      </w:pPr>
      <w:r>
        <w:rPr>
          <w:sz w:val="22"/>
        </w:rPr>
        <w:t>C. nghe thấy</w:t>
      </w:r>
    </w:p>
    <w:p>
      <w:pPr>
        <w:pStyle w:val="ListParagraph"/>
      </w:pPr>
      <w:r>
        <w:rPr>
          <w:sz w:val="22"/>
        </w:rPr>
        <w:t>D. tìm thấy</w:t>
      </w:r>
    </w:p>
    <w:p/>
    <w:p>
      <w:r>
        <w:rPr>
          <w:b/>
          <w:sz w:val="24"/>
        </w:rPr>
        <w:t>Câu 89: What does 'biography' mean?</w:t>
      </w:r>
    </w:p>
    <w:p>
      <w:pPr>
        <w:pStyle w:val="ListParagraph"/>
      </w:pPr>
      <w:r>
        <w:rPr>
          <w:sz w:val="22"/>
        </w:rPr>
        <w:t>A. tiểu sử</w:t>
      </w:r>
    </w:p>
    <w:p>
      <w:pPr>
        <w:pStyle w:val="ListParagraph"/>
      </w:pPr>
      <w:r>
        <w:rPr>
          <w:sz w:val="22"/>
        </w:rPr>
        <w:t>B. tự truyện</w:t>
      </w:r>
    </w:p>
    <w:p>
      <w:pPr>
        <w:pStyle w:val="ListParagraph"/>
      </w:pPr>
      <w:r>
        <w:rPr>
          <w:sz w:val="22"/>
        </w:rPr>
        <w:t>C. lịch sử</w:t>
      </w:r>
    </w:p>
    <w:p>
      <w:pPr>
        <w:pStyle w:val="ListParagraph"/>
      </w:pPr>
      <w:r>
        <w:rPr>
          <w:sz w:val="22"/>
        </w:rPr>
        <w:t>D. truyện tranh</w:t>
      </w:r>
    </w:p>
    <w:p/>
    <w:p>
      <w:r>
        <w:rPr>
          <w:b/>
          <w:sz w:val="24"/>
        </w:rPr>
        <w:t>Câu 90: What does 'drop out' mean?</w:t>
      </w:r>
    </w:p>
    <w:p>
      <w:pPr>
        <w:pStyle w:val="ListParagraph"/>
      </w:pPr>
      <w:r>
        <w:rPr>
          <w:sz w:val="22"/>
        </w:rPr>
        <w:t>A. bỏ học</w:t>
      </w:r>
    </w:p>
    <w:p>
      <w:pPr>
        <w:pStyle w:val="ListParagraph"/>
      </w:pPr>
      <w:r>
        <w:rPr>
          <w:sz w:val="22"/>
        </w:rPr>
        <w:t>B. tốt nghiệp</w:t>
      </w:r>
    </w:p>
    <w:p>
      <w:pPr>
        <w:pStyle w:val="ListParagraph"/>
      </w:pPr>
      <w:r>
        <w:rPr>
          <w:sz w:val="22"/>
        </w:rPr>
        <w:t>C. nhập học</w:t>
      </w:r>
    </w:p>
    <w:p>
      <w:pPr>
        <w:pStyle w:val="ListParagraph"/>
      </w:pPr>
      <w:r>
        <w:rPr>
          <w:sz w:val="22"/>
        </w:rPr>
        <w:t>D. chuyển trường</w:t>
      </w:r>
    </w:p>
    <w:p/>
    <w:p>
      <w:r>
        <w:rPr>
          <w:b/>
          <w:sz w:val="24"/>
        </w:rPr>
        <w:t>Câu 91: What does 'famous' mean?</w:t>
      </w:r>
    </w:p>
    <w:p>
      <w:pPr>
        <w:pStyle w:val="ListParagraph"/>
      </w:pPr>
      <w:r>
        <w:rPr>
          <w:sz w:val="22"/>
        </w:rPr>
        <w:t>A. nổi tiếng</w:t>
      </w:r>
    </w:p>
    <w:p>
      <w:pPr>
        <w:pStyle w:val="ListParagraph"/>
      </w:pPr>
      <w:r>
        <w:rPr>
          <w:sz w:val="22"/>
        </w:rPr>
        <w:t>B. nổi bật</w:t>
      </w:r>
    </w:p>
    <w:p>
      <w:pPr>
        <w:pStyle w:val="ListParagraph"/>
      </w:pPr>
      <w:r>
        <w:rPr>
          <w:sz w:val="22"/>
        </w:rPr>
        <w:t>C. phổ biến</w:t>
      </w:r>
    </w:p>
    <w:p>
      <w:pPr>
        <w:pStyle w:val="ListParagraph"/>
      </w:pPr>
      <w:r>
        <w:rPr>
          <w:sz w:val="22"/>
        </w:rPr>
        <w:t>D. thành công</w:t>
      </w:r>
    </w:p>
    <w:p/>
    <w:p>
      <w:r>
        <w:rPr>
          <w:b/>
          <w:sz w:val="24"/>
        </w:rPr>
        <w:t>Câu 92: What does 'well-known' mean?</w:t>
      </w:r>
    </w:p>
    <w:p>
      <w:pPr>
        <w:pStyle w:val="ListParagraph"/>
      </w:pPr>
      <w:r>
        <w:rPr>
          <w:sz w:val="22"/>
        </w:rPr>
        <w:t>A. nổi tiếng</w:t>
      </w:r>
    </w:p>
    <w:p>
      <w:pPr>
        <w:pStyle w:val="ListParagraph"/>
      </w:pPr>
      <w:r>
        <w:rPr>
          <w:sz w:val="22"/>
        </w:rPr>
        <w:t>B. nổi bật</w:t>
      </w:r>
    </w:p>
    <w:p>
      <w:pPr>
        <w:pStyle w:val="ListParagraph"/>
      </w:pPr>
      <w:r>
        <w:rPr>
          <w:sz w:val="22"/>
        </w:rPr>
        <w:t>C. phổ biến</w:t>
      </w:r>
    </w:p>
    <w:p>
      <w:pPr>
        <w:pStyle w:val="ListParagraph"/>
      </w:pPr>
      <w:r>
        <w:rPr>
          <w:sz w:val="22"/>
        </w:rPr>
        <w:t>D. thành công</w:t>
      </w:r>
    </w:p>
    <w:p/>
    <w:p>
      <w:r>
        <w:rPr>
          <w:b/>
          <w:sz w:val="24"/>
        </w:rPr>
        <w:t>Câu 93: What does 'take note' mean?</w:t>
      </w:r>
    </w:p>
    <w:p>
      <w:pPr>
        <w:pStyle w:val="ListParagraph"/>
      </w:pPr>
      <w:r>
        <w:rPr>
          <w:sz w:val="22"/>
        </w:rPr>
        <w:t>A. ghi chép</w:t>
      </w:r>
    </w:p>
    <w:p>
      <w:pPr>
        <w:pStyle w:val="ListParagraph"/>
      </w:pPr>
      <w:r>
        <w:rPr>
          <w:sz w:val="22"/>
        </w:rPr>
        <w:t>B. ghi nhớ</w:t>
      </w:r>
    </w:p>
    <w:p>
      <w:pPr>
        <w:pStyle w:val="ListParagraph"/>
      </w:pPr>
      <w:r>
        <w:rPr>
          <w:sz w:val="22"/>
        </w:rPr>
        <w:t>C. chú ý</w:t>
      </w:r>
    </w:p>
    <w:p>
      <w:pPr>
        <w:pStyle w:val="ListParagraph"/>
      </w:pPr>
      <w:r>
        <w:rPr>
          <w:sz w:val="22"/>
        </w:rPr>
        <w:t>D. lắng nghe</w:t>
      </w:r>
    </w:p>
    <w:p/>
    <w:p>
      <w:r>
        <w:rPr>
          <w:b/>
          <w:sz w:val="24"/>
        </w:rPr>
        <w:t>Câu 94: What does 'visual story' mean?</w:t>
      </w:r>
    </w:p>
    <w:p>
      <w:pPr>
        <w:pStyle w:val="ListParagraph"/>
      </w:pPr>
      <w:r>
        <w:rPr>
          <w:sz w:val="22"/>
        </w:rPr>
        <w:t>A. câu chuyện bằng hình ảnh</w:t>
      </w:r>
    </w:p>
    <w:p>
      <w:pPr>
        <w:pStyle w:val="ListParagraph"/>
      </w:pPr>
      <w:r>
        <w:rPr>
          <w:sz w:val="22"/>
        </w:rPr>
        <w:t>B. tiểu sử</w:t>
      </w:r>
    </w:p>
    <w:p>
      <w:pPr>
        <w:pStyle w:val="ListParagraph"/>
      </w:pPr>
      <w:r>
        <w:rPr>
          <w:sz w:val="22"/>
        </w:rPr>
        <w:t>C. lịch sử</w:t>
      </w:r>
    </w:p>
    <w:p>
      <w:pPr>
        <w:pStyle w:val="ListParagraph"/>
      </w:pPr>
      <w:r>
        <w:rPr>
          <w:sz w:val="22"/>
        </w:rPr>
        <w:t>D. thơ</w:t>
      </w:r>
    </w:p>
    <w:p/>
    <w:p>
      <w:r>
        <w:rPr>
          <w:b/>
          <w:sz w:val="24"/>
        </w:rPr>
        <w:t>Câu 95: What does 'historical figure' mean?</w:t>
      </w:r>
    </w:p>
    <w:p>
      <w:pPr>
        <w:pStyle w:val="ListParagraph"/>
      </w:pPr>
      <w:r>
        <w:rPr>
          <w:sz w:val="22"/>
        </w:rPr>
        <w:t>A. nhân vật lịch sử</w:t>
      </w:r>
    </w:p>
    <w:p>
      <w:pPr>
        <w:pStyle w:val="ListParagraph"/>
      </w:pPr>
      <w:r>
        <w:rPr>
          <w:sz w:val="22"/>
        </w:rPr>
        <w:t>B. nhân vật</w:t>
      </w:r>
    </w:p>
    <w:p>
      <w:pPr>
        <w:pStyle w:val="ListParagraph"/>
      </w:pPr>
      <w:r>
        <w:rPr>
          <w:sz w:val="22"/>
        </w:rPr>
        <w:t>C. lịch sử</w:t>
      </w:r>
    </w:p>
    <w:p>
      <w:pPr>
        <w:pStyle w:val="ListParagraph"/>
      </w:pPr>
      <w:r>
        <w:rPr>
          <w:sz w:val="22"/>
        </w:rPr>
        <w:t>D. anh hùng dân tộc</w:t>
      </w:r>
    </w:p>
    <w:p/>
    <w:p>
      <w:r>
        <w:rPr>
          <w:b/>
          <w:sz w:val="24"/>
        </w:rPr>
        <w:t>Câu 96: What does 'illustrate' mean?</w:t>
      </w:r>
    </w:p>
    <w:p>
      <w:pPr>
        <w:pStyle w:val="ListParagraph"/>
      </w:pPr>
      <w:r>
        <w:rPr>
          <w:sz w:val="22"/>
        </w:rPr>
        <w:t>A. minh họa</w:t>
      </w:r>
    </w:p>
    <w:p>
      <w:pPr>
        <w:pStyle w:val="ListParagraph"/>
      </w:pPr>
      <w:r>
        <w:rPr>
          <w:sz w:val="22"/>
        </w:rPr>
        <w:t>B. giải thích</w:t>
      </w:r>
    </w:p>
    <w:p>
      <w:pPr>
        <w:pStyle w:val="ListParagraph"/>
      </w:pPr>
      <w:r>
        <w:rPr>
          <w:sz w:val="22"/>
        </w:rPr>
        <w:t>C. mô tả</w:t>
      </w:r>
    </w:p>
    <w:p>
      <w:pPr>
        <w:pStyle w:val="ListParagraph"/>
      </w:pPr>
      <w:r>
        <w:rPr>
          <w:sz w:val="22"/>
        </w:rPr>
        <w:t>D. viết</w:t>
      </w:r>
    </w:p>
    <w:p/>
    <w:p>
      <w:r>
        <w:rPr>
          <w:b/>
          <w:sz w:val="24"/>
        </w:rPr>
        <w:t>Câu 97: What does 'early life' mean?</w:t>
      </w:r>
    </w:p>
    <w:p>
      <w:pPr>
        <w:pStyle w:val="ListParagraph"/>
      </w:pPr>
      <w:r>
        <w:rPr>
          <w:sz w:val="22"/>
        </w:rPr>
        <w:t>A. tuổi thơ; giai đoạn đầu của cuộc đời</w:t>
      </w:r>
    </w:p>
    <w:p>
      <w:pPr>
        <w:pStyle w:val="ListParagraph"/>
      </w:pPr>
      <w:r>
        <w:rPr>
          <w:sz w:val="22"/>
        </w:rPr>
        <w:t>B. cuối đời</w:t>
      </w:r>
    </w:p>
    <w:p>
      <w:pPr>
        <w:pStyle w:val="ListParagraph"/>
      </w:pPr>
      <w:r>
        <w:rPr>
          <w:sz w:val="22"/>
        </w:rPr>
        <w:t>C. sự nghiệp</w:t>
      </w:r>
    </w:p>
    <w:p>
      <w:pPr>
        <w:pStyle w:val="ListParagraph"/>
      </w:pPr>
      <w:r>
        <w:rPr>
          <w:sz w:val="22"/>
        </w:rPr>
        <w:t>D. tiểu sử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p>
      <w:r>
        <w:rPr>
          <w:b/>
        </w:rPr>
        <w:t>Câu 75: Đáp án đúng: A</w:t>
      </w:r>
    </w:p>
    <w:p>
      <w:r>
        <w:rPr>
          <w:b/>
        </w:rPr>
        <w:t>Câu 76: Đáp án đúng: A</w:t>
      </w:r>
    </w:p>
    <w:p>
      <w:r>
        <w:rPr>
          <w:b/>
        </w:rPr>
        <w:t>Câu 77: Đáp án đúng: A</w:t>
      </w:r>
    </w:p>
    <w:p>
      <w:r>
        <w:rPr>
          <w:b/>
        </w:rPr>
        <w:t>Câu 78: Đáp án đúng: A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A</w:t>
      </w:r>
    </w:p>
    <w:p>
      <w:r>
        <w:rPr>
          <w:b/>
        </w:rPr>
        <w:t>Câu 81: Đáp án đúng: A</w:t>
      </w:r>
    </w:p>
    <w:p>
      <w:r>
        <w:rPr>
          <w:b/>
        </w:rPr>
        <w:t>Câu 82: Đáp án đúng: A</w:t>
      </w:r>
    </w:p>
    <w:p>
      <w:r>
        <w:rPr>
          <w:b/>
        </w:rPr>
        <w:t>Câu 83: Đáp án đúng: A</w:t>
      </w:r>
    </w:p>
    <w:p>
      <w:r>
        <w:rPr>
          <w:b/>
        </w:rPr>
        <w:t>Câu 84: Đáp án đúng: A</w:t>
      </w:r>
    </w:p>
    <w:p>
      <w:r>
        <w:rPr>
          <w:b/>
        </w:rPr>
        <w:t>Câu 85: Đáp án đúng: A</w:t>
      </w:r>
    </w:p>
    <w:p>
      <w:r>
        <w:rPr>
          <w:b/>
        </w:rPr>
        <w:t>Câu 86: Đáp án đúng: A</w:t>
      </w:r>
    </w:p>
    <w:p>
      <w:r>
        <w:rPr>
          <w:b/>
        </w:rPr>
        <w:t>Câu 87: Đáp án đúng: A</w:t>
      </w:r>
    </w:p>
    <w:p>
      <w:r>
        <w:rPr>
          <w:b/>
        </w:rPr>
        <w:t>Câu 88: Đáp án đúng: A</w:t>
      </w:r>
    </w:p>
    <w:p>
      <w:r>
        <w:rPr>
          <w:b/>
        </w:rPr>
        <w:t>Câu 89: Đáp án đúng: A</w:t>
      </w:r>
    </w:p>
    <w:p>
      <w:r>
        <w:rPr>
          <w:b/>
        </w:rPr>
        <w:t>Câu 90: Đáp án đúng: A</w:t>
      </w:r>
    </w:p>
    <w:p>
      <w:r>
        <w:rPr>
          <w:b/>
        </w:rPr>
        <w:t>Câu 91: Đáp án đúng: A</w:t>
      </w:r>
    </w:p>
    <w:p>
      <w:r>
        <w:rPr>
          <w:b/>
        </w:rPr>
        <w:t>Câu 92: Đáp án đúng: A</w:t>
      </w:r>
    </w:p>
    <w:p>
      <w:r>
        <w:rPr>
          <w:b/>
        </w:rPr>
        <w:t>Câu 93: Đáp án đúng: A</w:t>
      </w:r>
    </w:p>
    <w:p>
      <w:r>
        <w:rPr>
          <w:b/>
        </w:rPr>
        <w:t>Câu 94: Đáp án đúng: A</w:t>
      </w:r>
    </w:p>
    <w:p>
      <w:r>
        <w:rPr>
          <w:b/>
        </w:rPr>
        <w:t>Câu 95: Đáp án đúng: A</w:t>
      </w:r>
    </w:p>
    <w:p>
      <w:r>
        <w:rPr>
          <w:b/>
        </w:rPr>
        <w:t>Câu 96: Đáp án đúng: A</w:t>
      </w:r>
    </w:p>
    <w:p>
      <w:r>
        <w:rPr>
          <w:b/>
        </w:rPr>
        <w:t>Câu 97: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